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3CoKR/7/2017 z 29. 6. 2017</w:t>
      </w:r>
    </w:p>
    <w:p>
      <w:r>
        <w:t>Uznesenie Krajského súdu Bratislava z 29. júna 2017, sp. zn. 3CoKR/7/2017, ECLI:SK:KSBA:2017:1111232089.1</w:t>
      </w:r>
    </w:p>
    <w:p>
      <w:r>
        <w:t>Súd: Krajský súd Bratislava</w:t>
      </w:r>
    </w:p>
    <w:p>
      <w:r>
        <w:t>Spisová značka: 3CoKR/7/2017</w:t>
      </w:r>
    </w:p>
    <w:p>
      <w:r>
        <w:t>ECLI: ECLI:SK:KSBA:2017:1111232089.1</w:t>
      </w:r>
    </w:p>
    <w:p>
      <w:r>
        <w:t>Dátum vydania: 29.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3CoKR/7/2017 Identifikačné číslo súdneho spisu: 1111232089 Dátum vydania rozhodnutia: 30. 06. 2017 Meno a priezvisko sudcu, VSÚ: JUDr. Beata Trandžíková ECLI: ECLI:SK:KSBA:2017:1111232089.1 Uznesenie Krajský súd v Bratislave, v senáte zloženom z predsedníčky senátu JUDr. Beaty Trandžíkovej a členov senátu JUDr. Borisa Tótha a JUDr. Paulíny Pacherovej, v právnej veci žalobcu: W.. K. H., nar. XX.XX.XXXX, K. XX, XXX XX D.,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1Cbi/360/2011-62 zo dňa 27.05.2016, takto r o z h o d o l : Krajský súd v Bratislave späťvzatie žaloby žalobcu pripúšťa. Rozsudok Okresného súdu Bratislava I č.k. 1Cbi/360/2011-62 zo dňa 27.05.2016 zrušuje a konanie vedené pred Okresným súdom Bratislava I pod sp. zn. 1Cbi/360/2011 zastavuje. Žalobca má nárok na plnú náhradu trov konania. o d ô v o d n e n i e : 1. Súd prvej inštancie rozsudkom č.k. 1Cbi/360/2011-62 zo dňa 27.05.2016 určil, že pohľadávka žalobcu vo výške 434,07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 a to do 3 dní od právoplatnosti rozhodnutia na účet právneho zástupcu FUTEJ &amp; Partners, s.r.o., Radlinského 2, Bratislava, IČO: 35 955 341. 2. Proti tomuto rozsudku podal v zákonnej lehote odvolanie žalovaný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1Cbi/360/2011-62 zo dňa 27.05.2016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Dovolanie, ani dovolanie generálneho prokurátora, proti uzneseniu vydanému v konaní podľa NR SR č. 7/2005 Z.z., o konkurze a reštrukturalizácii a o zmene a doplnení niektorých zákonov v znení neskorších predpisov, nie je prípustné (§ 198 ods. 1 posledná veta ZoKR).</w:t>
      </w:r>
    </w:p>
    <w:p/>
    <w:p>
      <w:r>
        <w:t>Zdroj: KAUZIS.SK – https://www.kauzis.sk/judikatura/r/ECLI:SK:KSBA:2017:1111232089.1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