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3CoKR/37/2017 z 30. 8. 2017</w:t>
      </w:r>
    </w:p>
    <w:p>
      <w:r>
        <w:t>Uznesenie Krajského súdu Bratislava z 30. augusta 2017, sp. zn. 3CoKR/37/2017, ECLI:SK:KSBA:2017:1111232332.1</w:t>
      </w:r>
    </w:p>
    <w:p>
      <w:r>
        <w:t>Súd: Krajský súd Bratislava</w:t>
      </w:r>
    </w:p>
    <w:p>
      <w:r>
        <w:t>Spisová značka: 3CoKR/37/2017</w:t>
      </w:r>
    </w:p>
    <w:p>
      <w:r>
        <w:t>ECLI: ECLI:SK:KSBA:2017:1111232332.1</w:t>
      </w:r>
    </w:p>
    <w:p>
      <w:r>
        <w:t>Dátum vydania: 30.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3CoKR/37/2017 Identifikačné číslo súdneho spisu: 1111232332 Dátum vydania rozhodnutia: 31. 08. 2017 Meno a priezvisko sudcu, VSÚ: JUDr. Beata Trandžíková ECLI: ECLI:SK:KSBA:2017:1111232332.1 Uznesenie Krajský súd v Bratislave v senáte zloženom z predsedníčky senátu JUDr. Beaty Trandžíkovej a členov senátu JUDr. Borisa Tótha a JUDr. Paulíny Pacherovej, v právnej veci žalobcu: S. Y., nar. XX.XX.XXXX, M. I./XX, XXX XX W.,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určení pravosti pohľadávky, o odvolaní žalovaného proti rozsudku Okresného súdu Bratislava I č.k. 4Cbi/33/2011-53 zo dňa 10.06.2016, takto r o z h o d o l : Krajský súd v Bratislave späťvzatie žaloby žalobcu pripúšťa. Rozsudok Okresného súdu Bratislava I č.k. 4Cbi/33/2011-53 zo dňa 10.06.2016 zrušuje a konanie vedené pred Okresným súdom Bratislava I pod sp. zn. 4Cbi/33/2011 zastavuje. Žalobca má nárok na plnú náhradu trov konania. o d ô v o d n e n i e : 1. Súd prvej inštancie rozsudkom č.k. 4Cbi/33/2011-53 zo dňa 10.06.2016 určil, že pohľadávka žalobcu vo výške 305,70 Eur, uplatnená v prihláške v konkurznom konaní vedenom na Okresnom súde Bratislava I pod sp. zn. 3K/95/2010 voči úpadcovi PODIELOVÉ DRUŽSTVO SLOVENSKÉ INVESTÍCIE, Poľná 1, 811 08 Bratislava, IČO: 35 784 717, je nesporná, čo do právneho dôvodu, vymáhateľnosti a výšky a žalovanému uložil povinnosť zaplatiť žalobcovi náhradu trov konania vo výške 333,58 Eur, a to do 3 dní od právoplatnosti rozhodnutia na účet právneho zástupcu FUTEJ &amp; Partners, s.r.o., Radlinského 2, Bratislava, IČO: 35 955 341. 2. Proti tomuto rozsudku podal v zákonnej lehote odvolanie žalovaný z dôvodov špecifikovaných v odvolaní. 3. Dňa 11.04.2017 bolo Krajskému súdu v Bratislave doručené „Späťvzatie žaloby“, ktorou vzal žalobca, prostredníctvom právneho zástupcu, podanú žalobu v celom rozsahu späť. 4. Podľa § 370 ods. 1 zák. č. 160/2015 Z.z. Civilný sporový poriadok („CSP“),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t.j. súdu. Nakoľko dňa 11.04.2017 bolo krajskému súdu doručené späťvzatie žaloby žalobcom, súd postupoval v konaní v zmysle § 370 ods. 1 a 2 CSP, pripustil späťvzatie žaloby žalobcu o určenie popretej pohľadávky, rozsudok Okresného súdu Bratislava I č.k. 4Cbi/33/2011-53 zo dňa 10.06.2016 zrušil a konanie zastavil. 8. Odvolací súd o náhrade trov konania rozhodol podľa § 396 ods.1 CSP, pri posúdení procesného zavinenia zastavenia konania žalovaným. 9. Podľa § 256 ods. 1 CSP, ak strana procesne zavinila zastavenie konania, súd prizná náhradu trov konania protistrane. 10.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11.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konaní, 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12. Odvolací súd mal za to, že z procesného hľadiska zastavenie konania zavinil žalovaný, a preto žalobcovi priznal nárok na plnú náhradu trov konania. 13. Podľa § 396 ods. 1 CSP, ustanovenia o trovách konania pred súdom prvej inštancie sa použijú aj na odvolacie konanie. Toto uznesenie bolo členmi senátu prijaté pomerom hlasov 3:0 (§ 393 ods. 2 posledná veta CSP). Poučenie: Proti tomuto uzneseniu odvolanie nie je prípustné. Dovolanie ani dovolanie generálneho prokurátora proti uzneseniu vydanému v konaní podľa NR SR č. 7/2005 Z.z., o konkurze a reštrukturalizácii a o zmene a doplnení niektorých zákonov v znení neskorších predpisov nie je prípustné (§ 198 ods. 1 posledná veta ZoKR).</w:t>
      </w:r>
    </w:p>
    <w:p/>
    <w:p>
      <w:r>
        <w:t>Zdroj: KAUZIS.SK – https://www.kauzis.sk/judikatura/r/ECLI:SK:KSBA:2017:1111232332.1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