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3CoKR/76/2017 z 29. 11. 2017</w:t>
      </w:r>
    </w:p>
    <w:p>
      <w:r>
        <w:t>Uznesenie Krajského súdu Bratislava z 29. novembra 2017, sp. zn. 3CoKR/76/2017, ECLI:SK:KSBA:2017:1111233670.3</w:t>
      </w:r>
    </w:p>
    <w:p>
      <w:r>
        <w:t>Súd: Krajský súd Bratislava</w:t>
      </w:r>
    </w:p>
    <w:p>
      <w:r>
        <w:t>Spisová značka: 3CoKR/76/2017</w:t>
      </w:r>
    </w:p>
    <w:p>
      <w:r>
        <w:t>ECLI: ECLI:SK:KSBA:2017:1111233670.3</w:t>
      </w:r>
    </w:p>
    <w:p>
      <w:r>
        <w:t>Dátum vydania: 29.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3CoKR/76/2017 Identifikačné číslo súdneho spisu: 1111233670 Dátum vydania rozhodnutia: 30. 11. 2017 Meno a priezvisko sudcu, VSÚ: JUDr. Beata Trandžíková ECLI: ECLI:SK:KSBA:2017:1111233670.3 Uznesenie Krajský súd v Bratislave v senáte zloženom z predsedníčky senátu: JUDr. Beaty Trandžíkovej a členov senátu JUDr. Borisa Tótha a JUDr. Paulíny Pacherovej, v právnej veci žalobcu: R.. W. L., nar. XX.XX.XXXX, bytom F. XX, XXX XX Z. Z., zast.: FUTEJ &amp; Partners, s.r.o., Radlinského 2, 811 07 Bratislava, IČO: 35 955 341, proti žalovanému: JUDr. Marek Letkovský, správca konkurznej podstaty vedený v zozname správcov na MS SR pod č. 1378, so sídlom Legionárska 1/C, 831 04 Bratislava, SKP úpadcu: PODIELOVÉ DRUŽSTVO SLOVENSKÉ INVESTÍCIE, Poľná 1, 811 08 Bratislava, IČO: 35 784 717, o určenie právneho dôvodu, vymáhateľnosti a výšky popretej pohľadávky, o odvolaní žalovaného proti rozsudku Okresného súdu Bratislava I č.k. 3Cbi/440/2011-74 zo dňa 30.05.2016, pomerom hlasov 3 : 0, takto r o z h o d o l : I. Krajský súd v Bratislave späťvzatie žaloby žalobcu pripúšťa. II. Rozsudok Okresného súdu Bratislava I č.k. 3Cbi/440/2011-74 zo dňa 30.05.2016 zrušuje a konanie vedené pred Okresným súdom Bratislava I pod sp. zn. 3Cbi/440/2011 zastavuje. III. Žalobca má nárok na plnú náhradu trov konania. o d ô v o d n e n i e : 1. Súd prvej inštancie rozsudkom č.k. 3Cbi/440/2011-74 zo dňa 30.05.2016 pripustil zmenu petitu žaloby a zároveň určil, že pohľadávka žalobcu vo výške 58.409,14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 na účet právneho zástupcu žalobcu do 3 dní od právoplatnosti rozhodnutia. 2. Proti tomuto rozsudku podal v zákonnej lehote odvolanie žalovaný z dôvodov špecifikovaných v odvolaní. 3. Odvolací súd vyzval žalobcu, aby sa vyjadril, či trvá na podanej žalobe, nakoľko z Konečného zoznamu pohľadávok úpadcu vyplýva, že žalovaný jeho pohľadávku uznal v celej výške ku dňu 30.12.2016. Zároveň vyzval žalovaného, či berie odvolanie proti predmetnému rozsudku späť z dôvodu uznania pohľadávky žalobcu. 4. Žalobca vo svojom podaní zo dňa 13.11.2017, odvolaciemu súdu doručené dňa 14.11.2017, uviedol, že žalobu proti žalovanému berie späť v celom rozsahu a zároveň si uplatnil trovy konania voči žalovanému vo výške 246,79 Eur s DPH. 5. Žalovaný vo svojom podaní zo dňa 16.11.2017, odvolaciemu súdu doručené dňa 23.11.2017, uviedol, že s ohľadom na uznanie pohľadávky ďalej netrvá na podanom odvolaní žalovaného. 6. Podľa § 370 ods. 1 zák. č. 160/2015 Z.z. Civilný sporový poriadok (ďalej len „CSP“), ak je žaloba vzatá späť po rozhodnutí súdu prvej inštancie, ale skôr, ako rozhodnutie nadobudlo právoplatnosť, odvolací súd rozhodne o pripustení späťvzatia. 7. Podľa § 370 ods. 2 CSP, súd späťvzatie žaloby nepripustí, ak s tým protistrana z vážnych dôvodov nesúhlasí. Ak späťvzatie žaloby pripustí, odvolací súd zruší rozhodnutie súdu prvej inštancie a konanie zastaví. 8. Späťvzatie žaloby je jednostranným procesným úkonom účastníka konania, pričom jeho účinky nastávajú v okamihu, keď sa dostane do dispozície adresáta, t.j. súdu. Nakoľko dňa 14.11.2017 bolo odvolaciemu súdu doručené späťvzatie žaloby žalobcom, prostredníctvom svojho právneho zástupcu, súd postupoval v konaní v zmysle § 370 ods. 1 a 2 CSP, pripustil späťvzatie žaloby žalobcu o určenie popretej pohľadávky, rozsudok Okresného súdu Bratislava I č.k. 3Cbi/440/2011-74 zo dňa 30.05.2016 zrušil a konanie zastavil. 9. Odvolací súd o náhrade trov konania rozhodol podľa § 396 ods.1 CSP, pri posúdení procesného zavinenia zastavenia konania žalovaným. 10. Podľa § 256 ods. 1 CSP, ak strana procesne zavinila zastavenie konania, súd prizná náhradu trov konania protistrane. 11.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12.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13. Odvolací súd mal za to, že z procesného hľadiska zastavenie konania zavinil žalovaný, a preto žalobcovi priznal nárok na plnú náhradu trov konania. 14. Podľa § 396 ods. 1 CSP, ustanovenia o trovách konania pred súdom prvej inštancie sa použijú aj na odvolacie konanie. 15. Toto uznesenie bolo členmi senátu prijaté pomerom hlasov 3:0 (§ 393 ods. 2 posledná veta CSP). Poučenie: Proti tomuto uzneseniu odvolanie nie je prípustné. Dovolanie ani dovolanie generálneho prokurátora proti uzneseniu vydanému v konaní podľa NR SR č. 7/2005 Z.z.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https://www.kauzis.sk/judikatura/r/ECLI:SK:KSBA:2017:1111233670.3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