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6Co/145/2017 z 30. 5. 2017</w:t>
      </w:r>
    </w:p>
    <w:p>
      <w:r>
        <w:t>Rozsudok Krajského súdu Bratislava z 30. mája 2017, sp. zn. 6Co/145/2017, ECLI:SK:KSBA:2017:1111244451.1</w:t>
      </w:r>
    </w:p>
    <w:p>
      <w:r>
        <w:t>Súd: Krajský súd Bratislava</w:t>
      </w:r>
    </w:p>
    <w:p>
      <w:r>
        <w:t>Spisová značka: 6Co/145/2017</w:t>
      </w:r>
    </w:p>
    <w:p>
      <w:r>
        <w:t>ECLI: ECLI:SK:KSBA:2017:1111244451.1</w:t>
      </w:r>
    </w:p>
    <w:p>
      <w:r>
        <w:t>Dátum vydania: 30. 5. 2017</w:t>
      </w:r>
    </w:p>
    <w:p>
      <w:r>
        <w:t>Forma: Rozsudok</w:t>
      </w:r>
    </w:p>
    <w:p>
      <w:r>
        <w:t>Oblasť práva: Občianske právo</w:t>
      </w:r>
    </w:p>
    <w:p>
      <w:pPr>
        <w:pStyle w:val="Heading2"/>
      </w:pPr>
      <w:r>
        <w:t>Text rozhodnutia</w:t>
      </w:r>
    </w:p>
    <w:p>
      <w:r>
        <w:t>Súd: Krajský súd Bratislava Spisová značka: 6Co/145/2017 Identifikačné číslo súdneho spisu: 1111244451 Dátum vydania rozhodnutia: 31. 05. 2017 Meno a priezvisko sudcu, VSÚ: JUDr. Martin Murgaš ECLI: ECLI:SK:KSBA:2017:1111244451.1 ROZSUDOK V MENE SLOVENSKEJ REPUBLIKY Krajský súd v Bratislave v senáte zloženom z predsedu senátu JUDr. Martina Murgaša a sudcov JUDr. Branislava Krála a JUDr. Zuzany Kučerovej v právnej veci žalobcu: D. N., Q.. XX.XX.XXXX, U. N. I.. Č.. XX, U., zast. advokátskou kanceláriou FUTEJ &amp; Partners s.r.o., Radlinského ul. č. 2, Bratislava proti žalovanej: Slovenská republika, zast. Národnou bankou Slovenska, ul. Imricha Karvaša č. 1, Bratislava, o náhradu škody, na odvolanie žalobcu proti rozsudku Okresného súdu Bratislava I z 9. decembra 2013, č. k. 16C/184/2011-130, takto r o z h o d o l : Rozsudok súdu prvej inštancie sa v napadnutom výroku p o t v r d z u j e . Žalovanej sa nepriznáva náhrada trov odvolacieho konania. o d ô v o d n e n i e : 1. Napadnutým rozsudkom súd prvej inštancie zamietol žalobu, ktorou sa žalobca domáhal náhrady škody vo výške 4.066,21 eur s prísl. z titulu zodpovednosti žalovanej za škodu spôsobenú nesprávnym úradným postupom Národnej banky Slovenska pri dohľade nad činnosťou Podielového družstva slovenských investícií (PDSI). Ďalej súd prvej inštancie zamietol návrh žalobcu na začatie prejudiciálneho konania pred Súdnym dvorom Európskej únie podľa čl. 267 Zmluvy o fungovaní Európskej únie. Žalovanej súd prvej inštancie nepriznal náhradu trov konania. 2. Súd prvej inštancie vykonaným dokazovaním zistil, že Úrad pre finančný trh rozhodnutím z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Z.z., ale nie dohľad nad celkovou činnosťou družstva. Dňa 02.06.2008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Národná banka Slovenska rozhodnutím zo dňa 08.01.2008, č. K.-XXXX/X/XXXX uložila obchodníkovi s cennými papiermi pokutu v sume 500.000,- Sk (16.596,96 €) za porušenie v rozhodnutí špecifikovaných ustanovení zákona č. 566/2001 Z.z., ktoré však bolo v konaní o rozklade Bankovou radou Národnej banky Slovenska rozhodnutím zo dňa 07.05.2008, č. E.-XXX/XXXX zrušené a vec vrátená na ďalšie konanie. Následne Národná banka Slovenska rozhodnutím zo dňa 20.8.2008, č. K.-XXXX-X/XXXX, uložila obchodníkovi s cennými papiermi pokutu v sume 300.000,- Sk (9.958,18 €) za porušenie ustanovenia § 54 ods. 2, § 73 ods. 1 písm. a/, § 74 ods. 1, ods. 7 písm. b/ zákona č. 566/2001 Z. z. Rozhodnutím zo dňa 22.04.2008, č. K.-XXXX-X/XXXX-R., zmenila obchodníkovi s cennými papiermi povolenie na poskytovanie investičných služieb a povolila mu, okrem iného, poskytovanie investičnej služby podľa ustanovenia § 6 ods. 1 písm. d/, v spojení s § 5 ods. 1 písm. a/, b/,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Družstvo požiadalo listom zo dňa 15.04.2010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zo dňa 23.04.2010 požiadalo Družstvo NBS o zjednanie nápravy v činnosti obchodníka s cennými papiermi, pretože tento si neplnil voči nemu svoje základné povinnosti spočívajúce v zabezpečení zhodnotenia finančných prostriedkov jemu zverených do správy. Súd prvej inštancie tiež poukázal na to, že Národná banka Slovenska rozhodnutím o predbežnom opatrení zo dňa 12.07.2010, č. K.-XXXX/XXXX, podľa § 25 ods. 1 písm. a/ zákona č. 747/2004 Z.z. uložila obchodníkovi s cennými papiermi povinnosť zdržať sa nakladania s majetkom klientov, ktorý mu bol zverený, bez písomného súhlasu NBS, keďže najmä na základe oznámenia Družstva vzniklo dôvodné podozrenie z možného poškodenia klientov obchodníka s cennými papiermi. Rozhodnutím zo dňa 21.12.2010, č. K.-XXXX-X/XXXX, potvrdeným Bankovou radou NBS rozhodnutím zo dňa 01.03.2011, č. E.-XXX/XXXX, odobrala obchodníkovi s cennými papiermi povolenie na poskytovanie investičných služieb z dôvodov podľa § 156 ods. 2 písm. a/, § 55 ods. 7, ods. 9, § 85 ods. 2, v spojení s ustanovením § 84 ods. 1 písm. b/, § 76 ods. 2 a § 77 ods. 7 zák. č. 566/2001 Z.z., o čom informovala na svojej webovej stránke. Následne Národná banka Slovenska rozhodnutím zo dňa 26.08.2010, č. K.-XXXX/X-X/XXXX zastavila konanie o schválenie dodatku k Prospektu investície, pretože žiadosť neobsahovala náležitosti stanovené zákonom, čo potvrdila Banková rada NBS rozhodnutím zo 07.12.2010, č. E.-XXXX/XXXX. Napokon NBS rozhodnutím z 30.05.2011, č. K.-XXXXX-X/XXXX, právoplatným dňa 18.07.2011,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prvej inštancie preukázané, že majetok vložený do investičných nástrojov Družstva je tvorený podielmi v družstvách EDSI, KPDSI a DDSI a na 98,85 % podielom zmenkami emitenta CI HOLDING, a.s., a keďže v zmysle prijatej investičnej stratégie v Prospekte investície by angažovanosť voči jednému emitentovi nemala prekročiť 30 % podielu na celkových aktívach vyhlasovateľa verejnej ponuky a podiel emitenta CI HOLDING, a. 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Vo vzťahu k obchodníkovi s cennými papiermi mal súd prvej inštancie preukázané, že Družstvo po obdržaní vyúčtovania k zmluve o riadení portfólia zo dňa 08.01.2010 upozorňovalo obchodníka s cennými papiermi na závažný nesúlad skutočnej finančnej kondície ním riadeného portfólia a listom z 12.04.2010 obchodníka vyzvalo na predloženie správy o zhodnotení finančných prostriedkov za štvrtý štvrťrok 2009 a prvý štvrťrok 2010. Následne Družstvo listom zo 16.04.2010 oznámilo obchodníkovi s cennými papiermi predbežnú stratu v sume 24.764.991 eur a keďže to považovalo za závažné porušenie jeho zmluvných povinností, ako aj povinností stanovených právnymi predpismi, vyzvalo ho na náhradu vzniknutej straty. Napokon listom z 18.05.2010 Družstvo vyzvalo obchodníka s cennými papiermi na vrátenie neoprávnene vyplatenej odmeny v sume 228.954,- eur a doplatenie rozdielu zhodnotenia portfólia za IV. kvartál 2009 a I. kvartál 2010, keďže portfólio nebolo zhodnotené o zmluvne dohodnutých 8 %, ale bolo vo výraznej strate. Okresný súd Bratislava I uznesením z 11.04.2011, č. k. 3K/95/2010-21, ktoré nadobudlo právoplatnosť dňa 05.05.2011, vyhlásil konkurz na majetok Družstva ako úpadcu a do funkcie správcu ustanovil Mgr. Mareka Letkovského, konkurzné konanie nie je ukončené. Žalobca si do konkurzu prihlásil pohľadávku vo výške žalovanej sumy, ktorú správca konkurznej podstaty v celom rozsahu poprel. Z tohto dôvodu žalobca podal na Okresný súd Bratislava I incidenčnú žalobu, o ktorej sa vedie konanie pod sp. zn. 1Cbi/438/2011. Žalobca požiadal Národnú banku Slovenska o predbežné prerokovanie nároku na náhradu škody, ktorú okolnosť žalovaný nerozporoval. 3. Z tohto skutkového stavu súd prvej inštancie vyvodil záver, že žaloba nie je dôvodná. Súd prvej inštancie zaujal stanovisko, že žalobca nepreukázal, že by NBS vo vzťahu k Družstvu nesprávne úradne postupovala. Vo vzťahu k vytýkanému nesprávnemu úradnému postupu NBS spočívajúcemu v oneskorenom zistení neaktuálnosti údajov zahnutých do prospektu investície a následné oneskorené zakázanie činnosti Družstva mal súd prvej inštancie za preukázané, že NBS až novelizáciou § 129 ods. 3 zákona č. 566/2001 Z.z. o cenných papieroch, účinnou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pretože by konala v rozpore s čl. 2 ods. 2 Ústavy SR a v rozpore so zákonom č. 566/1992 Zb. o Národnej banke Slovenska, so zákonom č. 566/2001 Z.z. o cenných papieroch a zákonom č. 747/2004 Z.z. o dohľade nad finančným trhom. Súd prvej inštancie súčasne skonštatoval, že činnosť vyhlasovateľov verejnej ponuky majetkových hodnôt je zákonom o cenných papieroch regulovaná len čiastočne v § 126 až § 130 ZoCP. Vo vzťahu k vytýkanému nesprávnemu úradnému postupu spočívajúcom v prijatí nedostatočných opatrení na nápravu protiprávneho stavu po zisteniach v prerokovaní nedostatkov súd prvej inštancie uviedol, že predmetom konania je nesprávny úradný postup NBS vo vzťahu k Družstvu a nie vo vzťahu k obchodníkovi s CP. Žalobca nebol v žiadnom záväzkovom vzťahu, či inom vzťahu s obchodníkom s CP. Účastníkom tohto vzťahu na základe Zmluvy o riadení portfólia bolo len Družstvo, a preto z takéhoto právneho vzťahu vyplývajú práva a povinnosti len jeho účastníkom. Dohľad NBS bol limitovaný zákonom č. 566/2001 Z.z. a preto informácie a podklady, ktoré mala NBS zisťovať v rámci predmetu dohľadu podľa § 135 ods. 2 a § 137 ods. 2 zákona č. 747/2004 Z.z. o dohľade sa vzťahovali výlučne ku konkrétnemu dohliadanému subjektu, v danom prípade Družstvu ako vyhlasovateľovi verejnej ponuky majetkových hodnôt so zohľadnením jemu zákonom vymedzených povinností. NBS na základe údajov o štruktúre majetku Družstva k 31.12.2005 a 31.12.2006 síce zistila nedostatky v oblasti dodržiavania Prospektu investície, ale podľa právnej úprav platnej v danom období roka 2007 nemohla uložiť Družstvu peňažnú sankciu, pozastaviť alebo zakázať predaj majetkových hodnôt za nedodržiavanie prospektu investície podľa § 144 ods. 4 zákona č. 566/2001 Z.z., ktoré oprávnenia použila pri zistení neaktuálnosti Prospektu investície po 01.06.2010. Pokiaľ ide o nesprávny úradný postup NBS spočívajúci v prijatí nedostatočných opatrení na nápravu protiprávneho stavu po zistení závažných pochybení obchodníka pri činnosti voči Družstvu súd prvej inštancie uviedol, že z listinných dokladov - rozhodnutí NBS o uložení pokút vo výške 500.000,- Sk, resp. vo výške 300.000,- Sk je zrejmé, že NBS činnosť obchodníka s CP sledovala a nebolo jej povinnosťou informovať Družstvo o výsledných zisteniach.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je významná aj povinnosť samotného žalobcu, ktorý sa ako člen Družstva mal aktívne a včas zaujímať o svoje práva a ich výkon voči Družstvu a jeho orgánom v zmysle zásady „práva patria bdelým“. Podľa názoru súdu prvej inštancie bol v danom prípade právne relevantným prípadný nesprávny úradný postup, ktorého by sa mohla dopustiť NBS zanedbaním dohľadu len vo vzťahu k dohliadanému subjektu, ktorým je Družstvo. Úradný postup NBS vyplývajúci zo vzťahu k Obchodníkovi s CP bol irelevantný, pretože na strane žalobcu by nedošlo k vzniku škody v priamej príčinnej súvislosti s prípadným nesprávnym úradným postupom NBS spočívajúcim v zanedbaní dohľadu nad Obchodníkom s CP a preto sa súd prvej inštancie ani takýmto prípadným nesprávnym úradným postupom nezaoberal. Ďalej súd prvej inštancie v odôvodnení napadnutého rozsudku uviedol, že nárok na náhradu škody voči štátu môže byť úspešne uplatnený iba vtedy, ak poškodený nemôže dosiahnuť uspokojenie svojej pohľadávky voči dlžníkovi, ktorý je povinný plniť. Z preložených listinných dôkazov vyplýva, že žalobca sa stal členom Družstva a vystupoval pod poradovým číslom člena XXXXX, pričom do družstva vložil členský vklad v celkovej výške 4.066,21 eur. Žalobca dňa 22.06.2010 požiadal Družstvo o zrušenie členstva. Uznesením Okresného súdu Bratislava I z 11.04.2011, sp. zn. 3K/95/2010 bol na majetok Družstva ako úpadcu vyhlásený konkurz. Je zrejmé, že vzhľadom na vznik nároku žalobcu voči Družstvu na vyplatenie vyrovnacieho podielu, žalobca patril medzi skupinu veriteľov Družstva oprávnených prihlásiť si svoju pohľadávku do konkurzu, čo aj formou prihlášky do konkurzu urobil a uplatnil si pohľadávku v konkurze vo výške 4.066,21 eur. Po jej popretí správcom konkurznej podstaty sa žalobca obrátil na súd s incidenčnou žalobou na určenie oprávnenosti jeho pohľadávky. Konanie je vedené na Okresnom súde Bratislava I pod sp. zn. 1Cbi/438/2011. Súd prvej inštancie ďalej poukázal na závery rozsudku Najvyššieho súdu SR z 31.05.2006, sp. zn. 4Cdo/199/2005 a rozhodnutie Najvyššieho súdu Českej republiky sp. zn. 25Cdo/1404/2004, podľa ktorých platí, že nárok na náhradu škody podľa zák. č. 58/1969 Zb., ako aj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Z tohto hľadiska je podľa súdu prvej inštancie žaloba podaná predčasne. Výrok, ktorým súd prvej inštancie zamietol návrh žalobcu na začatie prejudiciálneho konania pred Súdnym dvorom EÚ odôvodnil tým, že rozhodnutie Súdneho dvora Európskej únie o položených otázkach nie je nevyhnutné pre vydanie rozhodnutia vo veci samej. Žalobca nežiada o výklad platnosti právneho aktu Európske únie, naviac zodpovedanie prejudiciálnych otázok nie je pre meritum veci rozhodujúce. Prvoinštančný súd nie je súdom, proti rozhodnutiu ktorému nie je prípustný opravný prostriedok podľa vnútroštátneho práva a preto nie je povinný obrátiť sa na Súdny dvor Európskej únie. O trovách konania súd prvej inštancie rozhodol podľa § 142 ods. 1 O.s.p. 4. Proti tomuto rozhodnutiu podal odvolanie žalobca a napadol ním výrok, ktorým bola zamietnutá žaloba o náhradu škody. Navrhol, aby odvolací súd rozsudok súdu prvej inštancie v napadnutom výroku zmenil tak, že žalobe vyhovie, alebo aby ho v tejto časti zrušil a vec v tomto rozsahu vrátil súdu prvej inštancie na ďalšie konanie. Žalobca namietol, že súd prvej inštancie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 na to, že sa spoliehal, že nedôjde ku škode na jeho úkor, pretože vychádzal z garancie žalovanej ako orgánu dohľadu. Nemohol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ochrany investície spoľahol. Argument žalovanej, že vykonávala dohľad nad činnosťou družstva ako vyhlasovateľa verejnej ponuky majetkových hodnôt podľa § 135 ods. 1 zák. č. 566/2001 Z.z., ale nie dohľad nad celkovou činnosťou družstva je irelevantný, ak žalobca nemohol o takto zúženom dohľade orgánu dohľadu vedieť. Nie je, podľa žalobcu, správny záver súdu prvej inštancie o neexistencii príčinnej súvislosti medzi škodou vzniknutou žalobcovi a porušením zákonných povinností žalovanou spočívajúcom v nesprávnom výkone dohľadu, ktorým bol porušený zákon č. 566/2001 Z.z. Ku škode žalobcu došlo v rámci porušenia zákonnej povinnosti žalovanej vykonávať zákonom stanovené povinnosti dohľadu a nie v dôsledku toho, že žalobca nebol „bdelý“.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NBS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klientov dohliadaných subjektov, teda aj žalobcu.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Z.. S.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NBS umožnila ďalšiu činnosť družstva aj obchodníka, čo vyústilo v roku 2010 do nedostupnosti žalobcom vložených prostriedkov do družstva. NBS následne svojim postupom potvrdila tieto tvrdenia žalobcu o tom, že družstvo ako aj obchodník dlhodobo porušovali zákon o cenných papieroch, keď NBS dňa 04.03.2011 obchodníkovi odňala licenciu na činnosť a družstvu uložila zákaz činnosti až v roku 2011. Tolerovala tak porušovanie právnych predpisov od roku 2007 do roku 2011. V ďalšom žalobca poukazoval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vr. žalobcu,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vyplynulo, že družstvo svojim konaním porušovalo ust. § 129 ods. 3, v spojení s ust. § 128 ods. 1 písm. b/, c/ a h/ a ust. § 125c ods. 1, v spojení s ust. § 127 ods. 4 zákona o cenných papieroch od 31.12.2006, ale NBS voči družstvu úradne zasiahla až v máji 2011, kedy mu vydaním rozhodnutia o zákaze činnosti konečne zakázala činnosť. Ohľadom predčasnosti žaloby žalobca vyslovil právny názor,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Podmienkou vzniku zodpovednosti štátu za škodu spôsobenú nesprávnym úradným postupom podľa § 9 zákona č. 514/2003 Z.z. nie je, aby poškodený preukázal bezúspešnosť vydania pohľadávky v konkurznom konaní, pretože zákon č. 514/2003 Z.z. uvedenú podmienku, ako jednu z osobitých predpokladov tejto zodpovednosti nedefinuje. Žalobca napokon v odvolaní namietol, že zo zápisníc o pojednávaní pred prvoinštančným súdom vyplýva, že listinné dôkazy vyžiadané prvoinštančným súdom, resp. predložené účastníkmi konania neboli riadne vykonané spôsobom ustanoveným v § 129 ods. 1 O.s.p. V tejto súvislosti žalobca poukázal na rozhodnutie Najvyššieho súdu SR sp. zn. 6 M Cdo 11/2010 z 31. januára 2012. 5. Žalovaná vo vyjadrení k odvolaniu navrhla, aby odvolací súd rozsudok súdu prvej inštancie v napadnutom výroku potvrdil. 6. Odvolací súd, ktorý bol viazaný rozsahom a dôvodmi odvolania (§ 379, § 380 C.s.p.), preskúmal rozsudok súdu prvej inštancie v napadnutom výroku, prejednal odvolanie bez nariadenia odvolacieho pojednávania a dospel k záveru, že odvolanie nie je dôvodné. 7. Súd prvej inštancie vykonal dokazovanie v dostatočnom rozsahu, na jeho základe zistil správne skutkový stav veci a vec po právnej stránke správne posúdil. Súd prvej inštancie napadnutý rozsudok podrobne a presvedčivo odôvodnil. Odvolací súd sa stotožňuje s dôvodmi napadnutého rozsudku (§ 387 ods. 2 C.s.p.). 8. Na zdôraznenie správnosti napadnutého rozsudku odvolací súd uvádza, že sa stotožňuje so záverom súdu prvej inštancie,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pre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aj riziko a že doterajší alebo Družstvom propagovaný výnos nie je zárukou aj budúcich výnosov (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Obdobné preto platí aj vo vzťahu k argumentácii žalobcu, že o rozsahu dohľadu NBS nad činnosťou Družstva nemal vedomosť. Odvolací súd považuje za potrebné osobitne poukázať na to, že postup Národnej banky bol v súlade s čl. 2 ods. 2 Ústavy SR, v jej medziach, v rozsahu a spôsobom, ktorý ustanovil zákon. 9.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10. K odvolacej námietke žalobcu týkajúcej sa procesného pochybenia súdu prvej inštancie, ktorý podľa žalobcu na pojednávaní nevykonal dokazovanie listinnými dôkazmi predpísaným spôsobom, odvolací súd uvádza, že na súd prvej inštancie bolo podaných niekoľko stoviek skutkovo a právne obdobných žalôb (žaloby bývalých členov Družstva domáhajúcich sa proti štátu náhrady škody spôsobenej nesprávnym úradným postupom NBS), pričom vo všetkých týchto veciach sú v spisoch založené identické listinné dôkazy. Je preto celkom nepochybné, že obsah týchto listinných dôkazov je sporovým stranám dobre známy, pričom advokátska kancelária FUTEJ &amp; Partners, s.r.o. vo všetkých identických sporových veciach zastupuje žalobcov - bývalých členov Družstva. Naviac, z obsahu zápisnice o pojednávaní zo dňa 09.12.2013 (č.l. 119 - 127) je zrejmá neopodstatnenosť tejto odvolacej námietky, keďže súd prvej inštancie na pojednávaní vykonal všetky listinné dôkazy zákonným spôsobom podľa § 129 ods. 1 O.s.p. oznámením ich obsahu. 11. Z toho vyplýva, že rozsudok súdu prvej inštancie je vecne správny v napadnutom výroku, ktorým bola zamietnutá žaloba o náhradu škody. Preto odvolací súd rozsudok súdu prvej inštancie v napadnutom výroku potvrdil podľa § 387 ods. 1 C.s.p. 12. Výrok rozsudku súdu prvej inštancie, ktorým súd prvej inštancie zamietol návrh žalobkyne na začatie prejudiciálneho konania pred Súdnym dvorom Európskej únie, nebol napadnutý odvolaním a nadobudol právoplatnosť. 13. O trovách odvolacieho konania odvolací súd rozhodol podľa § 255 ods. 1, v spojení s § 396 ods. 1 C.s.p. a ich náhradu úspešnej žalovanej nepriznal, pretože jej v odvolacom konaní žiadne trovy nevznikli. 14.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https://www.kauzis.sk/judikatura/r/ECLI:SK:KSBA:2017:1111244451.1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