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3Co/227/2017 z 25. 10. 2017</w:t>
      </w:r>
    </w:p>
    <w:p>
      <w:r>
        <w:t>Rozsudok Krajského súdu Bratislava z 25. októbra 2017, sp. zn. 3Co/227/2017, ECLI:SK:KSBA:2017:1111244613.3</w:t>
      </w:r>
    </w:p>
    <w:p>
      <w:r>
        <w:t>Súd: Krajský súd Bratislava</w:t>
      </w:r>
    </w:p>
    <w:p>
      <w:r>
        <w:t>Spisová značka: 3Co/227/2017</w:t>
      </w:r>
    </w:p>
    <w:p>
      <w:r>
        <w:t>ECLI: ECLI:SK:KSBA:2017:1111244613.3</w:t>
      </w:r>
    </w:p>
    <w:p>
      <w:r>
        <w:t>Dátum vydania: 25. 10. 2017</w:t>
      </w:r>
    </w:p>
    <w:p>
      <w:r>
        <w:t>Forma: Rozsudok</w:t>
      </w:r>
    </w:p>
    <w:p>
      <w:r>
        <w:t>Oblasť práva: Občianske právo</w:t>
      </w:r>
    </w:p>
    <w:p>
      <w:pPr>
        <w:pStyle w:val="Heading2"/>
      </w:pPr>
      <w:r>
        <w:t>Text rozhodnutia</w:t>
      </w:r>
    </w:p>
    <w:p>
      <w:r>
        <w:t>Súd: Krajský súd Bratislava Spisová značka: 3Co/227/2017 Identifikačné číslo súdneho spisu: 1111244613 Dátum vydania rozhodnutia: 26. 10. 2017 Meno a priezvisko sudcu, VSÚ: JUDr. Mario Dubaň ECLI: ECLI:SK:KSBA:2017:1111244613.3 ROZSUDOK V MENE SLOVENSKEJ REPUBLIKY Krajský súd v Bratislave v senáte zloženom z predsedu senátu JUDr. Ing. Maria Dubaňa a sudcov JUDr. Romana Bolebrucha a JUDr. Alexandry Hanusovej v právnej veci žalobkyne: G. M., U. XX, U., zastúpenej FUTEJ &amp; Partners, s.r.o., Radlinského 2, Bratislava, proti žalovanej: Slovenská republika, za ktorú koná Národná banka Slovenska, Imricha Karvaša 1, Bratislava, o zaplatenie náhrady škody 5.490,02 eura s prísl., na odvolanie žalobkyne proti rozsudku Okresného súdu Bratislava I č.k. 25C/193/2011-243, zo dňa 26.2.2014, takto r o z h o d o l : I. Odvolací súd rozsudok súdu prvej inštancie v napadnutej časti p o t v r d z u j e . II. Žalovanej p r i z n á v a proti žalobkyni plný nárok na náhradu trov odvolacieho a dovolacieho konania. o d ô v o d n e n i e : 1. Napadnutým rozsudkom súd prvej inštancie zamietol návrh, ktorým sa žalobkyňa proti žalovanej domáhala zaplatenia sumy 5.490,02 eura s prísl. predstavujúcej náhradu škody spôsobenej nesprávnym úradným postupom žalovanej pri vykonávaní bankového dohľadu nad činnosťou PODIELOVÉHO DRUŽSTVA SLOVENSKÉ INVESTÍCIE (ďalej len „PDSI“ alebo „družstvo“) a obchodníka s cennými papiermi CAPITAL INVEST, o.c.p., a.s. (ďalej len „obchodník s CP“). Návrh žalobkyne na prerušenie konania do právoplatného skončenia konania vedeného na Okresnom súde Bratislava I sp. zn. 19C 56/2011 zamietol a rozhodol, že nepožiada Súdny dvor Európskej únie o rozhodnutie o predbežnej otázke podľa článku 267 Zmluvy o fungovaní Európskej únie a návrh žalobkyne na prerušenie konania zamietol. Žalovanej náhradu trov konania nepriznal. 2. Svoje rozhodnutie po právnej stránke odôvodnil ustanoveniami § 3 ods. 1, 2, § 9 ods. 1, § 15 ods. 1 a § 17 ods. 1 zákona č. 514/2003 Z.z. o zodpovednosti za škodu spôsobenú pri výkone verejnej moci (ďalej len zákon č. 514/2003 Z.z.), keď z obsahu skutkových tvrdení uvedených žalobkyňou v žalobe mal za zrejmé, že žalobkyňa sa voči žalovanej domáha náhrady škody titulom zodpovednosti štátu za nesprávny úradný postup v zmysle zákona č. 514/2003 Z.z. Z vykonaného dokazovania súd prvej inštancie zistil, že Úrad pre finančný trh (ďalej len „úrad“) rozhodnutím zo dňa 21.3.2002 schválil družstvu Prospekt investície, pri ktorom družstvo požiadalo návrhom na začatie konania doručeným úradu dňa 16.4.2003 o schválenie jeho dodatku. Úrad PDSI v upozornení zo dňa 13.5.2003 oboznámil o splnení podmienok pre schválenie tohto dodatku podľa § 127 ods. 4 v spojení s § 122 ods. 7 zákona č. 566/2001 Z.z. Prílohou žiadosti družstva bola aj zápisnica z riadnej členskej schôdze družstva zo dňa 9.1.2003,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Rozhodnutím zo dňa 8.1.2008, č. OPK-9750/3/2007, Národná banka Slovenska (ďalej len „NBS“) na základe kontroly vykonanej v r. 2007 uložila obchodníkovi s CP pokutu vo výške 500.000,- Sk za porušenie v rozhodnutí špecifikovaných ustanovení zákona č. 566/2001 Z.z. Banková rada Národnej banky Slovenska v konaní o rozklade predmetné prvostupňové rozhodnutie rozhodnutím zo dňa 7.5.2008, č. GUV-841/2008 zrušila a vrátila vec na opätovné prejednanie a rozhodnutie. Následne NBS rozhodnutím zo dňa 20.8.2008, č. OPK-9750-5/2007, uložila obchodníkovi s CP opätovne pokutu, a to vo výške 300.000,- Sk za porušenie ustanovení § 54 ods. 2, § 73 ods. 1 písm. a), § 74 ods. 1, ods. 7 písm. b) zákona č. 566/2001 Z.z. NBS rozhodnutím zo dňa 22.4.2008, č. OPK-2744-5/2007-PLP, zmenila podľa § 59 ods. 4 zákona č. 566/2001 Z.z. obchodníkovi s CP povolenie na poskytovanie investičných služieb, udelené rozhodnutím zo dňa 22.4.2003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CP zo zmluvy o riadení portfólia zo dňa 30.3.2010 družstvo požiadalo listom zo dňa 15.4.2010 NBS o preskúmanie postupu obchodníka s CP a o výkon dohľadu na mieste, dôvodiac, že výpoveďou zmluvy sa PDSI dostalo do zložitej situácie, pretože obchodník s CP zabezpečoval pre družstvo odbyt výrobkov, družstvo muselo pozastaviť prijímanie nových členských vkladov od existujúcich alebo nových členov, ako aj pozastaviť vyplácanie vyrovnávacích podielov pre vystupujúcich členov, vyplácanie deklarovaných výnosov z prijatých členských vkladov a ostatných peňažných súm prijatých od svojich členov. PDSI poukázalo na rozsiahlu majetkovú škodu, ktorú zdá sa obchodník s CP spôsobil družstvu pri plnení zmluvy, a ktorá podľa predbežnej kalkulácie dosahovala sumu viac než 20 miliónov eur. Ďalším listom zo dňa 23.4.2010 žiadalo družstvo NBS o zjednanie nápravy v činnosti obchodníka s CP, pretože tento si neplnil svoje základné povinnosti voči družstvu ako subjektu dohliadanému zo strany NBS, spočívajúce v zabezpečení zhodnotenia finančných prostriedkov jemu zverených do správy. NBS listom zo dňa 30.4.2010 a následne urgenciou zo dňa 30.6.2010 požiadala predsedu predstavenstva družstva a aj družstvo samotné o predloženie špecifikovanej písomnej informácie a dokumentácie k zmluve za účelom dohľadu na mieste. V súvislosti s oznámením PDSI zo dňa 10.5.2010 o tom, že ročná finančná správa za rok 2009 bola uverejnená na internetovej stránke, NBS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PDSI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3. Súd prvej inštancie vychádzal tiež zo zistenia, že NBS vydala dňa 12.7.2010 rozhodnutie o predbežnom opatrení, č. ODT-8305/2010, ktorým podľa § 25 ods. 1 písm. a) zákona č. 747/2004 Z.z. o dohľade nad finančným trhom uložila obchodníkovi s CP povinnosť zdržať sa nakladania s majetkom klientov, ktorý mu bol zverený bez písomného súhlasu NBS, keďže na základe oznámenia klientov, najmä družstva, vzniklo dôvodné podozrenie z možného poškodenia klientov obchodníka s CP. Rozhodnutím zo dňa 21.12.2010, č. ODT-8305-5/2010, NBS podľa § 144 ods. 1 písm. l) zákona č. 566/2001 Z.z. odobrala obchodníkovi s CP povolenie na poskytovanie investičných služieb z dôvodov podľa § 156 ods. 2 písm. a), § 55 ods. 7, 9, § 85 ods. 2 v spojení s § 84 ods. 1 písm. b), § 76 ods. 2 a § 77 ods. 7 zákona č. 566/2001 Z.z. Správnosť predmetného rozhodnutia potvrdila v konaní o rozklade Banková rada Národnej banky Slovenska rozhodnutím zo dňa 1.3.2011, č. GUV-274/2011. NBS oznámila na svojej webovej stránke formou tlačovej správy predmetnú informáciu. NBS rozhodnutím zo dňa 26.8.2010, č. OPK-5664/1-5/2010, zastavila konanie začaté na žiadosť PDSI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7.12.2010, č. GUV-1744/2010. Uvedeným rozhodnutiam predchádzala výzva NBS zo dňa 10.5.2010 na odstránenie nedostatkov žiadosti o schválenie Prospektu investície zo dňa 28.4.2010, ako aj doplnenia dodatku k Prospektu investície, pričom rozhodnutím zo dňa 10.5.2010, č.k. OPK-5664/1-2/2010, NBS prerušila konanie podľa § 21 ods. 1 písm. a) zákona č. 747/2004 Z.z. o dohľade nad finančným trhom. Ďalším rozhodnutím zo dňa 30.5.2011, č. ODT-10890-4/2010, NBS zakázala družstvu ako vyhlasovateľovi verejnej ponuky majetkových hodnôt predaj majetkových hodnôt podľa § 144 ods. 4 písm. c) zákona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PDSI neurobilo žiadne kroky k náprave a k tomu, aby stav družstva uviedlo do súladu s údajmi v Prospekte investície. NBS oznámila na svojej webovej stránke obsah predmetného rozhodnutia, ktoré nadobudlo právoplatnosť dňa 18.7.2011. Listom zo dňa 26.4.2007 požiadala NBS v zmysle § 35 ods. 1 zákona č. 747/2004 Z.z. o dohľade nad finančným trhom v spojení s § 126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predmetnú žiadosť reagovalo PDSI listom zo dňa 9.5.2008, pričom spolu s listom zo dňa 20.8.2007 predložilo audítorskú správu a konsolidovanú účtovanú závierku za rok 2006. Družstvo reagovalo dňa 2.6.2008 i na žiadosť o odstránenie nedostatkov náležitostí polročnej správy za I. polrok 2007 a dňa 8.9.2008 vo vzťahu k polročnej finančnej správe za polrok 2008. Podľa zápisu z prerokovania problémov a nezrovnalostí zo dňa 24.8.2007 NBS z predložených údajov o majetkovej štruktúre družstva zistila, že majetok vložený do investičných nástrojov družstva je tvorený podielmi v družstvách EDSI, KPDSI a DDSI a na 98,85 % podielom zmenkami emitenta CI HOLDING, akciová spoločnosť, podiel ktorého emitenta CI HOLDING, a.s., na celkových aktívach predstavovala 91,45 %,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PDSI sa zaviazalo zaslať písomné stanovisko o spôsobe riešenia daného stavu do 15.10.2007. V rámci reakcie splnomocnený zástupca družstva Mgr. S. F.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s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4. Z listinných dokladov predložených žalobkyňou na CD nosiči súd prvej inštancie zistil, že sa v nich nachádza 1/ výzva NBS na predloženie dokladov, a to kópií všetkých zápisníc z rokovania členských schôdzí družstva za rok 2007, 2008 a 2009, spolu s vydaniami časopisu Podielnik za rovnaké obdobie, 2/ zápisnica z rokovania náhradnej členskej schôdze PDSI zo dňa 3.3.2009, ktorej predmetom bolo, okrem iného i schválenie správy predstavenstva, ročnej účtovnej závierky za rok 2008, návrhu na rozdelenie zisku a výplaty podielov na zisku za rok 2008, 3/ zápisnica z rokovania náhradnej mimoriadnej členskej schôdze družstva zo dňa 23.10.2009, na ktorej táto schválila návrh na úpravu investičnej stratégie a plán zhodnotenia a činnosti na rok 2010, 4/ správa o finančnej situácii družstva ku dňu 31.12.2009, 5/ oznámenia o aktuálnej hodnote základných členských vkladov v príslušnom období, pričom v súvislosti s oznámením zo dňa 21.10.2009 NBS listom zo dňa 27.10.2009 informovala PDSI, že oznámenie spĺňa požiadavky podľa § 129 ods. 1 zákona č. 566/2001 Z.z.,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 4 písm. a) Trestného zákona a trestného činu porušovania povinnosti pri správe cudzieho majetku podľa § 237 ods. 1, 3 písm. b) Trestného zákona na Úrad boja proti korupcii Prezídia Policajného zboru, 7/ list zo dňa 27.7.2010, ktorým družstvo reagovalo na vyjadrenia obchodníka s CP ohľadne okolností výpovede zmluvy o riadení portfólia. Vo vzťahu k obchodníkovi s CP, z listinných dokladov predložených na CD nosiči zistil, že po obdržaní vyúčtovaní k zmluve o riadení portfólia zo dňa 8.1.2010 PDSI vo vyjadrení zo dňa 19.3.2010 upozorňovalo obchodníka s CP na závažný nesúlad skutočnej finančnej kondície portfólia, ktoré na základe zmluvy obchodník s CP riadil a obhospodaroval, oproti prezentovaným výsledkom podľa vyúčtovania zo dňa 8.1.2010. Listom zo dňa 12.4.2010 družstvo vyzvalo obchodníka s CP na predloženie správy o zhodnotení finančných prostriedkov za 4. štvrťrok 2009 a za 1. štvrťrok 2010 v súlade so zmluvou najneskôr do 16.4.2010. Listom zo dňa 16.4.2010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zo dňa 3.5.2010 a opätovne zo dňa 17.5.2010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zo dňa 18.5.2010 PDSI vyzvalo obchodníka s CP na vrátenie neoprávnene vyplatenej odmeny vo výške 228.954 eur a na doplatenie rozdielu zhodnotenia portfólia za IV. kvartál 2009 a I. kvartál 2010, nakoľko portfólio družstva nebolo zhodnotené na zmluvne stanovenú 8 percentnú úroveň a bolo vo výraznej strate. Zo spisu Okresného súdu Bratislava I, sp. zn. 19C/56/2011 zistil, že v tejto právnej veci žalobcu PODIELOVÉ DRUŽSTVO SLOVENSKÉ INVESTÍCIE proti žalovanej SR - Národná banka Slovenska, je predmetom konania náhrada škody vo výške 63.163.426,03 eura s príslušenstvom, spôsobená nesprávnym úradným postupom NBS podľa § 9 zákona č. 514/2003 Z.z. Ten mal spočívať v tom, že a/ zistiac závažné nedostatky v činnosti obchodníka s CP pri výkone dohľadu nad jeho činnosťou NBS nemala urobiť riadne a včas úkony potrebné pre nápravu nedostatkov a ani na ich zamedzenie do budúcna, b/ potrebné opatrenia na zabránenie vzniku škody na majetku družstva, najmä že ho neupozornila včas na riziká vyplývajúce z činnosti obchodníka s CP, c/ nezasiahla včas a účinne voči obchodníkovi s CP na základe podnetu družstva zo dňa 15.4.2010, ani nereagovala na jeho list zo dňa 26.4.2010, ktorým dalo podnet na vyhlásenie obchodníka s CP za neschopného plniť svoje záväzky voči klientom, čím mala spôsobiť, že obchodník s CP mohol pokračovať v protiprávnom konaní na ujmu PDSI a toto si nemohlo uplatniť nárok na náhradu za nedostupný klientsky majetok u garančného fondu investícií, a napokon d/ inými zbytočnými prieťahmi, resp. nečinnosťou NBS spôsobila, že neprijala vhodné opatrenia (sankcie) na zabezpečenie, aby obchodník s CP nemohol nakladať so svojim majetkom inak, než za účelom uspokojenia pohľadávky družstva. Škoda, ktorej úhrady sa družstvo domáhalo v sume 63.163.426,03 eura predstavovala skutočnú škodu v sume 26.575.807,88 eura a ušlý zisk v sume 36.587.618,15 eura, z toho skutočná škoda pozostávala 1/ zo sumy 19.649.001,52 eura, ktorú obchodník s CP prijal od družstva ako klienta a zodpovedala základnému imaniu družstva, 2/ zo sumy 1.571.920,12 eura ako zhodnotenia 8 % p.a. zo sumy 19.649.001,52 eura, 3/ zo sumy 4.958.228 eur ako peňažných prostriedkov zverených obchodníkovi s CP za predané krátkodobé a dlhodobé zmenky a 4/ zo sumy 396.658,24 eura ako zhodnotenia 8 % p.a. zo sumy 4.958.228 eura. Predmetné konanie nie je právoplatne skončené. Ďalej súd prvej inštancie konštatoval, že uznesením Okresného súdu Bratislava I zo dňa 11.4.2011, ktoré nadobudlo právoplatnosť dňa 5.5.2011, bol v konaní vedenom pod sp. zn. 3K/95/2010 vyhlásený konkurz na majetok družstva ako úpadcu a do funkcie správcu bol ustanovený Mgr. J. S., ktorý podal dňa 24.8.2011 správu o priebehu konkurzu pre účely 1. schôdze veriteľov, v ktorej okrem iného k podnikateľskej činnosti PDSI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PDSI.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Vo vyjadrení k výzve Okresného súdu Bratislava I na predloženie správy o stave konkurzu vedeného pod sp. zn. 3K/95/2010 zo dňa 20.8.2013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 Národnej banke Slovenska, voči poisťovni Chartis Europe, organizačná zložka poisťovne z iného členského štátu, voči členom predstavenstva úpadcu, voči SR - Garančnému fondu investícií, ako aj obchodníkovi s CP. Okrem toho sú vedené i konania, ktorých cieľom je prinavrátenie majetkového vplyvu úpadcu nad majetkom, ktorý bol spolufinancovaný z prostriedkov úpadcu a ktorý bol v čase pred vyhlásením konkurzu zo sféry jeho vplyvu odstránený podozrivými právnymi úkonmi. 5. Z vykonaného dokazovania mal súd prvej inštancie ďalej za preukázané, že členstvo žalobkyne v družstve vzniklo dňa 28.6.2007 a ku dňu 20.4.2010 hodnota jeho členského podielu predstavovala sumu 2.129,16 eura. Družstvo vystavilo žalobkyni dňa 14.3.2010 zmenku znejúcu na sumu 3.319,39 eura. Samotná škoda pozostáva z peňažných prostriedkov, ktoré žalobkyňa vložila do družstva, t.j. z 1/ členského podielu v družstve v sume 2.129,16 eura, 2/ zo zmenky vystavenej PDSI znejúcej na sumu 3.319,39 eura spolu s 6 % zákonným úrokom zo zmenky za obdobie od 15.3.2011 do 18.4.2011 vrátane, v sume 41,47 eura. Žalobkyňa požiadala NBS o predbežné prerokovanie nároku na náhradu škody a jej nárok nebol ani čiastočne uspokojený. Mal tiež za preukázané, že žalobkyňa ako veriteľ si prihlásila svoju pohľadávku voči družstvu do konkurzu prebiehajúceho na Okresnom súde Bratislava I sp. zn. 3K/95/2010 vo výške 3.360,86 eura, ktorá pohľadávka bola správcom konkurznej podstaty v celom rozsahu popretá a žalobkyňa podala incidenčnú žalobu voči správcovi konkurznej podstaty; konania je vedené pod sp. zn. 3Cbi/473/2011. Po vyhodnotení vykonaných dôkazov v zmysle § 132 O.s.p. dospel k záveru, že návrh žalobkyne nie je dôvodný a nemožno mu vyhovieť. Z obsahu skutkových tvrdení uvedených žalobkyňou v návrhu mal za zrejmé, že žalobkyňa sa voči žalovanej domáhala náhrady škody titulom zodpovednosti štátu za nesprávny úradný postup v zmysle § 9 zákona č. 514/2003 Z.z. a jej nárok posudzoval v intenciách tohto zákona (v znení účinnom v čase tvrdeného nesprávneho úradného postupu - pozn. súdu). Vyslovil, že zodpovednosť štátu za škodu spôsobenú rozhodnutím orgánu verejnej moci alebo jeho nesprávnym úradným postupom podľa zákona č. 514/2003 Z.z. patrí k forme objektívnej zodpovednosti štátu, t.j. ide o zodpovednosť bez ohľadu na zavinenie. Štát zodpovedá za škodu za súčasného splnenia troch podmienok, ktorými sú: existencia majetkovej ujmy vyjadriteľnej v peniazoch, nezákonné rozhodnutie alebo nesprávny úradný postup orgánu verejnej moci a príčinná súvislosť medzi škodou a nezákonným rozhodnutím alebo nesprávnym úradným postupom. Nepreukázanie čo len jedného z uvedených predpokladov má za následok zamietnutie celého návrhu. Vychádzal zo zistenia, že žalobkyňa sa stala členom PDSI, vystupovala pod poradovým číslom člena 12656 a vložila do tohto družstva členský vklad; ku dňu 20.4.2010 hodnota jej členského podielu bola v sume 2.129,16 eura a družstvo jej vystavilo dňa 14.3.2010 zmenku znejúcu na sumu 3.319,39 eura. Žalobkyňa požiadala družstvo žiadosťou zo dňa 24.6.2010 a 16.7.2010 o zrušenie členského podielu. Mal tiež za preukázané, že uznesením Okresného súdu Bratislava I zo dňa 11.4.2011, sp. zn. 3K/95/2010, bol na majetok družstva ako úpadcu vyhlásený konkurz, do funkcie správcu bol ustanovený Mgr. J. S. a veritelia družstva boli vyzvaní na prihlásenie pohľadávok v lehote 45 dní odo dňa vyhlásenia konkurzu. Žalobkyňa si formou prihlášky prihlásila voči družstvu pohľadávku v sume 3.360,86 eura, ktorá bola správcom konkurznej podstaty v celom rozsahu popretá a žalobkyňa sa obrátila na súd žalobou na určenie oprávnenosti jej pohľadávky, konanie je vedené na Okresnom súde Bratislava I pod sp. zn. 3Cbi/473/2011 a nie je právoplatne skončené. Dospel k záveru, že v danom štádiu konania žalobkyňa nepreukázala vznik škody. Konštatoval, že podľa ustálenej súdnej judikatúry (rozhodnutie Najvyššieho súdu Slovenskej republiky, sp. zn. 4Cz 110/84, publikovaného vo Výbere rozhodnutí a stanovísk Najvyššieho súdu Slovenskej republiky pod č. 4/87, ktoré je vzhľadom na závery rozsudku Najvyššieho súdu Slovenskej republiky zo dňa 31.5.2006, sp. zn. 4Cdo 199/2005, naďalej aplikovateľné, ako aj rozhodnutia Najvyššieho súdu Českej republiky, sp. zn. 25 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6. Vychádzajúc z vyššie uvedeného uviedol, že žalobkyňa sa ako bývalá členka družstva, s ktorým bola v právnom vzťahu a z ktorého jej v prípade vystúpenia vzniklo právo na vyplatenie vyrovnacieho podielu, musí domáhať zaplatenia svojej pohľadávky voči družstvu, nakoľko PDSI je vo vzťahu k nej v pozícii dlžníka/povinného, resp. osoby, ktorá je povinná žalobkyni vydať získaný prospech v podobe vyrovnacieho podielu. Žalobkyňa si síce uplatnila formou prihlášky v konkurze vyhlásenom na majetok družstva pohľadávku voči družstvu, avšak v čase rozhodovania súdu (ktorý čas je rozhodujúci pre posúdenie veci v zmysle § 154 O.s.p.) nepreukázala bezúspešnosť uplatňovania svojich práv. V prvom rade, oprávnenosť jej nároku uplatneného v konkurznom konaní formou prihlášky voči družstvu je predmetom konania Okresného súdu Bratislava I sp. zn. 3Cbi/473/2011 (konanie o incidenčnej žalobe voči správcovi konkurznej podstaty úpadcu). Zároveň z vyjadrenia správcu konkurznej podstaty úpadcu - družstva zo dňa 20.8.2013 vyplýva, že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Chartis Europe, členom predstavenstva družstva, obchodníkovi s CP, a okrem toho, vedie i konania za účelom prinavrátenia majetkového vplyvu úpadcu nad majetkom, ktorý bol spolufinancovaný z prostriedkov úpadcu, a ktorý bol v čase pred vyhlásením konkurzu zo sféry jeho vplyvu odstránený podozrivými úkonmi. Mal tak za zrejmé, že toho času nie je možné ustáliť majetok úpadcu - družstva, s ktorým bola žalobkyňa v záväzkovom vzťahu a z ktorého majetku by mala byť uspokojená jej pohľadávka uplatňovaná i v prebiehajúcom konaní titulom náhrady škody za nesprávny úradný postup. Z tohto dôvodu nemohol v rozhodnom čase (§ 154 O.s.p.) ustáliť, či a najmä v akej výške vznikla žalobkyni škoda, ktoré okolnosti sú rozhodné aj pre plynutie premlčacej doby na uplatnenie nároku na náhradu škody voči štátu (§ 19 zákona č. 514/2003 Z.z.). Bol toho názoru, že ak neexistuje škoda v dobe rozhodovania súdu o uplatnenom nároku žalobkyne na jeho náhradu, nárok bol uplatnený predčasne. Uviedol, že pokiaľ sa žalobkyňa vo svojom stanovisku zo dňa 11.6.2013 v súvislosti s existenciou vzniku škody odvolávala na rozhodnutie Najvyššieho súdu Českej republiky, sp. zn. 29Cdo 4968/2009, nemožno ho na daný prípad aplikovať, a to práve z dôvodu, že so zreteľom i na vyjadrenie správcu konkurznej podstaty družstva (úpadcu), je zrejmé, že konkurzné konanie nie je doposiaľ ukončené a vzhľadom na jeho stav nemožno jednoznačne konštatovať vylúčenie možnosti uspokojenia pohľadávky žalobkyne ako prípadného veriteľa v rozsahu, v ktorom sa v prebiehajúcom konaní domáha náhrady škody. I napriek tomu, že žalobkyňa nepreukázala existenciu škody ako majetkovej ujmy a ako jedného z predpokladov zodpovednosti žalovanej podľa zákona č. 514/2003 Z.z., dospel tiež k záveru, že žalobkyňa nepreukázala ani namietaný nesprávny úradný postup žalovanej. Tento mal spočívať v 1/ oneskorenom zistení neaktuálnosti údajov zahrnutých do Prospektu investície, a tým neplatnosti Prospektu investície a následnom oneskorení zakázania činnosti družstva, 2/ v prijatí nedostatočných opatrení na nápravu protiprávneho stavu po zisteniach v Prerokovaní nedostatkov podľa zápisu zo dňa 24.08.2007 a v 3/ prijatí nedostatočných opatrení na nápravu protiprávneho stavu po zistení závažných pochybení obchodníka pri činnosti voči družstvu. Pokiaľ ide o nesprávny úradný postup spočívajúci v oneskorenom zistení neaktuálnosti údajov zahrnutých do Prospektu investície, a tým neplatnosti Prospektu investície a následnom oneskorení zakázania činnosti družstva, uviedol,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1.1.2009 i povinnosť aktualizácie Prospektu investície podľa § 125c ods. 1 v spojení s § 127 ods. 4 zákona č. 566/2001 Z.z. a počnúc od 1.6.2010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Uviedol,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totiž podľa neho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(ako sa mylne domnievala žalobkyňa), pretože zo žiadnych ustanovení zákona č. 566/2001 Z.z. nevyplýva neplatnosť Prospektu investície pre neaktuálnosť jeho údajov (tá sa vzťahuje len na Prospekt cenných papierov podľa § 123 zákona č. 566/2001 Z.z.). NBS vyzvala družstvo na predloženie žiadosti o schválenie dodatku Prospektu investície a ako vyplýva z rozhodnutia NBS zo dňa 26.8.2010, č. OPK-5664/1-5/201,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ODT-10890-4/2010, ktorým zakázala družstvu predaj majetkových hodnôt. Je teda zrejmé, že NBS konala v rámci svojich oprávnení stanovených zákonom a súd v jej postupe nezistil namietaný nesprávny úradný postup. 7. Pokiaľ ide o nesprávny úradný postup spočívajúci v prijatí nedostatočných opatrení na nápravu protiprávneho stavu po zisteniach v Prerokovaní nedostatkov podľa zápisu zo dňa 24.8.2007, súd prvej inštancie uviedol, že predmetom konania je nesprávny úradný postup žalovanej, a nie obchodníka s CP; preto v priamej príčinnej súvislosti s ním mohla vzniknúť škoda len družstvu, a nie žalobkyni. Žalobkyňa totiž nebola podľa neho v žiadnom záväzkovom, ani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zákona č. 747/2004 Z.z. o dohľade nad finančným trhom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PDSI prerokovala na stretnutí s členmi štatutárneho orgánu družstva dňa 24.8.2007 a súčasne dala odporúčania na nápravu tohto stavu. Mal za to, že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 8. Napokon pokiaľ ide o nesprávny úradný postup žalovanej spočívajúci v prijatí nedostatočných opatrení na nápravu protiprávneho stavu po zistení závažných pochybení obchodníka s CP pri činnosti voči družstvu, mal súd prvej inštancie za to, že ani v tomto smere sa nemožno stotožniť s argumentáciou žalobkyne, a to v prvom rade pre absenciu priamej príčinnej súvislosti s prípadnou škodou na jej strane. Zároveň poukázal na to, že z listinných dôkazov, najmä jednotlivých rozhodnutí NBS o uložení pokuty vo výške 500.000,- Sk (rozhodnutie zo dňa 8.1.2008, č. OPK 9750/3/2007) vo výške 300.000,- Sk (rozhodnutie zo dňa 20.8.2008, č. OPK-9750-5/2007) je zrejmé, že NBS činnosť obchodníka s CP sledovala, pričom nebolo jej povinnosťou informovať družstvo o výsledných zisteniach. Zákon č. 747/2004 Z.z. o dohľade nad finančným trhom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bol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Súd prvej inštancie na uvedenom základe tak dospel k záveru, že žalobkyňa v konaní nepreukázala existenciu predpokladov zodpovednosti žalovanej za škodu podľa zákona č. 514/2003 Z.z., na vyvodenie ktorej je potrebné kumulatívne, t.j. súčasné splnenie všetkých zákonom stanovených podmienok, keď nepreukázala vznik škody, namietaného nesprávneho úradného postupu, a tým ani vznik príčinnej súvislosti medzi škodou a nesprávnym úradným postupom, preto nárok žalobkyne ako nedôvodný v celom rozsahu zamietol. 9. Oboznámením sa s návrhom žalobkyne na prerušenie konania, ako aj s obsahom súdneho spisu sp. zn. 19C/56/2011 dospel súd prvej inštancie k záveru, že návrh na prerušenie konania nie je v danom štádiu konania dôvodný. Mal za to, že vykonal vo veci dostatočné dokazovanie a má k dispozícii dostatok listinných dôkazov na posúdenie tvrdeného nesprávneho úradného postupu žalovanej. Uviedol, že predmetom prebiehajúceho konania je výlučne nesprávny úradný postup NBS vyplývajúci z dohľadu nad družstvom, a nie nad obchodníkom s CP, ktorý je predmetom súdneho konania sp. zn. 19C/56/2011, a preto dokazovanie nesprávneho úradného postupu v súdnom konaní sp. zn. 19C/56/2011 nepredstavuje takú právne relevantnú skutočnosť majúcu význam pre rozhodnutie súdu o veci. Vzhľadom na právny vzťah medzi žalobkyňou ako členom družstva a družstvom nemá na preukázanie predpokladov zodpovednosti žalovanej za škodu vplyv prípadné zanedbanie dohľadu NBS nad obchodníkom s CP, s ktorým bolo v záväzkovom vzťahu iba družstvo. Otázka existencie a vzniku škody PDSI je rovnako pre prejednávanú vec bezpredmetná, pretože úspech, prípadne neúspech družstva ako sporovej strany v konaní sp. zn. 19C/56/2011 má význam len z hľadiska prebiehajúceho konkurzného konania, ktoré nie je toho času ukončené a naďalej prebieha. Návrh žalobkyne na prerušenie konania až do právoplatného skončenia konania vedeného na Okresnom súde Bratislava I sp. zn. 19C/56/2011 zamietol s odôvodnením, že sa v ňom nerieši otázka, ktorá môže mať význam pre rozhodnutie súdu o veci. 10. V napadnutom rozsudku súd prvej inštancie ďalej zamietol návrh žalobkyne na podanie prejudiciálnej otázky Súdnemu dvoru Európskej únie podľa čl. 267 Zmluvy o fungovaní Európskej únie konštatujúc, že rozhodnutie Súdneho dvora EÚ o žalobkyňou položených otázkach nie je nevyhnutné pre meritórne rozhodnutie veci. Návrh na začatie prejudiciálneho konania zamietol aj z dôvodu, že v prejednávanej veci rozhoduje ako súd prvej inštancie; žalobkyňa nežiadala o výklad platnosti právneho aktu Európskej únie a preto nie je konajúci súd povinný obrátiť sa so žiadosťou na Súdny dvor Európskej únie a iniciovať tak prejudiciálne konanie o nastolených otázkach. O trovách konania rozhodol podľa § 142 ods. 1 O.s.p. a ich náhradu úspešnej žalovanej nepriznal z dôvodu, že si náhradu trov konania neuplatnila a v konaní jej ani žiadne trovy nevznikli. 11. Proti zamietajúcej časti rozsudku, ktorou súd prvej inštancie zamietol návrh žalobkyne vo veci samej, podala odvolanie žalobkyňa a žiadala rozsudok v napadnutej časti zmeniť, žalovanej uložiť povinnosť zaplatiť žalobkyni náhradu škody 5.490,02 eura s príslušenstvom, alternatívne žiadala rozsudok v napadnutej časti zrušiť a vrátiť vec na ďalšie konanie. V odvolaní namietala, že konanie má inú vadu, ktorá mohla mať za následok nesprávne rozhodnutie vo veci; súdu prvej inštancie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posúdila ako úplne irelevantný, ak nemohla o takto zúženom dohľade orgánu dohľadu vedieť. Nesúhlasila so záverom súdu prvej inštancie o tom, že neexistuje príčinná súvislosť medzi škodou a porušením zákonných povinností NBS, spočívajúcich v nesprávnom výkone dohľadu, ktorým bol porušený zákon č. 566/2001 Z.z.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Vychádzala zo zistenia,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žalobkyne. Poukázala na skutočnosť, že v konaní vedenom na Okresnom súde Bratislava I pod sp. zn. 7C/206/2011 bolo výpoveďou svedka Ing. M. H.,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S. Č.,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V odvolaní ďalej uviedla,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mala za to, že družstvo svojim konaním porušovalo ust. § 129 ods. 3 v spojení s § 128 ods. 1 písm. b), c) a h) a § 125c ods. 1 v spojení s § 127 ods. 4 zákona č. 566/2001 Z.z. od 31.12.2006, avšak NBS voči PDSI úradne zasiahla až v máji 2011 (zákazom činnosti).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vyvodila, že žiadna platná právna norma neumožňuje vysloviť záver o predčasnosti podania návrhu a to ani vtedy, ak doposiaľ nemala možnosť vymôcť plnenie od subjektu, ktorý jediný je (podľa názoru žalovanej a súdu prvej inštancie) povinný jej dané plnenie vrátiť.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žalobkyne znamenalo, že občianskoprávna zodpovednosť, zodpovednosť štátu, či trestnoprávna zodpovednosť, je subsidiárna voči zodpovednosti úpadcu podľa zákona o konkurze. Uviedla, že z písomného vyjadrenia správcu konkurznej podstaty o stave konkurzu zo dňa 20.8.2013 vyplýva, že v konkurznej podstate nie sú žiadne prostriedky, celý majetok je tvorený hypotetickými pohľadávkami z neukončených súdnych sporov proti NBS, Garančnému fondu investícií, či poisťovni Chartis Europe a iným subjektom a preto aktuálny stav konkurzu vylučuje jej možnosť svoju pohľadávku z konkurzu uspokojiť. Záverom v odvolaní poukázala na závery uznesenia Najvyššieho súdu Slovenskej republiky zo dňa 31.1.2012, sp. zn. 6 M Cdo/11/2010 a na to, že zo zápisníc o pojednávaní pred súdom prvej inštancie vyplýva, že ním vyžiadané listinné dôkazy, resp. predložené stranami sporu neboli riadne vykonané spôsobom podľa § 129 ods. 1 O.s.p. a preto nemôžu byť právnym podkladom pre právne posúdenie veci o základe uplatneného nároku. 12. Žalovaná vo vyjadrení k odvolaniu žiadala rozsudok v napadnutej časti ako vecne a právne správny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ním.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žalobkyňa v konaní nepreukázala bezúspešné uplatnenie nároku voči PDSI, čo znamená, že nepreukázala vznik škody. K námietke o riadnom nevykonaní listinných dôkazov uviedla, že súd prvej inštancie oboznámil (vykonal) jednotlivé dôkazy nachádzajúce sa v súdnom spise. 13. Krajský súd v Bratislave rozsudkom zo dňa 25.6.2015, sp. zn. 3Co/579/2014, 3Co/585/2014, rozsudok súdu prvej inštancie v napadnutej časti potvrdil; žalovanej náhradu trov odvolacieho konania nepriznal. Najvyšší súd Slovenskej republiky uznesením sp. zn. 5 Cdo 46/2016, 5 Cdo 47/2016, zo dňa 5.4.2017, uvedený rozsudok Krajského súdu v Bratislave vo výrokoch, ktorým bol potvrdený rozsudok súdu prvej inštancie a o trovách odvolacieho konania zrušil a v zrušenom rozsahu mu vec vrátil na ďalšie konanie (§ 449 ods. 1, § 450 a § 453 C.s.p.). Dovolanie v zostávajúcej časti odmietol. Uviedol, že v preskúmavanej veci bolo potrebné zohľadniť, že k odvolaniu žalobkyne (viď č.l. 256 až 262 spisu) sa písomne vyjadrila žalovaná 28.7.2014 (č.l. 266 až 271 spisu), ale žalobkyňa nemala možnosť dozvedieť sa o tomto doplnenom vyjadrení a prípadne sa k nemu aj vyjadriť, lebo súd jej toto vyjadrenie žalobkyne nedoručil. Odvolací súd však na vyjadrenie žalovanej pri rozhodovaní prihliadal. Uzavrel, že nedoručením vyjadrenia žalovanej k odvolaniu žalobkyne odvolateľke došlo k porušeniu čl. 6 ods. 1 Dohovoru o ochrane ľudských práv a základných slobôd a zároveň k odňatiu možnosti žalobkyne konať pred súdom; 14. Súd prvej inštancie doručil vyjadrenie žalovanej k odvolaniu žalobkyne odvolateľke - žalobkyni (prevzaté dňa 17.8.2017) a v súlade s § 374 ods. 1 C.s.p. jej ponechal možnosť na zaujatie stanoviska k vyjadreniu žalovanej k odvolaniu žalobkyne; odvolací súd následne viazaný rozsahom a dôvodmi odvolania (§ 379, § 380 ods. 1 C.s.p.), opätovne preskúmal rozsudok v napadnutej časti, prejednal odvolanie žalobkyne bez nariadenia odvolacieho pojednávania podľa § 385 ods. 1 C.s.p. a dospel k záveru, že odvolanie nie je dôvodné. Rozsudok verejne vyhlásil dňa 26.10.2017 (§ 378 ods. 1, § 219 ods. 3 C.s.p.) s tým, že žalobkyni bolo umožnené zaujatie stanoviska k vyjadreniu žalovanej k odvolaniu. 15. Rozsudok súdu prvej inštancie v napadnutej časti odvolací súd potvrdil, pretože je vecne správny a nakoľko sa v celom rozsahu stotožňuje s odôvodnením napadnutého rozsudku, konštatuje správnosť jeho dôvodov (§ 387 ods. 1, ods. 2 C.s.p.). 16.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žalobkyňa. NBS mohla podľa platnej právnej úpravy kontrolovať len to, či PDSI plní informačné povinnosti v zmysle ustanovení §§ 126 až 130 zákona č. 566/2001 Z.z. Je potrebné poukázať i na to, že žalobkyňa si musela byť vedomá toho, že s jej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žalobkyňa vedomá nebola, nemožno to pričítať na ťarchu žalovanej v zmysle zásady, podľa ktorej neznalosť zákona neospravedlňuje. To isté platí aj pokiaľ ide o argumentáciu žalobkyne, že o rozsahu dohľadu NBS nad činnosťou družstva nemala vedomosť. 17. Nebolo možné sa stotožniť ani s námietkou žalobkyne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žalobkyne, ktorý však nemôže vychádzať z toho, ako takýto postup žalobkyňa vyhodnotila,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žalobkyňa v rozhodnom čase členkou,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žalobkyni. 18. Odvolací súd ďalej v názorovej zhode so súdom prvej inštancie poznamenáva, že ani prípadný nesprávny úradný postup NBS voči obchodníkovi s CP, nie je z hľadiska predmetu prebiehajúceho konania pre úspech žalobkyne v konaní právne významný, pretože na strane žalobkyne nemohlo dôjsť k vzniku škody v bezprostrednej a priamej príčinnej súvislosti s eventuálnym nesprávnym úradným postupom NBS (pri dohľade nad obchodníkom s CP) ani podľa zákona č. 566/2001 Z.z. a ani podľa zákona č. 747/2004 Z.z. o dohľade nad finančným trhom, keďže žalobkyňa v rozhodnom období nebola (a ani nie je) v žiadnom záväzkovom vzťahu s obchodníkom s CP. Zisťovanie naplnenia nesprávneho úradného postupu NBS vyplývajúceho z jeho dohľadu nad obchodníkom s CP preto nebolo dôležité. Napriek uvedenému sa však s námietkou žalobkyne,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žalobkyňa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19. Z uvedeného je potom zrejmé, že v konaní nebol preukázaný základný predpoklad vzniku zodpovednosti za škodu spôsobenú nesprávnym úradným postupom štátu v zmysle § 9 zákon č. 514/2003 Z.z., ktorým je nesprávny úradný postup štátu zastúpeného NBS. 20. Pokiaľ ide o rozsudok Najvyššieho súdu ČR sp. zn. 29Cdo/4968/2009, na ktorý v odvolaní poukazovala žalobkyňa,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i v tom, že návrh na začatie konania bol podaný predčasne. 21. K námietke žalobkyne, že listinné dôkazy vyžiadané súdom prvej inštancie, resp. predložené stranami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žalobkyne a vyjadrenie sa žalovanej boli vzájomne účastníkom súdom prvej inštancie doručované pred pojednávaním nariadeným na prejednanie veci samej. Zo zápisnice z pojednávania nariadeného na deň 26.2.2014 jednoznačne vyplýva, že súd prvej inštancie strany riadne oboznámil s obsahom listinných dôkazov, oboznámil obsah do spisu založených listinných dokladov, listinné doklady doložené účastníkmi v priebehu daného pojednávania, ako aj listinné dôkazy na CD nosiči predložené súdu v konaní. Uvedené znamená, že žalobkyňou vytýkané procesné pochybenie súdu prvej inštancie o riadnom nevykonaní dokazovania nevyhnutného k preukázaniu rozhodujúcich skutočností spôsobom uvedeným v § 129 ods.1 O.s.p. nebolo odvolacím súdom zistené. 22. O nároku na náhradu trov odvolacieho konania odvolací súd rozhodol podľa § 396 ods. 1 C.s.p. a § 453 ods. 1, 2 C.s.p. v spojení s § 255 ods. 1 C.s.p. tak, že žalovanej priznal proti žalobkyni plný nárok na náhradu trov odvolacieho a dovolacieho konania, nakoľko mala vo veci plný úspech. 23.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https://www.kauzis.sk/judikatura/r/ECLI:SK:KSBA:2017:1111244613.3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