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8Co/270/2017 z 4. 12. 2017</w:t>
      </w:r>
    </w:p>
    <w:p>
      <w:r>
        <w:t>Rozsudok Krajského súdu Bratislava z 4. decembra 2017, sp. zn. 8Co/270/2017, ECLI:SK:KSBA:2017:1111244638.2</w:t>
      </w:r>
    </w:p>
    <w:p>
      <w:r>
        <w:t>Súd: Krajský súd Bratislava</w:t>
      </w:r>
    </w:p>
    <w:p>
      <w:r>
        <w:t>Spisová značka: 8Co/270/2017</w:t>
      </w:r>
    </w:p>
    <w:p>
      <w:r>
        <w:t>ECLI: ECLI:SK:KSBA:2017:1111244638.2</w:t>
      </w:r>
    </w:p>
    <w:p>
      <w:r>
        <w:t>Dátum vydania: 4. 12. 2017</w:t>
      </w:r>
    </w:p>
    <w:p>
      <w:r>
        <w:t>Forma: Rozsudok</w:t>
      </w:r>
    </w:p>
    <w:p>
      <w:r>
        <w:t>Oblasť práva: Občianske právo</w:t>
      </w:r>
    </w:p>
    <w:p>
      <w:pPr>
        <w:pStyle w:val="Heading2"/>
      </w:pPr>
      <w:r>
        <w:t>Text rozhodnutia</w:t>
      </w:r>
    </w:p>
    <w:p>
      <w:r>
        <w:t>Súd: Krajský súd Bratislava Spisová značka: 8Co/270/2017 Identifikačné číslo súdneho spisu: 1111244638 Dátum vydania rozhodnutia: 05. 12. 2017 Meno a priezvisko sudcu, VSÚ: JUDr. Jana Vlčková ECLI: ECLI:SK:KSBA:2017:1111244638.2 ROZSUDOK V MENE SLOVENSKEJ REPUBLIKY Krajský súd v Bratislave v senáte zloženom z predsedníčky senátu JUDr. Jany Vlčkovej a členov senátu JUDr. Moniky Holickej a JUDr. Ondreja Krajča, v právnej veci žalobcu: E. K., L. N.. P. Č.. XX, Ž., zastúpeného: FUTEJ &amp; Partners s.r.o., so sídlom Radlinského č. 2, Bratislava, proti žalovanej: Slovenská republika, zastúpená Národnou bankou Slovenska, ul. Imricha Karvaša č. 1, Bratislava, o návrhu žalobcu na prerušenie konania a o žalobe na zaplatenie náhrady škody, na odvolanie žalobcu proti rozsudku Okresného súdu Bratislava I zo dňa 05. septembra 2013, č. k. 7C 196/2011 - 306, takto r o z h o d o l : Odvolací súd napadnutý rozsudok súdu prvej inštancie p o t v r d z u j e . Žalovaná má nárok na náhradu trov odvolacieho a dovolacieho konania v celom rozsahu. o d ô v o d n e n i e : 1. Napadnutým rozsudkom zamietol súd prvej inštancie žalobu; ktorou sa žalobca domáhal proti žalovanej zaplatenia sumy 5.349,44 eur s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žalobcu na prerušenie konania a žalovanej nepriznal náhradu trov konania. S poukazom na § 109 ods. 2 písm. c/ O.s.p. dospel k záveru, že v prípade, ak bude v konaní pod sp. zn. 19C/56/2011 zistený nesprávny úradný postup NBS vyplývajúci z dohľadu nad obchodníkom s cennými papiermi, ide v tomto prípade o právne irelevantnú skutočnosť, pretože v tomto konaní zo strany žalobcu sa skúma vzťah medzi ním ako členom Družstva a Družstvom (PDSI), pre vznik prípadnej škody žalobcovi, nemá vplyv na preukázanie bezprostrednej a priamej príčinnej súvislosti s údajným nesprávnym úradným postupom NBS spočívajúcom v údajnom zanedbaní dohľadu nad obchodníkom s cennými papiermi, nakoľko žalobca nebol v rozhodnom období v žiadnom záväzkovom vzťahu s obchodníkom s cennými papiermi (v záväzkovom vzťahu s obchodníkom s cennými papiermi bolo iba družstvo PDSI). Vykonaným dokazovaním zistený skutkový stav po právnej stránke posúdil podľa čl. 1 ods. 1 veta prvá, čl. 2 ods.2,3, čl.20 ods.3, čl. 46 ods.3,4 Ústavy SR, podľa 3 ods.1, § 4, § 9 ods.1, § 15, § 16 zákona č. 514/2003 Z.z. o zodpovednosti za škodu spôsobenú pri výkone verejnej moci, § 415, § 441 Občianskeho zákonníka, § 222, § 223, § 59 Obchodného zákonníka, podľa zákon č. 566/2001 Z. z. o cenných papieroch a investičných službách a dospel k záveru, že činnosť zo strany NBS nemohla založiť nesprávny úradný postup v spojení s uplatňovaním jeho právomoci vymedzenej zákonom. PDSI je ako družstvo spoločenstvom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bolo umožnené ako podnikateľovi vstupovať do právnych vzťahov s občanmi uzatváraním právnych úkonov (zmlúv). V súlade s princípom zmluvnej autonómie rovnakého postavenia účastníkov právnych vzťahov žalobca dobrovoľne vstúpil do záväzkového vzťahu s PDSI, a teda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záväzkovo-právnych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Konštatoval, že až odo dňa 1. 6. 2010 - od účinnosti novelizovaného ustanovenia § 129 ods. 3 zákona o cenných papieroch č. 129/2010 Z. z. - malo PDSI zákonom uloženú povinnosť dodržiavať schválený prospekt investície a až odvtedy mohla NBS kontrolovať, či PDSI dodržiava schválený prospekt investície, pričom za prípadné nedodržiavanie tejto povinnosti v období po 1. 6. 2010 bolo možné PDSI sankcionovať. Dovtedy (pred 1. 6. 2010) NBS nemohla PDSI nič prikazovať a nariaďovať a už vôbec nemohla určovať, či a do akých konkrétnych cenných papierov má PDSI investovať. Žalovaná nezodpovedá za podnikateľské rozhodnutia a aktivity PDSI. Za plnenie prospektu investície PDSI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PDSI nezodpovedala žalovaná. Uviedol, že v danom prípade PDSI podnikalo na základe ustanovení Obchodného zákonníka a v zmysle Občianskeho a Obchodného zákonníka vstupovalo do zmluvných vzťahov s fyzickými osobami (žalobcom) a s právnickými osobami (obchodníkom s cennými papiermi). Nebola preto daná kompetencia NBS zasiahnuť voči PDSI, keďže uzatváranie vzťahov medzi žalobcom (ako členom družstva) a PDSI bolo mimo rámca dozoru NBS. V žalobe ani počas konania žalobca neuviedol žiadne relevantné skutočnosti, z ktorých by bolo možné vyvodiť, že NBS si neplnila zákonom jej dané povinnosti. Žalobca v snahe dosiahnuť vyššie výnosy z vložených peňazí si musel byť vedomý, že uzavretie právnych úkonov s PDSI môže byť spojené s adekvátnym rizikom. Uzatvorené právne vzťahy medzi nimi riadne definovali práva a povinnosti s vkladom spojené, na ktorých pochopenie nebolo potrebné, aby žalobca disponoval odbornými vedomosťami či skúsenosťami. Konštatoval, že žalobca neuniesol dôkazné bremeno o svojich tvrdeniach, a teda nepreukázal základný atribút vzniku škody a to, že by žalovaná nesprávne úradne postupovala. Poukázal na výpoveď svedka (bývalého štatutárneho zástupcu družstva) A.. B. E., ktorý bol zároveň predsedom dozornej rady OCP s tým, že aj prostredníctvom neho malo Družstvo (čiže aj žalobca ako člen) dostupné všetky informácie o činnosti OCP, a mali zabezpečené priame dohliadanie na činnosť OCP (vzhľadom na kompetencie dozornej rady Družstva a členov dozornej rady najmä podľa ustanovení § 197 až § 201 Obchodného zákonníka). Ďalej dospel k záveru, že nie je daná príčinná súvislosť medzi konaním Slovenskej republiky, zastúpenej NBS a vznikom v návrhu označenej škody žalobcovi, pretože táto nevznikla žalobcovi tým, že vložil finančné prostriedky do PDSI, ale škoda mu môže vzniknúť jedine v dôsledku neschopnosti PDSI splniť svoj záväzok z uzavretých zmlúv z dôvodu jeho nepriaznivej finančnej situácie (žalobca si uplatnil svoju pohľadávku v konkurznom konaní), pričom žalobca žalobu voči PDSI nepodal. PDSI a jeho dcérske spoločnosti sú podnikateľské subjekty (družstvá), ktoré vznikli a vyvíjajú činnosť podľa Obchodného zákonníka (najmä podľa ustanovení § 2 ods. 2 a § 221 až § 260 Obchodného zákonníka). Žalobca vložil svoje finančné prostriedky do PDSI s plným vedomím toho, že vložením finančných prostriedkov sa stal členom podnikateľského subjektu - družstva, pričom s členstva sú spojené určité práva a povinnosti, ktoré sa týkajú okrem iného aj hospodárenia a majetku Družstva. Za činnosť Družstva zodpovedá a v mene Družstva koná predstavenstvo ako štatutárny orgán, ktorý riadi jeho činnosť a rozhoduje o všetkých jeho záležitostiach, pokiaľ nie sú zákonom, stanovami alebo rozhodnutím členskej schôdze vyhradené inému orgánu. Členovia predstavenstva sú povinní vykonávať svoju funkciu s odbornou starostlivosťou a v súlade so záujmami družstva a všetkých jej členov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Členovia predstavenstva, ktorí porušili svoje povinnosti pri výkone svojej funkcie, sú zodpovední spoločne a nerozdielne za škodu, ktorú svojím konaním družstvu spôsobili (Obchodný zákonník ust. § 243a ods. 1 a 2 ). Žalobca (ako člen družstva a ako investor) vedel, že s takouto investíciou je spojené aj riziko a doterajší (propagovaný) výnos nie je zárukou budúcich výnosov (ust. § 129 ods. 1 písm. b) zákona č. 566/2001 Z. z. o cenných papieroch a investičných službách). Členská schôdza je najvyšším orgánom Družstva, prostredníctvom ktorého členovia uplatňujú svoje právo riadiť záležitosti Družstva, kontrolujú činnosť jeho orgánov v zmysle ustanovení Obchodného zákonníka a čl. 33 Stanov PDSI. NBS vykonáva dohľad nad PDSI, ako vyhlasovateľom verejnej ponuky majetkových hodnôt, a to len v zákonom limitovanom rozsahu vymedzenom ustanoveniami zákona o cenných papieroch a investičných službách. Úrad pre finančný trh (ktorého kompetencie pri výkone dohľadu prešli od 1. 1. 2006 na Národnú banku Slovenska) schválil pre Družstvo dňa 21. 3. 2002 Prospekt investície (prospekt je informačný dokument, ktorého účelom je investorom poskytnúť dostatok informácií pre ich investičné rozhodnutie) podľa § 127 ods. 2 zákona č. 566/2001 Z. z. o cenných papieroch a investičných službách (právoplatný dňa 28. 3. 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zákona č. 566/2001 Z. z. o cenných papieroch a investičných službách. Zákon č. 566/2001 Z. z. o cenných papieroch a investičných službách však nepožadoval, aby pri schvaľovaní prospektu boli predložené samotné zmluvy (požadoval len ich zoznam) a schválený predmetný prospekt investície tieto samotné zmluvy nikdy neobsahoval. Schválenie prospektu neznamenalo schválenie zmluvy. Schválením Prospektu investície nevznikol medzi Družstvom a OCP,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boli povinné vykonávať svoju činnosť tak, aby si splnilo všetky záväzky voči svojim členom, pričom členovia Družstva, teda aj žalobca, majú práva a povinnosti spojené s členstvom v Družstve, okrem iného aj schvaľovať ročnú účtovnú závierku a voliť a odvolávať členov predstavenstva a kontrolnej komisie. Národná banka Slovenska vykonáva dohľad nad činnosťou vyhlasovateľa verejnej ponuky majetkových hodnôt v zákone č. 566/2001 Z. z. o cenných papieroch a investičných službách len v zákonom vymedzenom limitovanom rozsahu, a to dohľad nad plnením povinností vyhlasovateľa verejnej ponuky majetkových hodnôt ustanovených v zákone č. 566/2001 Z. z. o cenných papieroch a investičných službách,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zákona č. 566/2001 Z. z. o cenných papieroch a investičných službách. S účinnosťou odo dňa 1. 6. 2010 bola Národná banka Slovenska oprávnená dohliadať aj na skutočnosť, či vyhlasovateľ majetkových hodnôt dodržiava schválený prospekt investície. Národná banka Slovenska nevykonávala a ani nemohla vykonávať dohľad nad celkovou činnosťou Družstva, ako vyhlasovateľa verejnej ponuky majetkových hodnôt, pretože by to bolo nezákonným prekročením jej kompetencií. Družstvo bolo podľa zákona č. 566/2001 Z. z. o cenných papieroch a investičných službách povinné predkladať Národnej banke Slovenska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 4. 2010 do 6. 5. 2010 u OCP dohľad na mieste. OCP neposkytoval pre Družstvo investičnú službu riadenie portfólia v zmysle zákona č. 566/2001 Z. z. o cenných papieroch a investičných službách, v rámci dohľadu na mieste nepredložil Národnej banke Slovenska žiadnu dokumentáciu, ktorá by preukazovala, že OCP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Zdôraznil, že vlastníctvo členských podielov patriacich jednotlivým členom Družstva zaväzuje členov Družstva, aby sa aktívne a s dostatočnou starostlivosťou riadne a včas zaujímali o svoje práva a výkon svojich práv voči Družstvu, pretože inak ich podcenením či zanedbaním sa môžu sami pričiniť o znehodnotenie alebo nevymožiteľnosť (stratu) svojich majetkových, satisfakčných a iných práv súvisiacich s Družstvom. Zo skutkových okolností prípadu dospel k záveru, že bol to práve samotný žalobca (v danom prípade sa jedná o člena Družstva a vzťah člena Družstva k Družstvu a dodržiavanie stanovených povinností v tomto vzťahu ako prevenčnej povinnosti predchádzať škodám), ktorý zanedbal prevenčnú povinnosť uloženú mu Obchodným zákonníkom ako členovi družstva, a preto musí následky s tým spojené znášať sám. Mal postupovať ako člen družstva v spolupráci s ďalšími členmi družstva s primeranou dávkou opatrnosti, ktorú bolo možné od neho spravodlivo požadovať a zvážiť možnú mieru rizika. Tiež treba dodať, že neznalosť zákona ho podielu viny nezbavuje. V čase rozhodnutia súdu žalobca nepodal nijakú žalobu o náhradu škody proti PDSI, proti žiadnemu členovi predstavenstva PDSI ani proti žiadnemu členovi kontrolnej komisie PDSI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môže uplatňovať správca konkurznej podstaty Družstva. Žalobca sa mohol a súčasne mal povinnosť sa presvedčiť ako člen Družstva o skutočnostiach uvádzaných PDSI, mal sa aktívne, s dostatočnou starostlivosťou riadne a včas zaujímať o svoje práva (výkon svojich práv) voči Družstvu, nakoľko ich podcenením či zanedbaním sa sám pričinil o znehodnotenie alebo nevymožiteľnosť (stratu) svojich majetkových, satisfakčných práv súvisiacich s Družstvom, a pokiaľ sa rozhodol v spornom období vložiť peňažné prostriedky do Družstva, pretože ponúkalo zhodnotenie vloženej sumy o výnos, ktorý prevyšoval mnohonásobne úroky poskytované bankami, znamená to, že žalobca mal vedomosť o tom, aké úroky poskytujú banky. Žalobca svoje finančné prostriedky vložil do družstva PDSI a ponechal ich v družstve PDSI (štandardne ako svoj členský vklad), a bol v danom prípade v právnom vzťahu s PDSI, či už na základe vloženého členského vkladu, zmenky, prípadne na základe zmeniek vydaných na výplatu údajných vyrovnacích podielov. S poukazom na ustálený skutkový stav dospel k záveru, že iba PDSI vznikla povinnosť vrátiť žalobcovi finančné prostriedky v žalovanej výške. A len v prípade, ak by sa žalobca nedomohol svojich pohľadávok proti PDSI, tak až následne by bolo zrejmé, či mu vznikla alebo nevznikla škoda (a v akej výške). Žalobca vložil finančné prostriedky do podnikateľského subjektu, ktorým je PDSI. Podľa Stanov PDSI, je družstvo spoločenstvom neuzavretého počtu osôb, ktoré sa združili, aby spoločnou činnosťou zabezpečovali uspokojovanie podnikateľských a s nimi súvisiacich potrieb svojich členov a účelne hospodárili s majetkom družstva. S poukazom na zistený skutkový stav dospel k záveru, že v danom prípade nie sú splnené podmienky na náhradu škody v zmysle zákona č. 514/2003 Z.z., keďže NBS vydala relevantné rozhodnutia, pričom neboli zistené ani prieťahy v jej konaní, NBS postupovala v súlade so zákonom č. 566/2001 Z. z. o cenných papieroch a investičných službách a v súlade so zákonom o dohľade. Nemožno sa stotožniť ani s tvrdením žalobcu v tom, že medzi žalobcom označenou škodou, ktorá sa má rovnať hodnote investovanej sumy (vkladu) do PDSI a žalobcom označeným údajným nesprávnym úradným postupom spočívajúcim v údajnej nečinnosti NBS, je daná príčinná súvislosť, a ani v tom, že keby NBS včas zakročila a pozastavila by činnosť PDSI a OCP, nebol by žalobca svoje peniaze zveril PDSI. Uzavretím právneho úkonu s PDSI, žalobcovi (členovi Družstva) ním označená škoda ešte nevznikla, vznikla mu vymožiteľná pohľadávka voči PDSI a škoda mu prípadne vznikne až v dôsledku nevymožiteľnosti tejto pohľadávky voči PDSI, pričom táto skutočnosť t.j. nevymožiteľnosť, nemá príčinnú súvislosť v údajnej nečinnosti NBS, ale vo finančnom hospodárení PDSI (družstva) v rozsahu jeho predmetu podnikania. Pokiaľ by teda bola zakázaná činnosť PDSI a OCP tak to samo o sebe ešte neznamená, že pohľadávka žalobcu z uzavretých právnych úkonov by bola uspokojená, práve naopak uložením sankcií by mohla byť táto vymožiteľnosť ohrozená z dôvodu dosahu na celú ich podnikateľskú činnosť. Štát (Slovenská republika) nemôže priamo zasahovať do vlastnej činnosti družstva a jeho majetkovoprávnych vzťahov, v ktorých má družstvo autonómne postavenie. Vnútorné vzťahy PDSI sa spravovali v danom čase stanovami družstva, ustanoveniami Obchodného zákonníka.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orgánoch v zmysle ustanovení Obchodného zákonníka a stanov PDSI. S poukazom na uvedené uzavrel, že žalobca nepreukázal svoje tvrdenia t.j. že NBS porušila svoju povinnosť tým, že neurobila nekonkretizovaný úkon alebo nevydala nekonkretizované rozhodnutie v zákonom ustanovenej lehote, že bola nečinná pri výkone verejnej moci, že robila zbytočné prieťahy v konaní alebo že vykonala iný nezákonný zásah do práv a právom chránených záujmov fyzických osôb a právnických osôb. Na základe uvedených právnych záverov mal za to, že v konaní neboli preukázané zákonné predpoklady zodpovednosti štátu - Slovenskej republiky za žalobcom uplatnenú škodu titulom nesprávneho úradného postupu, a preto žalobu v celom rozsahu ako nedôvodnú zamietol. Za dôvodný nevyhodnotil ani návrh žalobcu na prerušenie konania v danej veci do právoplatného skončenia konania vedeného na Okresnom súde Bratislava I pod sp. zn. 19C/56/2011. Konštatoval, že v uvedenom konaní sa nerieši žiadna otázka, ktorá by mohla mať vplyv pre rozhodnutie súdu vo veci samej. Predmetom konania v danej veci je výlučne nesprávny úradný postup NBS vyplývajúci z dohľadu nad Družstvom, a nie nad OCP, ktorý je predmetom konania vedeného pod sp. zn. 19C/56/2011, a preto dokazovanie nesprávneho úradného postupu v konaní sp. zn. 19C/56/2011 nepredstavuje takú právne relevantnú skutočnosť, ktorá by mala význam pre rozhodnutie súdu vo veci samej. Vzhľadom na právny vzťah medzi žalobcom - ako členom Družstva a Družstvom nemá na preukázanie predpokladov zodpovednosti žalovanej za škodu vplyv prípadné zanedbanie dohľadu NBS nad OCP, s ktorým bolo v záväzkovom vzťahu iba Družstvo. Otázka existencie a vzniku škody Družstva je rovnako pre prejednávanú vec bezpredmetná, pretože úspech, prípadne neúspech Družstva, ako účastníka súdneho konania sp. zn. 19C/56/2011, má význam len z hľadiska prebiehajúceho konkurzného konania, ktoré nie je toho času skončené a prebieha naďalej. O náhrade trov konania rozhodol podľa § 142 ods. 1 O.s.p. a úspešnej žalovanej nepriznal náhradu trov konania, keďže jej žiadne trovy konania nevznikli. 2. Proti tomuto rozsudku podal v zákonom stanovenej lehote odvolanie žalobca, domáhajúc sa jeho zmeny tak, aby bolo jeho žalobe vyhovené alternatívne jeho zrušenia a vrátenia veci súdu prvej inštancie na ďalšie konanie dôvodiac tým,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ustanovenia § 135 ods. 1 zákona č. 566/2001 Z. z., ale nie dohľad nad celkovou činnosťou Družstva, označil za úplne irelevantný, nakoľko nemohol mať o takto zúženom dohľade orgánu vedomosť. Nesúhlasil so záverom súdu prvej inštancie, že neexistuje príčinná súvislosť medzi škodou a porušením zákonných povinností Národnou bankou Slovenska spočívajúcom v nesprávnom výkone dohľadu, ktorým bol porušený zákon č. 566/2001 Z. z.. Za obzvlášť nepochopiteľný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 na to,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A.. Z.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 možnosť vymôcť plnenie od subjektu, ktorý jediný je podľa názoru žalovanej a prvoinštančného súdu povinný mu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žalovaným. Aktuálny stav konkurzu preto vylučuje jeho možnosť svoju pohľadávku z konkurzu uspokojiť. Taktiež namietal, že zo zápisníc o pojednávaní pred prvoinštančným súdom vyplýva, že listinné dôkazy vyžiadané prvoinštančným súdom, resp. predložené stranami sporu, neboli riadne vykonané spôsobom podľa § 129 ods. 1 O.s.p., s poukazom na uznesenie Najvyššieho súdu Slovenskej republiky zo dňa 31.1.2012, sp. zn. 6 MCdo 11/2010. 3. Žalovaná vo svojom vyjadrení k odvolaniu žalobcu uviedla, že prvoinštančný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Nesúhlasila s tvrdením žalobcu, že je povinnosťou všeobecného súdu dať odpoveď na všetky otázky nastolené stranou sporu, keď aj podľa konštantnej judikatúry Ústavného súdu Slovenskej republiky všeobecný súd musí dať odpoveď na tie otázky nastolené stranou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 zn. 4 Cdo 58/2012). Dôvodil, že podstatou práva na spravodlivé konanie nie je právo na úspech v konaní, a teda právo na rozhodnutie zodpovedajúce názorom a predstavám žalobcu. Argumentovala, že žalobca nevyužil všetky možnosti na uplatnenie a vymoženie svojho nároku, pretože nepodal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Žalobca mohol požiadať Národnú banku Slovenska o vysvetlenie jej zákonom zverených kompetencií v oblasti dohľadu nad finančným trhom.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Uviedla,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Žalovaná uviedla,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 žalobca, uviedla,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Žalobcovi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právo veriteľa (žalobcu) voči dlžníkovi sa stane fakticky nevymáhateľným. K námietke žalobcu,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K námietke žalobcu, že súd prvej inštancie nevykonal listinné dôkazy v súlade s ustanovením § 129 ods. 1 O.s.p.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strana dodatočne poukazuje, sú súdu všeobecne známe, pretože strana viedla desiatky sporov na rovnakom skutkovom a právnom základe voči rôznym dlžníkom, takže dokazovanie v tomto smere nebolo potrebné vykonať. Je jej známe, že na Okresnom súde Bratislava I sú proti nej vedené stovky sporov na rovnakom skutkovom a právnom základe a vo všetkých sporoch majú žalobcovia rovnakého právneho zástupcu. 4. Na základe dovolania žalobcu bol (v poradí prvý) rozsudok Krajského súdu v Bratislave č. k. 8Co/114/2014 - 358 zo dňa 24. 03. 2015; ktorým bol rozsudok súdu prvej inštancie potvrdený; zrušený uznesením dovolacieho súdu sp. zn. 5Cdo 37/2017 zo dňa 25. septembra 2017 z dôvodu nedoručenia vyjadrenia žalovanej k odvolaniu žalobcovi. 5. Po odstránení vytknutej procesnej vady odvolacieho konania; doručením vyjadrenia žalovanej zo dňa 11.11.2013 ( č.l. 398) k odvolaniu žalobcovi dňa 20.10.2017 (č. l. 397 spisu); odvolací súd opätovne preskúmal rozsudok súdu prvej inštancie v celom rozsahu a v medziach dôvodov podaného odvolania, ktorými je viazaný (§ 379 a § 380 ods. 1 CSP), bez nariadenia odvolacieho pojednávania (§ 385 ods. ods. 1 CSP a contrario v spojení s § 219 ods. 3 CSP) a dospel k záveru, že odvolanie žalobcu nie je dôvodné. 6. Podľa § 109 ods. 2 písm. c/ O.s.p., pokiaľ súd neurobí iné vhodné opatrenia, môže konanie prerušiť, ak prebieha konanie, v ktorom sa rieši otázka, ktorá môže mať význam pre rozhodnutie súdu, alebo ak súd dal na takéto konanie podnet. 7. V zmysle uvedeného ustanovenia zákona súd môže (fakultatívne) prerušiť konanie, pokiaľ je vhodné v konaní dočasne nepokračovať vzhľadom na predbežnú otázku, ktorú pre svoje rozhodnutie môže síce posúdiť v prebiehajúcom konaní sám, ale môže tiež vyčkať až na jej posúdenie v inom konaní, pričom vyriešenie tejto predbežnej otázky v inom konaní môže mať význam pre jeho rozhodnutie. Ide teda o prerušenie konania, ktoré nie je pre samotné konanie nevyhnutné, a preto súd konanie nemusí prerušiť; je na úvahe vec prejednávajúceho súdu, či túto procesnú možnosť využije, keďže to nie je jeho povinnosť. Súd má najskôr zvážiť možnosť iných vhodných opatrení, a až keď tieto zlyhajú, môže konanie prerušiť, pričom musí vždy mať na zreteli požiadavku rýchlej a účinnej ochrany strán v súdnom konaní (§ 6 O.s.p. - podľa novej právnej úpravy čl. 17 CSP) a hospodárnosť konania, z hľadiska ktorých by malo prerušenie konania predstavovať skôr výnimku ako pravidlo. 8. S poukazom na vyššie uvedené postupoval súd prvej inštancie v danom prípade dôsledne podľa § 109 ods. 2 písm. c/ O.s.p. (podľa novej právnej úpravy § 164 CSP) skúmajúc, či sú splnené zákonné predpoklady na prerušenie konania, pričom dospel k správnemu záveru, že v konaní vedenom pod sp. zn. 19C/56/2011 sa nerieši otázka, ktorá by mohla mať zásadný a rozhodujúci význam pre rozhodnutie v prejednávanej veci, a pokiaľ návrh žalobcu na prerušenie konania ako nedôvodný zamietol, rozhodol vecne správne. 9. Odvolací súd poznamenáva, že v konaní prebiehajúcom pod sp. zn. 19C/56/2011 sa vyriešenie otázky nesprávneho úradného postupu NBS v súvislosti s výkonom dohľadu nad obchodníkom s cennými papiermi neodrazí priamo vo výroku rozsudku, ktorý je podľa § 159 ods. 2 O.s.p. záväzný pre všetky orgány (vrátane súdov). Len skutočnosť, že vzhľadom na zhodné tvrdenia žalobcov v oboch konaniach o tom, že im vznikla škoda v dôsledku nesprávneho úradného postupu NBS vo vzťahu k obchodníkovi s cennými papiermi, je potrebné v oboch konaniach posúdenie rovnakých predbežných otázok, nezakladá potrebu prerušenia toho konania, keďže túto otázku je potrebné vyriešiť vo vzťahu k rozdielnym subjektom vystupujúcim ako poškodení; keď žalobcom v konaní pod sp. zn. 19C/56/2011 je PDSI, ktoré bolo v zmluvnom vzťahu s obchodníkom s cennými papiermi, na rozdiel od žalobcu v tomto konaní, ktorý ako člen Družstva, nebol v žiadnom záväzkovom vzťahu s obchodníkom s cennými papiermi. Súdu prvej inštancie nič nebránilo túto otázku samostatne v tomto konaní posúdiť, bez zreteľa na výsledok konania pod sp. zn. 19C/56/2011, a preto neobstojí ani argumentácia potreby prerušenia konania z hľadiska jeho hospodárnosti, či duplicitného vedenia rovnakého dokazovania v oboch súbežne prebiehajúcich konaniach. 10. Podľa čl. 1 ods. 1 veta prvá Ústavy SR, Slovenská republika je zvrchovaný, demokratický a právny štát. 11. Podľa čl. 2 ods. 2 Ústavy SR, štátne orgány môžu konať iba na základe Ústavy, v jej medziach a v rozsahu a spôsobom, ktorý ustanoví zákon. 12. Podľa čl. 2 ods. 3 Ústavy SR, každý môže konať, čo nie je zákonom zakázané, a nikoho nemôže nútiť, aby konal niečo, čo zákon neukladá. 13. Podľa čl. 20 ods. 1 Ústavy SR, každý má právo vlastniť majetok. 14. Podľa čl. 20 ods. 3 Ústavy SR, vlastníctvo zaväzuje. 15.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16.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17.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žalobca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18. V posudzovanej veci súd prvej inštancie vykonal náležité dokazovanie potrebné na zistenie všetkých rozhodujúcich skutočností dôležitých pre posúdenie dôvodnosti žaloby žalobcu, ktorým sa domáhal zaplatenia náhrady škody, ako aj na posúdenie opodstatnenosti tvrdení, ktoré uvádzala žalovaná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žalobcovi nesprávnym úradným postupom orgánov štátu, pričom na vec aplikoval zodpovedajúce ustanovenia zákona č. 514/2003 Z.z. o zodpovednosti za škodu spôsobenú pri výkone verejnej moci (§ 3 ods. 1, ods.2, § 9 ods. 1, § 17 ods.1 ) v spojení so zákonom č. 566/2001 Z.z. o cenných papieroch a investičných službách (ďalej len "zákon o CP") a zákonom č. 747/2004 Z.z. o dohľade nad finančným trhom (ďalej len " zákon o dohľade") a svoje dôvody, pre ktoré žalobe žalobcu nevyhovel a neprihliadol tak na jeho námietky proti postupu orgánov štátu (NBS) pri výkone dohľadu, aj náležite v súlade s požiadavkami vyplývajúcimi z § 157 ods. 2 O.s.p. odôvodnil, a preto možno odôvodnenie jeho rozhodnutia považovať za presvedčivé. Obsah odvolania žalobcu nie je spôsobilý spochybniť správnosť záverov napadnutého rozsudku súdu prvej inštancie z hľadiska ním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prvej inštancie založil svoje rozhodnutie. 19. Súd prvej inštancie postupoval správne, keď v danej veci zisťoval základné predpoklady vzniku objektívnej zodpovednosti štátu za škodu spôsobenú jeho orgánmi pri výkone dohľadu nad finančným trhom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20.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21.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22.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odkedy vo vzťahu k dodržiavaniu tejto povinnosti, uloženej zákonom o CP vyhlasovateľovi verejnej ponuky majetkových hodnôt, bolo možné vykonávať dohľad a uplatňovať sankcie. S účinnosťou od 10. 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23.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24.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25. So zreteľom na uvedené potom žalobca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26.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27.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 listom zo dňa 4.9.2007, vo vzťahu k OCP konanie, výsledkom ktorého bolo uloženie mu sankcie v podobe pokuty pre porušenie zákona o cenných papieroch. Pokiaľ v tomto smere žalobca namietal,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28.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29.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30.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 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žalobca v tomto smere nepreukázal,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žalobcu, že nedostatky v aktualizácii údajov prospektu, mali vplyv na hodnotenie majetkových hodnôt, resp. že by sankcionovanie Družstva orgánom dohľadu, ovplyvnilo jeho rozhodnutie zotrvať v Družstve, resp. ďalej investovať do majetku Družstva. Žalobca ničím nepreukázal, že ku vzniku škody spočívajúcej v nevyplatení mu vyrovnacieho podielu došlo v priamej a bezprostrednej príčinnej súvislosti s neaktualizovaním údajov prospektu, resp. že jeho nemožnosť rozpoznať riziko investície bola zapríčinená zanedbaním dohľadu NBS nad aktualizáciou údajov, resp. nesankcionovaním Družstva za nesplnenie si v tejto súvislosti jeho povinnosti. 31. O zhoršenej finančnej situácii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32. Podľa § 415 Obč. zák., každý je povinný počínať si tak, aby nedochádzalo ku škodám na zdraví, na majetku, na prírode a životnom prostredí. 33. Podľa § 441 Obč. zák. ak bola škoda spôsobená výlučne zavinením poškodeného, znáša ju sám. 34. V tejto súvislosti odvolací súd poznamenáva, že žalobca mal postupovať s priemernou dávkou opatrnosti, ktorú bolo možné od neho spravodlivo požadovať a zvážiť možnú mieru rizika spojeného s jeho investovaním v podobe členských vkladov v Družstve, ktorej si musel byť vedomý aj vzhľadom na povinné upozornenie vyhlasovateľa na rizikovosť investície v oznámení o verejnej ponuke (§ 129 ods. 1 písm. b/ zákona o CP) a neprimerane sa spoliehal na to, že štát v rámci výkonu dohľadu je garantom návratnosti vložených peňažných prostriedkov a ich zhodnotenia. Žalobca preto nedôvodne argumentuje, že bolo porušené jeho právo na legitímne očakávania v tom, že štát bude vykonávať dohľad nad finančným trhom riadne, a že ho v presvedčení o tom, že investícia do PDSI nie je riziková, ochráni pred vznikom škody. Tiež treba dodať, že neznalosť zákona ho podielu viny nezbavuje. Žalobca rovnako zanedbal svoju prevenčnú povinnosť vo vzťahu ku kontrole činnosti Družstva, keď svojou účasťou na členskej schôdzi, mohol uplatňovať svoje práva vyplývajúce jej z členstva, a to riadiť záležitosti Družstva a kontrolovať činnosť Družstva a jeho orgánov. Žalobca uložením peňažných prostriedkov do súkromného podnikateľského subjektu prevzal na seba určité riziká, a to vrátane rizík spojených s jeho zlým hospodárením, a túto nemôže prenášať na štát. 35. Nemožno sa stotožniť ani s tvrdením žalobcu v tom, že medzi vzniknutou škodou, ktorá sa má rovnať hodnote ním investovanej sumy do Družstva, resp. výške vyrovnacieho podielu a nesprávnym úradným postupom spočívajúcim v nečinnosti orgánu dohľadu, je daná príčinná súvislosť, v tom, že keby včas zakročil a pozastavil by činnosť Družstva alebo OCP, nebol by žalobca svoje peniaze zveril Družstvu, resp. že by vymohol ním vložené peniaze, resp. vyrovnací podiel. Žalobcovi nevznikla škoda tým, že vstúpil do Družstva a vložil do neho peňažné prostriedky formou členských vkladov alebo tým, že skôr nevystúpil z Družstva, ale tým, že mu vznikla nevymožiteľná pohľadávka voči Družstvu na vyplatenie vyrovnacieho podielu v súvislosti s vystúpením z Družstva a škoda mu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žalobcu by bola uspokojená. 36.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37. Odvolací súd zhodne s žalovanou konštatuje, že nakoľko žalobca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žalobcu. 38. Podľa § 442 ods. 1 Obč. zák. uhrádza sa skutočná škoda a to, čo poškodenému ušlo (ušlý zisk). 39.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40. V zmysle uvedeného možno vyvodiť záver, že pokiaľ si žalobca uplatnil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žalobcovi škoda (v podobe nevymožiteľnosti pohľadávky) ešte nevznikla a môže mu vzniknúť až po skončení konkurzného konania, resp. po právoplatnosti rozvrhového uznesenia. V prvom rade si teda žalobca musí vysporiadať svoje nároky so subjektmi zmluvných vzťahov a vo vzťahu k iným subjektom si môže uplatňovať mimozáväzkovú zodpovednosť za vznik majetkovej ujmy až po tom, čo táto ujma zo záväzkových vzťahov vznikla, teda až vtedy ak právo žalobcu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žalobcu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žalobcu bolo potrebné zamietnuť aj z toho dôvodu, že bol predčasne podaný. 41. V tejto súvislosti žalovaná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Žalobca sa mylne domnieva, že existencia pohľadávky voči priamemu dlžníkovi mu automaticky zakladá vznik majetkovej škody, táto mu totiž nevzniká v okamihu splatnosti jej pohľadávky voči priamemu dlžníkovi, v tomto prípade Družstvu, respektíve v prípade jeho omeškania so zaplatením tejto pohľadávky, ale škoda mu vzniká až v prípade, ak sa stalo jeho právo na plnenie voči priamemu dlžníkovi nevymáhateľným. V tomto smere je preto bezpredmetná námietka žalobcu, že zákon číslo 514/2003 Z.z. nevyžaduje žiadne predchádzajúce vysporiadanie súkromnoprávnych vzťahov a že žiadna platná norma neumožňuje vysloviť záver o predčasnosti podania žaloby a to ani vtedy, ak doposiaľ nemal možnosť vymôcť plnenie od subjektu, ktorý je jej povinný dané plnenie vrátiť. 42. Pokiaľ žalobca argumentoval rozsudkom Najvyššieho súdu Českej republiky sp. zn. 29 Cdo 4968/2009 zo dňa 11. 4. 2012 vo vzťahu k predčasnosti návrhu, poukazuje odvolací súd na to, že tento na daný prípad nedopadá, keďže ním bolo judikované v súvislosti s § 3 zákona číslo 328/1991 Zb. o konkurze a vyrovnaní, v znení účinnom do 31. 12. 2007,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 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žaalobca obdržal plnenie na základe právoplatného rozvrhového uznesenia bez ohľadu na to, že doposiaľ nebolo vydané rozhodnutie o zrušení konkurzu. 43. Inou vadou konania v zmysle ust. § 365 ods. 1 písm. d/ CSP je procesná vada, ktorá na rozdiel od vád taxatívne vymenovaných v § 389 ods. 1 CSP nezakladá zmätočnosť rozhodnutia, ale jej základom je porušenie procesných ustanovení upravujúcich postup v civilnom sporovom konaní. Iná vada konania je právne relevantná, ak mala za následok vecnú nesprávnosť rozhodnutia. Na takúto vadu konania pred súdom prvej inštancie odvolací súd prihliada aj keď nebola výslovne v odvolaní namietaná (ust. § 380 ods. 2 CSP). O takúto inú vadu konania ide aj vtedy ak súd v procese dokazovania nevykoná dokazovanie v súlade so zákonom a spôsobom upraveným v zákone alebo ak je rozhodnutie nepreskúmateľné pre nedostatok dôvodov pre absenciu náležitostí podľa ust. § 220 ods. 2 CSP (§ 157 ods. 2 O.s.p.). 44. Dokazovanie vykonáva súd na pojednávaní (§ 122 ods. 1 O.s.p., § 188 ods. 1 CSP). Dôkaz listinou sa vykoná tak, že predseda senátu alebo samosudca na pojednávaní listinu alebo jej časť prečíta alebo oznámi jej obsah; to neplatí, ak súd vo veci nenariaďuje pojednávanie (§ 129 ods. 1 O.s.p., § 204 CSP). 45. Námietku žalobcu, že súd prvej inštancie nevykonal dokazovanie v súlade s ustanovením § 129 ods. 1 O.s.p. (§ 204 CSP), nepovažoval odvolací súd za opodstatnenú, keď zo skutočnosti, že v zápisnici nie je zachytené, či oboznámenie vykonal súd prvej inštancie prečítaním presne označených listín alebo ich presne označených častí, nemožno vyvodiť ich procesnú neúčinnosť, resp. ich nevykonanie zákonným spôsobom. Navyše, ide predovšetkým o listinné doklady predložené samotným žalobcom, a preto mu bol ich obsah známy, dokonca sa na tieto dôkazy odvolával v súvislosti s preukazovaním svojho nároku, a preto súd prvej inštancie nevychádzal pri svojom rozhodovaní zo žiadnej takej rozhodujúcej skutočnosti, resp. listinného dôkazu, preukazujúceho také skutočnosti, ktoré by žalobcovi neboli známe a na ktoré skutočnosti či dôkazy by nebol mohol v konaní patrične, svojimi procesnými návrhmi a vyjadreniami, reagovať. Napokon žalobca, resp. jeho právny zástupca, nenamietali v priebehu pojednávaní, že by na ňom nedošlo k oboznámeniu s listinnými dokladmi, resp. že by došlo k zaprotokolovaniu tejto skutočnosti v rozpore s faktickým stavom. 46. S poukazom na uvedené odvolací súd uzavrel, že dokazovanie listinnými dokladmi bolo vykonané zákonným spôsobom, tieto tak boli spôsobilým podkladom pre zisťovanie skutkového stavu tak, ako bol správne ustálený súdom prvej inštancie a strany sporu mali možnosť v konaní uplatniť svoje právo sa k týmto dôkazom vyjadriť § 123 O.s.p. (čl. 9 CSP). 47. Súd prvej inštancie k skutkovým zisteniam, na ktorých založil svoje rozhodnutie, tak dospel v súlade s § 122 ods. 1 O.s.p. a § 129 ods. 1 O.s.p. (§ 188 ods. 1 CSP a § 204 CSP), a preto v konaní pred súdom prvej inštancie nedošlo k procesnej vade majúcej za následok nesprávne rozhodnutie vo veci. 48. So zreteľom na vyššie uvedené dospel odvolací súd k záveru zhodnému so súdom prvej inštancie,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49. Odvolací súd tak nepovažoval námietky žalobcu uvádzané v odvolaní za dôvodné a za stavu, keď súd prvej inštancie na základe dostatočne zisteného skutkového stavu a riadne vykonaných dôkazov dospel k správnym skutkovým zisteniam a správne vec posúdil aj po právnej stránke, žalobcom uplatnené odvolacie dôvody nemohli obstáť. 50. Keď teda súd prvej inštancie za daného skutkového stavu, ktorý bol zistený správne, zamietol návrh žalobcu na prerušenie konania, ako aj jeho žalobu vo veci samej z dôvodu nesplnenia zákonných predpokladov zodpovednosti štátu za škodu spôsobenú nesprávnym úradným postupom podľa § 9 zákona č. 514/2003 Z.z., rozhodol vecne správne a odvolací súd preto napadnutý rozsudok súdu prvej inštancie v celom rozsahu, vrátane výroku o náhrade trov konania, potvrdil (§ 387 ods. 1 CSP). 51. O trovách odvolacieho a dovolacieho konania rozhodol odvolací súd podľa ust. § 396 ods. 1 CSP v spojení s § 255 ods. 1, § 453 ods. 3 a § 262 ods. 1 CSP tak, že žalovanej, ktorá bola úspešná v odvolacom konaní v plnom rozsahu, nárok na náhradu trov odvolacieho a dovolacieho konania priznal. 52.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https://www.kauzis.sk/judikatura/r/ECLI:SK:KSBA:2017:1111244638.2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