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3Co/293/2016 z 29. 3. 2017</w:t>
      </w:r>
    </w:p>
    <w:p>
      <w:r>
        <w:t>Rozsudok Krajského súdu Bratislava z 29. marca 2017, sp. zn. 3Co/293/2016, ECLI:SK:KSBA:2017:1111244653.2</w:t>
      </w:r>
    </w:p>
    <w:p>
      <w:r>
        <w:t>Súd: Krajský súd Bratislava</w:t>
      </w:r>
    </w:p>
    <w:p>
      <w:r>
        <w:t>Spisová značka: 3Co/293/2016</w:t>
      </w:r>
    </w:p>
    <w:p>
      <w:r>
        <w:t>ECLI: ECLI:SK:KSBA:2017:1111244653.2</w:t>
      </w:r>
    </w:p>
    <w:p>
      <w:r>
        <w:t>Dátum vydania: 29. 3. 2017</w:t>
      </w:r>
    </w:p>
    <w:p>
      <w:r>
        <w:t>Forma: Rozsudok</w:t>
      </w:r>
    </w:p>
    <w:p>
      <w:r>
        <w:t>Oblasť práva: Občianske právo</w:t>
      </w:r>
    </w:p>
    <w:p>
      <w:pPr>
        <w:pStyle w:val="Heading2"/>
      </w:pPr>
      <w:r>
        <w:t>Text rozhodnutia</w:t>
      </w:r>
    </w:p>
    <w:p>
      <w:r>
        <w:t>Súd: Krajský súd Bratislava Spisová značka: 3Co/293/2016 Identifikačné číslo súdneho spisu: 1111244653 Dátum vydania rozhodnutia: 30. 03. 2017 Meno a priezvisko sudcu, VSÚ: JUDr. Mario Dubaň ECLI: ECLI:SK:KSBA:2017:1111244653.2 ROZSUDOK V MENE SLOVENSKEJ REPUBLIKY Krajský súd v Bratislave v senáte zloženom z predsedu senátu JUDr. Ing. Maria Dubaňa a sudcov JUDr. Romana Bolebrucha a JUDr. Alexandry Hanusovej v právnej veci žalobkyne: V. J., H. H. XXX, zastúpenej FUTEJ &amp; Partners, s.r.o., Radlinského 2, Bratislava, proti žalovanej: Slovenská republika, za ktorú koná Národná banka Slovenska, Imricha Karvaša 1, Bratislava, o zaplatenie náhrady škody 1.377,45 eura s prísl., na odvolanie žalobkyne proti rozsudku Okresného súdu Bratislava I č.k. 14C/196/2011-256, zo dňa 17.2.2015 a proti uzneseniu tohto istého súdu č.k. 14C/196/2011-287, zo dňa 24.11.2015, takto r o z h o d o l : I. Odvolací súd rozsudok súdu prvej inštancie v napadnutej časti p o t v r d z u j e . II. Napadnuté uznesenie súdu prvej inštancie p o t v r d z u j e . III. Žalovanej p r i z n á v a proti žalobkyni plný nárok na náhradu trov odvolacieho konania. o d ô v o d n e n i e : 1.Napadnutým rozsudkom súd prvej inštancie zamietol žalobu, ktorou sa žalobkyňa proti žalovanej domáhala zaplatenia 1.377,45 eura s prísl. predstavujúcej náhradu škody spôsobenej nesprávnym úradným postupom žalovanej pri vykonávaní bankového dohľadu nad činnosťou PODIELOVÉHO DRUŽSTVA SLOVENSKÉ INVESTÍCIE (ďalej len „PDSI“ alebo „družstvo“) a obchodníka s cennými papiermi CAPITAL INVEST, o.c.p., a.s. (ďalej len „obchodník s CP“); návrh na začatie prejudiciálneho konania pred Súdnym dvorom Európskej únie podľa článku 267 Zmluvy o fungovaní Európskej únie zamietol a žalovanej náhradu trov konania nepriznal. 2. Svoje rozhodnutie po právnej stránke odôvodnil ustanoveniami § 1, § 3 ods. 1 písm. d), § 9 ods. 1, ods. 2, § 15 ods. 1 a § 17 ods. 1 zákona č. 514/2003 Z.z. o zodpovednosti za škodu spôsobenú pri výkone verejnej moci (ďalej len zákon č. 514/2003 Z.z.) a § 127 ods. 2, § 128 zákona č. 566/2001 Z.z. o cenných papieroch a investičných službách (ďalej len zákon č. 566/2001 Z.z.), keď z obsahu žaloby mal za zrejmé, že žalobkyňa sa voči žalovanej domáha náhrady škody titulom zodpovednosti štátu za nesprávny úradný postup v zmysle zákona č. 514/2003 Z.z. a preto súd prvej inštancie nárok posudzoval v intenciách tohto zákona. Z vykonaného dokazovania mal preukázané, že žalobkyňa bola členkou PDSI, do ktorého vložila členský vklad, avšak vzhľadom na rozhodnutie o vystúpení z družstva jej členstvo zaniklo rozhodnutím predstavenstva družstva podľa čl. 16 ods. 3 Stanov družstva k 10.12.2010, čím vzniklo právo na vyplatenie vyrovnávacieho podielu vo výške 1.377,45 eura splatné 10.6.2011. Úrad pre finančný trh (ďalej len „úrad“) rozhodnutím zo dňa 21.3.2002 schválil družstvu Prospekt investície, pri ktorom družstvo požiadalo návrhom na začatie konania doručeným úradu dňa 16.4.2003 o schválenie jeho dodatku. Úrad oboznámil PDSI o splnení podmienok pre schválenie tohto dodatku podľa § 127 ods. 4 v spojení s § 122 ods. 7 zákona č. 566/2001 Z.z. a zároveň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Súd prvej inštancie zistil, že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Súd prvej inštancie vychádzal zo zistenia, že investíciami vloženými do družstva, ktoré tvorili vklady členov družstva mal právo disponovať výhradne obchodník s CP na základe zmluvy o riadení portfólia, z ktorej vyplývali práva a povinnosti zmluvných strán uzatvorenej medzi obchodníkom s CP a PDSI; zmluva bola ukončená zo strany obchodníka s CP výpoveďou z 30.3.2010 s tým, že po zániku záväzkového vzťahu medzi družstvom a obchodníkom s CP sa družstvo domáhalo svojich nárokov vyplývajúcich zo zmluvy voči obchodníkovi s CP rôznymi žiadosťami a výzvami na zaplatenie dlžných súm. PDSI sa svojich nárokov voči obchodníkovi s CP nedomáhalo súdnou cestou. Ďalej zistil, že finančné prostriedky, ktoré družstvo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PDSI boli oprávnené disponovať zamestnankyne obchodníka s CP (I., T., R., K.) a uzavrel, že družstvo malo účty v Slovenskej sporiteľni a.s., v Československej obchodnej banke a.s. a vo Všeobecnej úverovej banke a.s. 3. Súd prvej inštancie konštatoval, že na základe schváleného Prospektu investície Úradom pre finančný trh UTF-002/2002/ SPI z 21.3.2002, právoplatného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preukázané založenie zmluvného vzťahu medzi PDSI a obchodníkom s CP; predmetná zmluva bola obchodníkom s CP vypovedaná listom z 30.3.2010 s účinnosťou od 1.5.2010 a po tomto úkone družstvo listom z 15.4.2010 požiadala Národná banka Slovenska (ďalej len „NBS“) o preskúmanie postupu obchodníka s CP. V tomto čase družstvo však nepodalo žalobu voči obchodníkovi s CP o náhradu škody, ale žiadalo NBS, aby situáciu riešila. Súd prvej inštancie dospel k záveru, že do 1.6.2010 NBS, ale aj jej právny predchodca - Úrad pre finančný trh - postupovali v súlade so zákonom č. 566/2001 Z.z. správne vo vzťahu k družstvu, ktoré bolo NBS povinné predkladať polročné správy o svojom hospodárení. Mal za zrejmé, že z obsahu správ, ale ani po rokovaniach so štatutárom družstva a s ostatnými štatutármi dcérskych spoločností družstva, nevyplývali žiadne informácie o prípadnej zhoršenej finančnej situácií PDSI. Obsah prerokovaných skutkových okolností o činnosti PDSI mal súd prvej inštancie preukázaný zo zápisu z prerokovania problémov a nezrovnalostí v činnosti družstiev z 24.8.2007; družstvo doručilo (10.10.2007) NBS list s tým, že zo strany družstiev nedošlo k porušeniu zákona ani Prospektov investícií schválených úradom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 na druhej strane aj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PDSI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4. Súd prvej inštancie ozrejmil, že družstvo až listom doručeným 15.4.2010 požiadalo NBS o preskúmanie postupu obchodníka s CP po tom, čo mu Obchodník s CP vypovedal zmluvu o zriadení portfólia. Z obsahu listinných dôkazov, ako aj z obsahu výpovede splnomocneného zástupcu žalovanej mal preukázané, že NBS vykonala v období od 20.4.2010 do 6.5.2010 u obchodníka s CP dohľad na mieste a v tomto období vyzvala PDSI listom z 20.4.2010, aby predĺžilo žiadosť o schválenie dodatku Prospektu investície tak, aby družstvo mohlo pokračovať v zhodnocovaní finančných prostriedkov, keďže NBS zistila, že podstatná časť Prospektu investície sa stala neaktuálna. Družstvo 28.4.2010 predložilo NBS žiadosť o schválenie dodatkov k prospektu investície; týmto bolo začaté konanie, ktoré bolo podľa § 21 ods. 1 písm. a) zákona č.747/2004 Z.z. prerušené rozhodnutím OPK-5664/1-2/2010 z 10.5.2010 na čas, kedy PDSI bolo povinné odstrániť nedostatky žiadosti a žiadosť doplniť. Družstvo však ani po opakovanom predĺžení lehoty na odstránenie vád žiadosti nedostatky neodstránilo, v dôsledku čoho NBS rozhodnutím OPK -5664/1-5/2010 z 26.8.2010 konanie vo veci žiadosti o schválenie dodatkov k prospektu investície zastavila. Rozhodnutie bolo potvrdené rozhodnutím Bankovej rady NBS číslo GUV-1744/2010 z 8.12.2010, právoplatným 16.12.2010. NBS súbežne začala voči družstvu konanie o uložení sankcie podľa § 144 ods. 4 zákona č.566/2001 Z.z. za porušenie § 129 ods. 3 v spojení s § 128 ods. 1 písm. b), c) a h) zákona č. 566/2001 Z.z. a § 125c ods. 1 v spojení s § 127 ods. 4 zákona č. 566/2001 Z.z., rozhodnutím ODT-10890-4/2010 z 30.5.2011, právoplatným 18.7.2011. Týmto rozhodnutím NBS družstvu zakázala predaj majetkových hodnôt, ale nezakázala mu vykonávať inú činnosť, keďže NBS takéto kompetencie voči PDSI ako podnikateľskému subjektu nemala. Súd prvej inštancie v tejto súvislosti ešte dodal, že NBS na základe získaných poznatkov o činnosti družstva ako aj obchodníka s CP, podala dňa 27.7.2010 orgánom činným v trestnom konaní oznámenie o podozrení zo spáchania trestného činu. Podľa uznesenia Prezídia Policajného zboru, Úradu boja proti korupcii, vyšetrovateľa odboru boja proti korupcii ČVS:PPZ-153/BPK-B-2010 zo 16.11.2010, bolo dňa 10.8.2010 začaté trestné stíhanie podľa § 199 ods. 1 Trestného poriadku pre obzvlášť závažný zločin podvodu podľa § 221 ods. 1, ods. 4 písm. a) Trestného zákona spolupáchateľstvom podľa § 20 Trestného zákona. 5. Súd prvej inštancie vznik škody titulom nesprávneho úradného potupu posudzoval v zmysle § 9 zákona č.514/2003 Z.z., keď mal za to, že žalobkyňa bola povinná preukázať zákonné podmienky vzniku zodpovednosti žalovanej za vznik škody, ktorá mala vzniknúť v príčinnej súvislosti s nesprávnym úradným postupom NBS pri výkone dohľadu nad družstvom, ktorého žalobkyňa bola členkou. Vyslovil, že zákonné podmienky vzniku zodpovednosti žalovanej za vznik škody musia byť splnené kumulatívne bez ohľadu na zavinenie, nakoľko ide o objektívnu zodpovednosť štátu, ktorej sa nemôže zbaviť. Žalobkyňa musí spoľahlivo preukázať nesprávny úradný postup orgánu štátu, ako aj to, že jej vznikla škoda v príčinnej súvislosť s neprávnym úradným postupom štátneho orgánu. Podľa názoru súdu prvej inštancie však žalobkyňa nepreukázala, že by NBS vo vzťahu k družstvu nesprávne úradne postupovala; práve naopak, v konaní mal za preukázané, že NBS až od účinnosti zákona č.566/2001 Z.z. od 1.6.2010 bola oprávnená dohliadať aj na skutočnosť, či vyhlasovateľ majetkových hodnôt t.j. PDSI dodržiava schválený Prospekt investície. Dôvodil, že NBS nevykonávala a ani nemohla vykonávať dohľad nad celkovou činnosťou družstva ako vyhlasovateľa verejnej ponuky majetkových hodnôt, nakoľko by konala v rozpore s čl. 2 ods. 2 Ústavy Slovenskej republiky a v rozpore s ustanoveniami zákona č. 566/1992 Zb., so zákonom č. 566/2001 Z.z. a zákonom č. 747/2004 Z.z. o dohľade nad finančným trhom. Dospel k záveru, že v danom štádiu konania žalobkyňa nepreukázala už prvú z troch podmienok vzniku zodpovednosti za vznik škody a to nesprávny úradný postup NBS a z dôvodu hospodárnosti konania sa súd prvej inštancie s ostatnými podmienkami vzniku zodpovednosti štátu výškou škody a príčinnou súvislosťou s nesprávnym úradným postupom NBS pri výkone dohľadu nad Družstvom už nezaoberal; skonštatoval, že činnosť vyhlasovateľov verejnej ponuky majetkových hodnôt je v § 126 až § 130 zákona č. 566/2001 Z.z. regulovaná len čiastočne. Alternatívne investičné možnosti začala v rámci Európskej únie regulovať až smernica Európskeho parlamentu a Rady 2011/61/EÚ z 8.6.2011 o správcoch alternatívnych investičných fondov a o zmene a doplnení smerníc 2003/41/ES a 2009/65/ES a nariadení ES č.1060/2009 a EÚ č.1095/2010, smernica EÚ 2011/61/EÚ, ktorú podľa čl. 66 ods. 1 majú členské štáty EÚ vrátane Slovenskej republiky prevziať do svojich právnych poriadkov do 22.7.2013. Prevzatie smernice sa má vykonať na základe vládneho návrhu novely zákona č. 203/2011 Z.z. o kolektívnom investovaní v znení neskorších prepisov a zákona č. 566/2001 Z.z. Bol názoru, že nárok na náhradu škody voči štátu môže byť úspešne uplatnený iba vtedy, ak poškodený nemôže dosiahnuť uspokojenie svojej pohľadávky voči dlžníkovi, ktorý je povinný plniť. Uznesením Okresného súdu Bratislava I z 11.4.2011, sp. zn. 3K 95/2010, mal za preukázané, že na majetok družstva ako úpadcu bol vyhlásený konkurz. Do funkcie správcu bol ustanovený Mgr. K. Q. a veritelia PDSI boli vyzvaní na prihlásenie pohľadávok v lehote 45 dní odo dňa vyhlásenia konkurzu. Mal za zrejmé, že vzhľadom na vznik nároku žalobkyne voči družstvu na vyplatenie vyrovnávacieho podielu, žalobkyňa patrila medzi skupinu veriteľov družstva oprávnených prihlásiť si svoju pohľadávku do konkurzu, čo formou prihlášky do konkurzu urobila a uplatnila si pohľadávku vo výške 1.377,45 eura. Táto jej pohľadávka však bola popretá a na súde sa pod sp. zn. 7Cbi/46/2011 vedie konanie, vo veci nie je rozhodnuté; uzavrel, že konkurz vyhlásený na majetok družstva nie je doposiaľ právoplatne ukončený. Súd prvej inštancie ďalej v tejto súvislosti konštatoval, že podľa ustálenej súdnej judikatúry (rozhodnutie Najvyššieho súdu Slovenskej republiky, sp. zn. 4Cz 110/84, publikovaného vo Výbere rozhodnutí a stanovísk Najvyššieho súdu Slovenskej republiky pod č. 4/87, ktoré je vzhľadom na závery rozsudku Najvyššieho súdu Slovenskej republiky zo dňa 31.5.2006, sp. zn. 4Cdo 199/2005, naďalej aplikovateľné, ako aj rozhodnutia Najvyššieho súdu Českej republiky, sp. zn. 25 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6. S poukazom na tieto skutočnosti súd prvej inštancie vyhodnotil žalobu za predčasne podanú; ako predčasne podanú ju zamietol aj z dôvodu, že žalobkyňa ako bývalá členka družstva, ktorá sa stane v dôsledku nevyplatených finančných prostriedkov družstvom veriteľom družstva, si svoje nároky na náhradu škody môže uplatniť v zmysle ustanovenia §243a ods. 4 Obchodného zákonníka za splnenia podmienok vzniku škody voči členom predstavenstva družstva alebo členom kontrolnej komisie podľa § 244 Obchodného zákonníka. Mal za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Vyjadril presvedčenie, že existencia pohľadávky žalobkyne na náhradu škody voči vyššie uvedeným subjektom PDSI vylučuje možnosť, aby sa žalobkyňa domáhala náhrady škody voči štátu podľa zákona č. 514/2003 Z.z. Žalobkyňa nepreukázala, že by bez svojej viny sa bezúspešne domáhala náhrady škody voči subjektom družstva; za skutočnú škodu súd prvej inštancie mal aj ujmu spočívajúcu v neuspokojenej pohľadávke žalobkyni ako veriteľa voči subjektom PDSI, ktorú náhradu požaduje od štátu ako subjektu zodpovedného za prípadný nesprávny úradný postup orgánu verejnej moci, avšak s tým, že táto škoda vzniká za preukázania všetkých podmienok vzniku zodpovednosti štátu za škodu až okamihom, keď sa právo veriteľa na plnenie voči dlžníkovi stane fakticky nevymáhateľným. 7. Súd prvej inštancie považoval v danom prípade ako právne relevantný nesprávny úradný postup, ktorého by sa mohla NBS dopustiť zanedbaním dohľadu len vo vzťahu k dohliadanému subjektu, ktorým je družstvo; preto len v prípade takéhoto nesprávneho úradného postupu, by v priamej príčinnej súvislosti s nesprávnym úradným postupom, prichádzalo do úvahy, že žalobkyni vznikne škoda. Žalobkyňa poukázala na to, že jej vznikla škoda aj v príčinnej súvislosti so zanedbaním dohľadu zo strany NBS nad činnosťou obchodníka s CP, a uviedla, že družstvo poskytovalo finančné prostriedky po tom, ako ich získalo od žalobkyne,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Iba v prípade, ak by sa PDSI svojej pohľadávky nedomohlo titulom nároku vyplývajúcim zo zmluvy, bolo by možné (teoreticky) dospieť k záveru, že družstvu vznikla škoda v súvislosti s prípadným nesprávnym úradným postupom NBS spočívajúcom v zanedbaní dohľadu nad obchodníkom s CP. Súd prvej inštancie v tomto kontexte zdôraznil, že v priamej príčinnej súvislosti s prípadným preukázaným nesprávnym úradným postupom nad dohliadaným subjektom (obchodníkom s CP) mohla vzniknúť škoda iba na strane družstva, čo je však subjekt odlišný od žalobkyne. Z vyššie uvedených dôvodov vyvodil, že prípadný nesprávny úradný postup NBS vyplývajúci z dohľadu nad obchodníkom s CP v danom prípade právne irelevantný, pretože na strane žalobkyne nedošlo k vzniku škody v priamej príčinnej súvislosti s prípadným nesprávnym úradným postupom NBS spočívajúcom v zanedbaní dohľadu nad obchodníkom s CP a preto sa takýmto prípadným nesprávnym úradným postupom ani nezaoberal. Bol názoru, že NBS dohľad nad dohliadaným subjektom PDSI nezanedbala a priklonil sa k názoru žalovanej, že družstvo bolo dohliadaným subjektom len v obmedzenom rozsahu (dohľad nad plnením povinností vyhlasovateľa verejnej ponuky majetkových hodnôt) v súlade s ustanoveniami § 125 až 128 zákona č. 566/2001 Z.z. V súlade s uvedenými stanoveniami úrad schválil družstvu Prospekt investície, pričom posudzoval len jeho úplnosť (§ 127 ods. 4 v spojení s § 125 ods. 7 zákona č. 566/2001 Z.z.), t.j. či obsahuje všetky údaje a vzájomný súlad predložených údajov a ich zrozumiteľnosť. Za pravdivosť údajov v Prospekte investície zodpovedali príslušné orgány družstva; žalovaná tiež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zákona č. 566/2001 Z.z.). NBS nemohla vykonávať dohľad nad celkovou činnosťou PDSI, pretože v takom prípade by došlo k prekročeniu jej kompetencií a uzavrel, že NBS až od 1.6.2010 bola oprávnená dohliadať aj na skutočnosť, či vyhlasovateľ majetkových hodnôt dodržiava schválený Prospekt investície. Súd prvej inštancie záverom vyslovil názor, že štát nemôže priamo zasahovať do vlastnej činnosti družstva a jeho majetkovoprávnych vzťahov, v ktorých má družstvo autonómne postavenie. Vnútorné vzťahy PDSI sa spravovali v danom čase stanovami družstva a Obchodným zákonníkom; žalobkyňa ako členka družstva (podnikateľského subjektu) neinvestovala predmetné peňažné prostriedky do subjektu, na činnosť ktorého nemala žiaden vplyv, ale práve naopak členská schôdza (najvyšší orgán družstva), prostredníctvom ktorého členovia uplatňujú svoje právo riadiť záležitosti družstva, kontrolujú činnosť družstva a jeho orgánov v zmysle ustanovení Obchodného zákonníka a Stanov PDSI. Žalobkyňa nepreukázala, že počas členstva v PDSI realizovala svoje oprávnenia vyplývajúce jej z členstva tak, že by aktívne zasahovala do činnosti družstva za účelom odvrátenia hroziacej škody pri zistení nedostatkov v činnosti štatutárnych zástupcov družstva. 8. Súd prvej inštancie na uvedenom základe tak dospel k záveru, že žalobkyňa v konaní nepreukázala existenciu predpokladov zodpovednosti odporkyne za škodu podľa zákona č. 514/2003 Z.z., na vyvodenie ktorej je potrebné kumulatívne, t.j. súčasné splnenie všetkých zákonom stanovených podmienok, keď nepreukázala vznik škody, namietaného nesprávneho úradného postupu, a tým ani vznik príčinnej súvislosti medzi škodou a nesprávnym úradným postupom, preto nárok žalobkyne ako nedôvodný v celom rozsahu zamietol. O trovách konania rozhodol podľa § 142 ods. 1 O.s.p. a ich náhradu úspešnej žalovanej nepriznal z dôvodu, že si náhradu trov konania neuplatnila. 9. V napadnutom rozsudku súd prvej inštancie ďalej zamietol návrh žalobkyne na začatie prejudiciálneho konania pred Súdnym dvorom Európskej únie podľa čl. 267 Zmluvy o fungovaní Európskej únie konštatujúc, že rozhodnutie Súdneho dvora EÚ o žalobkyňou položených otázkach nie je nevyhnutné pre meritórne rozhodnutie veci. Návrh na začatie prejudiciálneho konania zamietol aj z dôvodu, že v prejednávanej veci rozhoduje ako súd prvej inštancie a nie je teda súdom, proti rozhodnutiu ktorého nie je prípustný opravný prostriedok podľa vnútroštátneho práva. Preto mu táto povinnosť obrátiť sa na Súdny dvor Európskej únie nevyplýva, nakoľko táto povinnosť vyplýva po zhodnotení skutkových okolností len súdu, voči ktorému rozhodnutiu nie je prípustný opravný prostriedok. 10. Proti rozsudku v časti zamietnutia návrhu vo veci samej podala odvolanie žalobkyňa a žiadala rozsudok v napadnutej časti zmeniť, žalovanej uložiť povinnosť zaplatiť žalobkyni náhradu škody 1.377,45 eura s prísl., alternatívne žiadala rozsudok v napadnutej časti zrušiť a vrátiť vec na ďalšie konanie; namietala, že konanie má inú vadu, ktorá mohla mať za následok nesprávne rozhodnutie vo veci; súdu prvej inštancie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posúdila ako úplne irelevantný, ak nemohol o takto zúženom dohľade orgánu dohľadu vedieť. Nesúhlasila so záverom súdu prvej inštancie o tom, že neexistuje príčinná súvislosť medzi škodou a porušením zákonných povinností NBS, spočívajúcich v nesprávnom výkone dohľadu, ktorým bol porušený zákon č. 566/2001 Z.z.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Vychádzala z toho,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žalobkyne. Poukázala na skutočnosť, že v konaní vedenom na Okresnom súde Bratislava I pod sp. zn. 7C/206/2011 bolo výpoveďou svedka Ing. U. S.,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s.r.o., a GLOBAL production, s.r.o., pričom posledné dve spoločnosti boli opäť 100 % dcérskymi spoločnosťami CI HOLDING, akciová spoločnosť a vo všetkých troch spoločnostiach bol navyše či už členom predstavenstva alebo konateľom Ing. Q. Č.,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Žalobkyňa v odvolaní ďalej uviedla,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mala za to, že družstvo svojim konaním porušovalo ust. § 129 ods. 3 v spojení s § 128 ods. 1 písm. b), c) a h) a § 125c ods. 1 v spojení s § 127 ods. 4 zákona č. 566/2001 Z.z. od 31.12.2006, avšak NBS voči PDSI úradne zasiahla až v máji 2011 (zákazom činnosti).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uviedla,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Záverom v odvolaní poukázala na závery uznesenia Najvyššieho súdu Slovenskej republiky zo dňa 31.1.2012, sp. zn. 6 M Cdo/11/2010 a na to, že zo zápisníc o pojednávaní pred súdom prvej inštancie vyplýva, že ním vyžiadané listinné dôkazy, resp. predložené účastníkmi konania neboli riadne vykonané spôsobom podľa § 129 ods. 1 O.s.p. a preto nemôžu byť právnym podkladom pre právne posúdenie veci o základe uplatneného nároku. 11. Žalovaná vo vyjadrení k odvolaniu žiadala rozsudok v napadnutej časti ako vecne a právne správny potvrdiť. Uviedla, že súd prvej inštancie pri konaní v prejednávanom spore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ňou.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žalobkyňa v konaní nepreukázala bezúspešné uplatnenie nároku voči PDSI, čo znamená, že nepreukázala vznik škody. K námietke o riadnom nevykonaní listinných dôkazov uviedla, že súd prvej inštancie oboznámil (vykonal) jednotlivé dôkazy nachádzajúce sa v súdnom spise. 12. Odvolací súd, viazaný rozsahom a dôvodmi odvolania (§ 379, § 380 ods. 1 C.s.p.), preskúmal rozsudok v napadnutej časti, prejednal odvolanie žalobkyne bez nariadenia odvolacieho pojednávania podľa § 385 ods. 1 C.s.p. a dospel k záveru, že odvolanie nie je dôvodné. Rozsudok verejne vyhlásil dňa 30.3.2017 (§ 378 ods. 1, § 219 ods. 3 C.s.p.). 13. Podľa § 470 ods. 1 C.s.p. ak nie je ustanovené inak, platí tento zákon aj na konania začaté predo dňom nadobudnutia jeho účinnosti. 14. Podľa § 470 ods. 2 veta prvá C.s.p. právne účinky úkonov, ktoré v konaní nastali predo dňom nadobudnutia účinnosti tohto zákona, zostávajú zachované. 15. Rozsudok súdu prvej inštancie v napadnutej časti odvolací súd potvrdil, pretože je vecne správny a nakoľko sa v celom rozsahu stotožňuje s odôvodnením napadnutého rozsudku, konštatuje správnosť jeho dôvodov (§ 387 ods. 1, ods. 2 C.s.p.). 16.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17. Odvolací súd sa stotožnil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žalobkyňa. NBS mohla podľa platnej právnej úpravy kontrolovať len to, či PDSI plní informačné povinnosti v zmysle ustanovení §§ 126 až 130 zákona č. 566/2001 Z.z. Je potrebné poukázať i na to, že žalobkyňa si musela byť vedomá toho, že s jej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žalobkyňa vedomá nebola, nemožno to pričítať na ťarchu žalovanej v zmysle zásady, podľa ktorej neznalosť zákona neospravedlňuje. To isté platí aj pokiaľ ide o argumentáciu žalobkyne, že o rozsahu dohľadu NBS nad činnosťou družstva nemala vedomosť. Nebolo možné sa stotožniť ani s námietkou žalobkyne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žalobkyne, ktorý však nemôže vychádzať z toho, ako takýto postup žalobkyňa vyhodnotila, ale musí vychádzať výlučne z toho, že nemožno prisúdiť NBS pri aplikácii zákonov viac povinností ako tých, ktoré jej konkrétnym spôsobom zo zákona vyplývajú. 18.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žalobkyňa v rozhodnom čase členkou,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žalobkyni. Odvolací súd ďalej v názorovej zhode so súdom prvej inštancie poznamenáva, že ani prípadný nesprávny úradný postup NBS voči obchodníkovi s CP, nie je z hľadiska predmetu prebiehajúceho konania pre úspech žalobkyne v konaní právne významný, pretože na strane žalobkyne nemohlo dôjsť k vzniku škody v bezprostrednej a priamej príčinnej súvislosti s eventuálnym nesprávnym úradným postupom NBS (pri dohľade nad obchodníkom s CP) ani podľa zákona č. 566/2001 Z.z. a ani podľa zákona č. 747/2004 Z.z. o dohľade nad finančným trhom, keďže žalobkyňa v rozhodnom období nebola (a ani nie je) v žiadnom záväzkovom vzťahu s obchodníkom s CP. Zisťovanie naplnenia nesprávneho úradného postupu NBS vyplývajúceho z jeho dohľadu nad obchodníkom s CP preto nebolo dôležité. Napriek uvedenému sa však s námietkou žalobkyne,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žalobkyňa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19. Z uvedeného je potom zrejmé, že v konaní nebol preukázaný základný predpoklad vzniku zodpovednosti za škodu spôsobenú nesprávnym úradným postupom štátu v zmysle § 9 zákon č. 514/2003 Z.z., ktorým je nesprávny úradný postup štátu zastúpeného NBS. 20. Pokiaľ ide o rozsudok Najvyššieho súdu ČR sp. zn. 29Cdo/4968/2009, na ktorý v odvolaní poukazovala žalobkyňa,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i v tom, že návrh na začatie konania bol podaný predčasne. 21. K námietke žalobkyne, že listinné dôkazy vyžiadané súdom prvej inštancie, resp. predložené účastníkmi konania neboli riadne vykonané spôsobom podľa § 129 ods. 1 O.s.p. a preto nemôžu byť právnym podkladom pre právne posúdenie veci o základe uplatneného nároku odvolací súd uvádza, že podľa v čase rozhodovania súdom prvej inštancie platného ustanovenia § 129 ods. 1 O.s.p. dôkaz listinou sa vykonal tak, že predseda senátu alebo samosudca na pojednávaní listinu alebo jej časť prečíta, alebo oznámi jej obsah. Z obsahu spisu vyplýva, že návrh na začatie konania, následné podania žalobkyne a vyjadrenie sa žalovanej boli vzájomne účastníkom súdom prvej inštancie doručované pred pojednávaním nariadeným na prejednanie veci samej. Zo zápisnice z pojednávania nariadeného na deň 17.2.2015 jednoznačne vyplýva, že súd prvej inštancie vykonal dokazovanie oboznámením obsahu všetkých listinných dôkazov nachádzajúcich sa v spise, vrátane písomných vyjadrení strán sporu. Uvedené znamená, že žalobkyňou vytýkané procesné pochybenie súdu prvej inštancie o riadnom nevykonaní dokazovania nevyhnutného k preukázaniu rozhodujúcich skutočností spôsobom uvedeným v § 129 ods.1 O.s.p. nebolo odvolacím súdom zistené. 22. Napadnutým uznesením č.k. 14C/196/2011-287, zo dňa 24.11.2015, súd prvej inštancie uložil žalobkyni povinnosť zaplatiť v lehote desať dní súdny poplatok za odvolanie v sume 20 eur s poukazom na položkou 7a Sadzobníka súdnych poplatkov zákona č. 71/1992 Zb. o súdnych poplatkoch a poplatku za výpis z registra trestov. 23. Proti uzneseniu podala žalobkyňa odvolanie a žiadala napadnuté uznesenie súdu prvej inštancie zrušiť. Namietala, že predmetom konania je nárok na náhradu škody proti Slovenskej republike, zastúpenej NBS podľa § 9 zákona č. 514/2003 Z.z., konanie ktoré sa začalo do 30.9.2012, a na ktoré sa vzťahuje neobmedzené vecné oslobodenie od platenia súdneho poplatku ex lege, týkajúce sa všetkých položiek Sadzobníka Zákona o súdnych poplatkoch, teda aj poplatku uvedeného v položke 7a. Poukázala na zásadné rozhodnutie Krajského súdu v Bratislave č.k. 4Co/128/2014, zo dňa 29.4.2014 v skutkovo a právne totožnom prípade, v ktorom odvolací súd uviedol, že vecné oslobodenie v zmysle § 4 ods. 1 písm. k) zákona o súdnych poplatkov sa vzťahuje na celé konanie, teda aj na podanie odvolania. Vzhľadom na to, že konanie o náhradu škody v zmysle zákona č. 514/2003 Z.z. bolo začaté do 31.9.2012, teda v čase, keď bolo toto konanie vecne oslobodené od súdnych poplatkov a v zmysle § 18ca zákona o súdnych poplatkoch, sa vecné oslobodenie vzťahuje na celé konanie, súd prvej inštancie nepostupoval správne a v súlade so zákonom, keď žalobkyni vyrubil súdny poplatok za podané odvolanie, keďže konanie sa začalo 30.12.2011. 24. Odvolací súd, ktorý bol viazaný rozsahom a dôvodmi odvolania (§ 379, § 380 ods. 1 C.s.p.), preskúmal napadnuté uznesenie súdu prvej inštancie, prejednal odvolanie bez nariadenia pojednávania podľa § 385 ods. 1 C.s.p. a dospel k záveru, že ani toto odvolanie nie je dôvodné. 25.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26. Podľa § 6 ods. 2 prvá a druhá veta zákona č. 71/1992 Zb. o súdnych poplatkoch a poplatku za výpis z registra trestov, ak je sadzba poplatku ustanovená za konanie, rozumie sa tým konanie na jednej inštancii. Poplatok podľa rovnakej sadzby sa vyberá i v odvolacom konaní vo veci samej. 27. Podľa položky 1 bod 3 Sadzobníka súdnych poplatkov, ktorý tvorí prílohu zákona č. 71/1992 Zb. o súdnych poplatkoch a poplatku za výpis z registra trestov v platnom znení, poplatky podľa rovnakej sadzby sa platia i v odvolacom konaní vo veci samej. 28. Zákonom č. 621/2005 Z.z. bolo z ustanovenia § 4 ods. 1 cit. zákona vypustené písm. c), podľa ktorého od poplatku je oslobodené súdne konanie vo veciach náhrady škody spôsobenej rozhodnutím orgánu štátu alebo jeho nesprávnym úradným postupom, s účinnosťou od 1.1.2006.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zákona č. 71/1992 Zb. o súdnych poplatkoch a poplatku za výpis z registra trestov). 29. V predmetnej veci sa žalobkyňa žalobou podanou na súde prvej inštancie dňa 30.12.2011 domáhala náhrady škody podľa zákona č. 514/2003 Z.z. Súd prvej inštancie rozhodol vo veci rozsudkom zo dňa 17.2.2015 a žalobkyňa podala odvolanie proti uvedenému rozsudku dňa 18.3.2015.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žalobkyňa odvolanie po 1.10.2012, vznikla jej povinnosť zaplatiť poplatok za podané odvolanie podľa zákona o súdnych poplatkoch v znení účinnom v čase podania odvolania; výška poplatku za odvolanie proti rozsudku súdu prvej inštancie je v rovnakej sadzbe ako poplatok z návrhu na začatie konania (po 1.10.2012). 30. Bezvýznamné z aspektu právneho posúdenia predmetnej veci je, kedy bola podaná žaloba (návrh na začatie konania), keďže zákonodarca rozlišuje medzi návrhom na začatie konania, odvolaním a dovolaním, ktoré sú z hľadiska zákona o súdnych poplatkoch samostatnými poplatkovými úkonmi, nezávisle od seba idúcimi. Uvedenému záveru nasvedčuje aj § 6 ods. 2 zákona č. 71/1992 Zb. o súdnych poplatkoch a poplatku za výpis z registra trestov, podľa ktorého, ak je sadzba poplatku ustanovená za konanie, rozumie sa tým konanie na jednej inštancii. Pokiaľ žalobkyňa v odvolaní poukázala na rozhodnutie Krajského súdu v Bratislave č.k. 4Co/128/2014, zo dňa 29.4.2014, odvolací súd sa s ním nestotožňuje a jeho právny názor podporuje stanovisko občianskoprávneho kolégia Najvyššieho súdu Slovenskej republiky č. 1 zo dňa 3.12.2015 k otázke vzniku poplatkovej povinnosti v odvolacom a dovolacom konaní, ak v čase podania žaloby bolo konanie oslobodené od súdneho poplatku v zmysle § 4 ods. 1 písm. k/ zákona č. 71/1992 Zb. o súdnych poplatkoch a poplatku za výpis z registra trestov, podľa ktorého ak bolo odvolanie (dovolanie) podané po 30. septembri 2012, vzťahuje sa na poplatkovú povinnosť v odvolacom (dovolacom) konaní právna úprava účinná od 1. októbra 2012, i keď konanie vo veci samej na súde prvej inštancie začalo pred 30. septembrom 2012. 31. Z týchto dôvodov, ak súd prvej inštancie zaviazal žalobkyňu na zaplatenie súdneho poplatku za odvolanie proti rozsudku podané 18.3.2015, postupoval správne, v dôsledku čoho odvolací súd napadnuté uznesenie súdu prvej inštancie ako vecne správne v zmysle § 387 ods. 1 C.s.p. potvrdil. 32. O nároku na náhradu trov odvolacieho konania odvolací súd rozhodol podľa § 396 ods. 1 C.s.p. v spojení s § 255 ods. 1 C.s.p. tak, že žalovanej priznal proti žalobkyni plný nárok na náhradu trov odvolacieho konania, nakoľko mala vo veci plný úspech. 33.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https://www.kauzis.sk/judikatura/r/ECLI:SK:KSBA:2017:1111244653.2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