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3Co/266/2016 z 28. 6. 2017</w:t>
      </w:r>
    </w:p>
    <w:p>
      <w:r>
        <w:t>Rozsudok Krajského súdu Bratislava z 28. júna 2017, sp. zn. 3Co/266/2016, ECLI:SK:KSBA:2017:1111244791.2</w:t>
      </w:r>
    </w:p>
    <w:p>
      <w:r>
        <w:t>Súd: Krajský súd Bratislava</w:t>
      </w:r>
    </w:p>
    <w:p>
      <w:r>
        <w:t>Spisová značka: 3Co/266/2016</w:t>
      </w:r>
    </w:p>
    <w:p>
      <w:r>
        <w:t>ECLI: ECLI:SK:KSBA:2017:1111244791.2</w:t>
      </w:r>
    </w:p>
    <w:p>
      <w:r>
        <w:t>Dátum vydania: 28. 6. 2017</w:t>
      </w:r>
    </w:p>
    <w:p>
      <w:r>
        <w:t>Forma: Rozsudok</w:t>
      </w:r>
    </w:p>
    <w:p>
      <w:r>
        <w:t>Oblasť práva: Občianske právo</w:t>
      </w:r>
    </w:p>
    <w:p>
      <w:pPr>
        <w:pStyle w:val="Heading2"/>
      </w:pPr>
      <w:r>
        <w:t>Text rozhodnutia</w:t>
      </w:r>
    </w:p>
    <w:p>
      <w:r>
        <w:t>Súd: Krajský súd Bratislava Spisová značka: 3Co/266/2016 Identifikačné číslo súdneho spisu: 1111244791 Dátum vydania rozhodnutia: 29. 06. 2017 Meno a priezvisko sudcu, VSÚ: JUDr. Mario Dubaň ECLI: ECLI:SK:KSBA:2017:1111244791.2 ROZSUDOK V MENE SLOVENSKEJ REPUBLIKY Krajský súd v Bratislave v senáte zloženom z predsedu senátu JUDr. Ing. Maria Dubaňa a členov senátu JUDr. Alexandry Hanusovej a JUDr. Valérie Kleinovej v právnej veci žalobcu: Ing. H. F., P. XX, L., zastúpeného FUTEJ &amp; Partners, s.r.o., Radlinského 2, Bratislava, proti žalovanej: Slovenská republika, za ktorú koná Národná banka Slovenska, Imricha Karvaša 1, Bratislava, o náhradu škody, na odvolania žalobcu proti rozsudku Okresného súdu Bratislava I č.k. 14C/206/2011-260, zo dňa 10.9.2014 a proti uzneseniu Okresného súdu Bratislava I č.k. 14C/206/2011-300, zo dňa 17.6.2015, takto r o z h o d o l : I. Odvolací súd rozsudok súdu prvej inštancie v napadnutej časti p o t v r d z u j e . II. Napadnuté uznesenie súdu prvej inštancie p o t v r d z u j e . III. Žalovanej p r i z n á v a proti žalobcovi plný nárok na náhradu trov odvolacieho konania. o d ô v o d n e n i e : 1. Napadnutým rozsudkom súd prvej inštancie zamietol žalobu, ktorou sa žalobca proti žalovanej domáhal zaplatenia sumy 7.020 eur s prísl. predstavujúcej náhradu škody spôsobenej nesprávnym úradným postupom pri vykonávaní bankového dohľadu nad činnosťou PODIELOVÉHO DRUŽSTVA SLOVENSKÉ INVESTÍCIE (ďalej len „PDSI“ alebo „družstvo“) a obchodníka s cennými papiermi CAPITAL INVEST, o.c.p., a.s. (ďalej len „obchodník s CP“). Ďalej súd prvej inštancie zamietol návrh na začatie prejudiciálneho konania pred Súdnym dvorom Európskej únie podľa článku 267 Zmluvy o fungovaní Európskej únie. Žalovanej náhradu trov konania nepriznal. 2. Svoje rozhodnutie po právnej stránke odôvodnil ustanoveniami § 3 ods. 1 písm. d), § 9 ods. 1, 2 zákona č. 514/2003 Z.z. o zodpovednosti za škodu spôsobenú pri výkone verejnej moci (ďalej len zák. č. 514/2003 Z.z.), § 127 ods. 2, § 128 zákona č. 566/2001 Z.z. o cenných papieroch a investičných službách, keď z obsahu žaloby mal za zrejmé, že žalobca sa voči žalovanej domáha náhrady škody titulom zodpovednosti štátu za nesprávny úradný postup v zmysle zák. č. 514/2003 Z.z. V odôvodnení uviedol, že žalobca požiadal o zrušenie členského podielu k 31.3.2010 na základe čoho mu bola vystavená zmenka na sumu 7.020 eur. Žalobca pri vstupovaní do družstva vychádzal z toho, že nad jeho činnosťou vykonáva dohľad NBS, čo bolo kritériom, že sa rozhodol investovať finančné prostriedky. Na základe schváleného Prospektu investície Úradom pre finančný trh UTF - 002/2002/SPI z 21.3.2002, právoplatného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súd prvej inštancie preukázané založenie zmluvného vzťahu medzi PDSI a obchodníkom s CP. Konštatoval, že predmetná zmluva bola obchodníkom s CP vypovedaná listom z 30.3.2010 s účinnosťou od 1.5.2010. Po tomto úkone družstvo listom z 15.4.2010 požiadalo Národnú banku Slovenska (ďalej len „NBS“) o preskúmanie postupu obchodníka s CP. V tomto čase družstvo však nepodalo žalobu voči obchodníkovi s CP o náhradu škody, ale žiadalo NBS, aby situáciu riešila. Na základe zisteného skutkového stavu mal súd prvej inštancie za to, že do 1.6.2010 NBS ako aj jej právny predchodca Úrad pre finančný trh, v súlade so zákonom č. 566/2001 Z.z. o cenných papieroch a investičných službách postupovali správne vo vzťahu k družstvu, ktoré bolo NBS povinné predkladať polročné správy o svojom hospodárení. Z obsahu správ nevyplývali žiadne informácie o prípadnej zhoršenej finančnej situácii PDSI a to ani po tom, čo bolo vedené rokovanie so štatutárom družstva ako aj s ostatnými štatutármi dcérskych spoločností družstva a NBS dňa 24.8.2007. Obsah prerokovaných skutkových okolností o činnosti družstva mal súd prvej inštancie preukázaný zo zápisu z prerokovania problémov a nezrovnalostí v činnosti družstiev z 24.8.2007. Družstvo NBS dňa 10.10.2007 doručilo písomnú odpoveď, v ktorej predovšetkým zdôraznilo, že zo strany družstiev nedošlo k porušeniu zákona a prospektov investícií schválených Úradom pre finančný trh z dôvodov v odpovedi špecifikovaných. Družstvo sa vyjadrilo k systému fungovania družstiev vzhľadom na ich investičnú stratégiu, že vtedajší stav zodpovedal dlhoročnej finančnej spolupráci medzi spoločnosťami CI HOLDING, a.s., jej dcérskymi spoločnosťami a družstvami. Podľa názoru PDSI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boli spoločnosti v rámci finančnej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dňa 15.4.2010 požiadalo NBS o preskúmanie postupu obchodníka s CP po tom, čo mu obchodník s CP vypovedal zmluvu o zriadení portfólia. Súd prvej inštancie mal preukázané, že NBS vykonala v období od 20.4.2010 do 6.5.2010 u obchodníka s CP dohľad na mieste. NBS v tomto období vyzvala družstvo listom z 20.4.2010, aby predložilo žiadosť o schválenie dodatku Prospektu investície tak, aby mohlo pokračovať v zhodnocovaní finančných prostriedkov, keďže NBS zistila, že podstatná časť Prospektu investície sa stala neaktuálna. Z obsahu listinných dôkazov mal ďalej preukázané, že PDSI predložilo NBS dňa 28.4.2010 žiadosť o schválenie dodatkov k Prospektu investície. Týmto bolo začaté konanie, ktoré bolo podľa § 21 ods. 1 písm. a) zák. č. 747/2004 Z.z. o dohľade nad finančným trhom prerušené rozhodnutím OPK-5664/1-2/2010 z 10.5.2010 na čas, v ktorom družstvo bolo povinné odstrániť nedostatky žiadosti a žiadosť doplniť. Družstvo ani po opakovanom predĺžení lehoty na odstránenie vád žiadosti nedostatky neodstránilo, v dôsledku čoho NBS rozhodnutím OPK-5664/1-5/2010 z 26.8.2010 konanie vo veci žiadosti o schválenie dodatkov k Prospektu investície zastavila. Rozhodnutie bolo potvrdené rozhodnutím Bankovej rady NBS číslo GUV-1744/2010 z 8.12.2010, právoplatným 16.12.2010. NBS súbežne začala voči družstvu konanie o uložení sankcie podľa § 144 ods. 4 zák. č. 566/2001 Z.z. o cenných papieroch a investičných službách, za porušenie ustanovenia § 129 ods. 3 v spojení s ustanovením § 128 ods. 1 písm. b), c) a h) a § 125c ods. 1 v spojení s § 127 ods. 4 zák. č. 566/2001 Z.z. o cenných papieroch a investičných službách. Rozhodnutím ODT-10890-4/2010, zo dňa 30.5.2011, právoplatným dňa 18.7.2011, NBS družstvu zakázala predaj majetkových hodnôt, ale nezakázala mu vykonávať inú činnosť, keďže NBS takéto kompetencie voči družstvu ako podnikateľskému subjektu nemala. Na základe získaných poznatkov o činnosti PDSI ako aj obchodníka s CP, podala NBS dňa 27.7.2010 orgánom činným v trestnom konaní oznámenie o podozrení zo spáchania trestného činu. Podľa uznesenia Prezídia Policajného zboru, Úradu boja proti korupcii, vyšetrovateľa odboru boja proti korupcii č.k. ČVS: PPZ-153/BPK-B-2010 zo 16.11.2010, bolo dňa 10.8.2010 začaté trestné stíhanie podľa § 199 ods. 1 Trestného poriadku pre obzvlášť závažný zločin podvodu podľa § 221 ods. 1 a ods. 4 písm. a) Trestného zákona spolupáchateľstvom podľa § 20 Trestného zákona. 3. Súd prvej inštancie vznik škody titulom nesprávneho úradného postupu posudzoval v zmysle § 9 zák. č. 514/2003 Z.z., keď uviedol, že žalobca bol povinný preukázať zákonné podmienky vzniku zodpovednosti žalovanej za škodu, ktorá mu mala vzniknúť v príčinnej súvislosti s nesprávnym úradným postupom NBS pri výkone dohľadu nad družstvom, ktorého bol členom. Mal za to, že zákonné podmienky vzniku zodpovednosti žalovanej za škodu musia byť splnené kumulatívne, bez ohľadu na zavinenie, nakoľko ide o objektívnu zodpovednosť štátu, ktorej sa nemôže zbaviť. Bol názoru, že žalobca nepreukázal, že by NBS vo vzťahu k PDSI nesprávne úradne postupovala. Práve naopak, v konaní mal za preukázané, že NBS až od účinnosti zák. č. 566/2001 Z.z. o cenných papieroch a investičných službách, t.j. od 1.6.2010, bola oprávnená dohliadať aj na skutočnosť, či vyhlasovateľ majetkových hodnôt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 č. 566/1992 Zb. o Národnej banke Slovenska, so zák. č. 566/2001 Z.z. o cenných papieroch a investičných službách a zák. č. 747/2004 Z.z. o dohľade nad finančným trhom. Na uvedenom základe súd prvej inštancie žalobu zamietol z dôvodu, že žalobca nepreukázal už prvú z troch podmienok vzniku zodpovednosti za vznik škody a to nesprávny úradný postup NBS; preto sa v konaní ďalej nezaoberal správnosťou vyčíslenej výšky škody. V tejto súvislosti poukázal na skutočnosť, že činnosť vyhlasovateľov verejnej ponuky majetkových hodnôt je zákonom o cenných papieroch regulovaná len čiastočne v ustanovení § 126 až § 130 zák. č. 566/2001 Z.z. o cenných papieroch a investičných službách. Alternatívne investičné možnosti začala v rámci Európskej únie regulovať až smernica Európskeho parlamentu a Rady 2011/61/ EÚ z 8.6.2011 o správcoch alternatívnych investičných fondov a o zmene a doplnení smerníc 2003/41/ ES a 2009/65/ES a nariadení ES č. 1060/2009 a EÚ č. 1095/2010, smernice EÚ 2011/61/EÚ, ktorú podľa jej článku 66 ods.1 mali členské štáty EÚ vrátane Slovenskej republiky prevziať do svojich právnych poriadkov do 22.7.2013. Skonštatoval, že prevzatie smernice sa má vykonať na základe vládneho návrhu novely zák. č. 203/2011 Z.z. o kolektívnom investovaní a zák. č. 566/2001 o cenných papieroch a investičných službách. 4. Súd prvej inštancie vyhodnotil žalobu za predčasne podanú z dôvodu, že žalobca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družstva podľa ustanovenia § 244 Obchodného zákonníka. V tejto súvislosti uviedol,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 ohľadom na uvedené vyvodil, že existencia pohľadávky žalobcu na náhradu škody voči vyššie uvedeným subjektom PDSI vylučuje možnosť, aby sa žalobca domáhal náhrady škody voči štátu podľa zák. č. 514/2003 Z.z. Žalobca v konaní nepreukázal, že by sa bez svojej viny bezúspešne domáhal náhrady škody voči subjektom družstva. Mal za to, že skutočnou škodou je aj ujma spočívajúca v neuspokojenej pohľadávke žalobcu ako veriteľa voči subjektom družstva, ktorú náhradu požaduje od štátu ako subjektu zodpovedného za prípadný nesprávny úradný postup orgánu verejnej moci; túto škodu, za preukázania všetkých podmienok vzniku zodpovednosti štátu za škodu, však považoval za vzniknutú až okamihom, keď sa právo veriteľa na plnenie voči dlžníkovi stane fakticky nevymáhateľným. 5. Podľa názoru súdu prvej inštancie je v danej veci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poukázal na to, že mu vznikla škoda aj v príčinnej súvislosti so zanedbaním dohľadu NBS nad činnosťou obchodníka s CP s tým, že PDSI poskytovalo finančné prostriedky potom, ako ich získalo od neho, obchodníkovi s CP na základe zmluvy o riadení portfólia. Konštatoval, že medzi družstvom a obchodníkom s CP tak vznikol záväzkový vzťah, na základe ktorého boli obaja účastníci zmluvy povinní plniť z uzavretej zmluvy. Z uvedeného vyvodil záver, že ak družstvo zistilo, že obchodník s CP si svoje povinnosti vyplývajúce zo zmluvy neplní, bolo jeho povinnosťou domáhať sa súdnou cestou pohľadávok, na ktoré malo na základe uzavretej zmluvy nárok; len v prípade, ak by sa PDSI svojej pohľadávky nedomohlo voči obchodníkovi s CP titulom nároku vyplývajúceho zo zmluvy, bolo by (teoreticky) možné dospieť k záveru, že družstvu vznikla škoda v súvislosti s prípadným nesprávnym úradným postupom NBS, spočívajúcom v zanedbaní dohľadu nad obchodníkom s CP. Mal za to, že v priamej príčinnej súvislosti s prípadným preukázaným nesprávnym úradným postupom nad dohliadaným subjektom - obchodníkom s CP mohla vzniknúť škoda len na strane družstva, čo však mal za subjekt odlišný od žalobcu. Z vyššie uvedených dôvodov mal súd prvej inštancie prípadný nesprávny úradný postup NBS vyplývajúci z dohľadu nad obchodníkom s CP za právne irelevantný a preto sa ním ani nezaoberal; tento svoj záver odôvodnil tým, že na strane žalobcu nedošlo k vzniku škody v priamej príčinnej súvislosti s prípadným nesprávnym úradným postupom NBS spočívajúcom v zanedbaní dohľadu nad obchodníkom s CP. V konaní mal ďalej za preukázané, že NBS dohľad nad dohliadaným subjektom - družstvom nezanedbala, keď PDSI bolo dohliadaným subjektom len v obmedzenom rozsahu (dohľad nad plnením povinností vyhlasovateľa verejnej ponuky majetkových hodnôt) v súlade s ustanoveniami § 125 až 128 zák. č. 566/2001 Z.z. o cenných papieroch a investičných službách. V súlade s tým Úrad pre finančný trh schválil družstvu Prospekt investície, pričom posudzoval len jeho úplnosť (§ 127 ods. 4 v spojení s § 125 ods. 7 zák. č. 566/2001 Z.z. o cenných papieroch a investičných službách), t.j. či obsahuje všetky údaje a vzájomný súlad predložených údajov a ich zrozumiteľnosť. Za pravdivosť údajov v Prospekte investície zodpovedali príslušné orgány PDSI. Žalovaná tiež preukázala,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zák. č. 566/2001 Z.z. o cenných papieroch a investičných službách). Uviedol, že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Mal za zrejmé, že Slovenská republika ako štát nemôže priamo zasahovať do vlastnej činnosti PDSI a jeho majetkovoprávnych vzťahov, v ktorých má autonómne postavenie. Vnútorné vzťahy družstva sa spravovali v danom čase stanovami družstva a Obchodným zákonníkom. Žalobca ako člen družstva (podnikateľského subjektu) neinvestoval predmetné peňažné prostriedky do subjektu, na činnosť ktorého nemal žiaden vplyv, ale práve naopak, prostredníctvom členskej schôdze, ktorá je najvyšším orgánom družstva, členovia uplatňujú svoje právo riadiť záležitosti družstva, kontrolujú činnosť družstva a jeho orgánov v zmysle ustanovení Obchodného zákonníka a Stanov PDSI. A keďže žalobca nepreukázal, že realizoval svoje oprávnenia vyplývajúce mu z členstva tak, aby aktívne zasahoval do činnosti družstva za účelom odvrátenia hroziacej škody pri zistení nedostatkov v činnosti štatutárnych zástupcov družstva, súd prvej inštancie s poukazom na všetky vyššie uvedené skutočnosti žalobu zamietol. 6. V napadnutom rozsudku súd prvej inštancie ďalej zamietol návrh žalobcu na podanie prejudiciálnej otázky Súdnemu dvoru Európskej únie podľa čl. 267 Zmluvy o fungovaní Európskej únie konštatujúc, že rozhodnutie Súdneho dvora EÚ o žalobcom položených otázkach nie je nevyhnutné pre meritórne rozhodnutie veci. Návrh na začatie prejudiciálneho konania zamietol aj z dôvodu, že nie je súdom, proti rozhodnutiu ktorého nie je prípustný opravný prostriedok podľa vnútroštátneho práva. O trovách konania rozhodol podľa § 142 ods. 1 O.s.p. a ich náhradu úspešnej žalovanej nepriznal z dôvodu, že si náhradu trov konania neuplatnila, nakoľko jej trovy konania nevznikli. 7. Proti rozsudku vo výroku o zamietnutí žaloby vo veci samej podal odvolanie žalobca a žiadal rozsudok v napadnutej časti zmeniť, žalovanej uložiť povinnosť zaplatiť žalobcovi náhradu škody 7.020 eur s príslušenstvom, alternatívne žiadal rozsudok v napadnutej časti zrušiť a vrátiť vec na ďalšie konanie. 8. Namietol, že konanie má inú vadu, ktorá mohla mať za následok nesprávne rozhodnutie vo veci; súdu prvej inštancie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 ako úplne irelevantný, ak nemohol o takto zúženom dohľade orgánu dohľadu vedieť. Nesúhlasil so záverom súdu prvej inštancie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CP, ktorými by mohla zabezpečiť dodržiavanie zákona o cenných papieroch, resp. sankcie donucujúce porušujúci subjekt k dodržiavaniu zákona. 9. Vychádzal z názoru,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žalobcu. Poukázal na skutočnosť, že v konaní vedenom na Okresnom súde Bratislava I pod sp. zn. 7C/206/2011 bolo výpoveďou svedka Ing. B. E.,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Z. Č.,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10. Žalobca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11. Na uvedenom základe mal za to, že družstvo svojim konaním porušovalo § 129 ods. 3 v spojení s § 128 ods. 1 písm. b), c) a h) a § 125c ods. 1 v spojení s § 127 ods. 4 zákona č. 566/2001 Z.z. o cenných papieroch a investičných službách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Z vedeného vyvodil, že žiadna platná právna norma neumožňuje vysloviť záver o predčasnosti podania návrhu a to ani vtedy, ak doposiaľ nemal možnosť vymôcť plnenie od subjektu, ktorý jediný je (podľa názoru žalovanej a súdu prvej inštancie) povinný jej dané plnenie vrátiť. Zákon č. 514/2003 Z.z. nevyžaduje žiadne predchádzajúce vysporiadanie súkromnoprávnych vzťahov, ale naopak, pripúšťa regresnú náhradu. Záverom v odvolaní poukázal na závery uznesenia Najvyššieho súdu Slovenskej republiky zo dňa 31.1.2012, sp. zn. 6 M Cdo/11/2010 a na to, že zo zápisníc o pojednávaní pred súdom prvej inštancie vyplýva, že ním vyžiadané listinné dôkazy, resp. dôkazy predložené účastníkmi konania neboli riadne vykonané spôsobom podľa § 129 ods. 1 O.s.p. a preto nemôžu byť právnym podkladom pre právne posúdenie veci o základe uplatneného nároku. 12. Žalovaná vo vyjadrení k odvolaniu žiadala rozsudok v napadnutej časti ako vecne a právne správny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ňou. Súd prvej inštancie na základe vykonaného dokazovania dostatočne správne zistil skutkový aj právny stav veci, pričom z jeho činnosti mu boli známe aj iné dôležité skutočnosti (§ 121 O.s.p.),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žalobca v konaní nepreukázal bezúspešné uplatnenie nároku voči PDSI, čo znamená, že nepreukázal vznik škody. K námietke o riadnom nevykonaní listinných dôkazov uviedla, že zo zápisnice z pojednávania jasne vyplýva skutočnosť, že súd prvej inštancie oboznámil (vykonal) jednotlivé dôkazy nachádzajúce sa v súdnom spise, pričom súdu aj obom stranám bol ich obsah známy, pretože medzi stranami prebieha cca 800 sporov na rovnakom skutkovom a právnom základe. 13. Odvolací súd, viazaný rozsahom a dôvodmi odvolania (§ 379, § 380 ods. 1 C.s.p.), preskúmal rozsudok v napadnutej časti, prejednal odvolanie žalobcu bez nariadenia odvolacieho pojednávania podľa § 385 ods. 1 C.s.p. a dospel k záveru, že odvolanie nie je dôvodné. Rozsudok verejne vyhlásil dňa 29.6.2017 (§ 378 ods. 1, § 219 ods. 3 C.s.p.). 14. Podľa § 470 ods. 1 C.s.p. ak nie je ustanovené inak, platí tento zákon aj na konania začaté predo dňom nadobudnutia jeho účinnosti. 15. Podľa § 470 ods. 2 veta prvá C.s.p. právne účinky úkonov, ktoré v konaní nastali predo dňom nadobudnutia účinnosti tohto zákona, zostávajú zachované. 16. Rozsudok súdu prvej inštancie v napadnutej časti odvolací súd potvrdil, pretože je vecne správny a nakoľko sa v celom rozsahu stotožňuje s odôvodnením napadnutého rozsudku, konštatuje správnosť jeho dôvodov (§ 387 ods. 1, ods. 2 C.s.p.). 17. V zmysle zák.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18. Zák.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19. Odvolací súd sa stotožňuje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o cenných papieroch a investičných službách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o cenných papieroch a investičných službách bola vyhlasovateľovi verejnej ponuky majetkových hodnôt stanovená až od 1.1.2009 na základe novelizovaného ustanovenia § 127 ods. 4 zákona č. 566/2001 Z.z. o cenných papieroch a investičných službách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 a pokiaľ ide o rizikovosť portfólia, zákon č. 566/2001 Z.z. o cenných papieroch a investičných službách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žalobca. NBS mohla podľa platnej právnej úpravy kontrolovať len to, či PDSI plní informačné povinnosti v zmysle ustanovení §§ 126 až 130 zákona č. 566/2001 Z.z. o cenných papieroch a investičných službách. Je potrebné poukázať i na to, že žalobca si musel byť vedomý toho, že s jeho investíciou je spojené riziko a že doterajší alebo propagovaný výnos nie je zárukou budúcich výnosov (§ 129 ods. 1 písm. b) zákona č. 566/2001 Z.z. o cenných papieroch a investičných službách v znení platnom do 21.7.2013; § 126 až 130 boli z cit. zákona č. 566/2001 Z.z. vypustené novelou vykonanou zákonom č. 206/2013 Z.z. účinným dňa 22.7.2013). Ak si toho žalobca vedomý nebol, nemožno to pričítať na ťarchu žalovanej v zmysle zásady, podľa ktorej neznalosť zákona neospravedlňuje. To isté platí aj pokiaľ ide o argumentáciu žalobcu, že o rozsahu dohľadu NBS nad činnosťou družstva nemal vedomosť. 20. Nebolo možné sa stotožniť ani s námietkou žalobcu o povinnosti NBS v oblasti skúmania rizikovosti portfólia družstva, nakoľko zákon č. 566/2001 Z.z. o cenných papieroch a investičných službách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žalobcu, ktorý však nemôže vychádzať z toho, ako takýto postup žalobca vyhodnotil, ale musí vychádzať výlučne z toho, že nemožno prisúdiť NBS pri aplikácii zákonov viac povinností ako tých, ktoré jej konkrétnym spôsobom zo zákona vyplývajú. 21.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o cenných papieroch a investičných službách). V danom prípade išlo o služby, ktoré družstvo ako klient obchodníka s CP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žalobca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žalobcovi. 22. Odvolací súd ďalej poznamenáva, že ani prípadný nesprávny úradný postup NBS voči obchodníkovi s CP, nie je z hľadiska predmetu prebiehajúceho konania pre úspech žalobcu v konaní právne významný, pretože na strane žalobcu nemohlo dôjsť k vzniku škody v bezprostrednej a priamej príčinnej súvislosti s eventuálnym nesprávnym úradným postupom NBS (pri dohľade nad obchodníkom s CP) ani podľa zákona č. 566/2001 Z.z. o cenných papieroch a investičných službách a ani podľa zák. č. 747/2004 Z.z. o dohľade nad finančným trhom, keďže žalobca v rozhodnom období nebol (a ani nie je) v žiadnom záväzkovom vzťahu s obchodníkom s CP. Zisťovanie naplnenia nesprávneho úradného postupu NBS vyplývajúceho z jeho dohľadu nad obchodníkom s CP preto nebolo dôležité. Napriek uvedenému sa však s námietkou žalobcu,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žalobca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23. Z uvedeného je potom zrejmé, že v konaní nebol preukázaný základný predpoklad vzniku zodpovednosti za škodu spôsobenú nesprávnym úradným postupom štátu v zmysle § 9 zák. č. 514/2003 Z.z., ktorým je nesprávny úradný postup štátu zastúpeného NBS. 24. Pokiaľ ide o rozsudok Najvyššieho súdu ČR sp. zn. 29Cdo/4968/2009,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 i v tom, že návrh na začatie konania bol podaný predčasne. 25. K námietke žalobcu, že listinné dôkazy vyžiadané súdom prvej inštancie, resp. predložené účastníkmi konania neboli riadne vykonané spôsobom podľa § 129 ods. 1 O.s.p. a preto nemôžu byť právnym podkladom pre právne posúdenie veci o základe uplatneného nároku odvolací súd uvádza, že podľa § 129 ods. 1 O.s.p., platného v čase rozhodovania súdu prvej inštancie, dôkaz listinou sa vykoná tak, že predseda senátu alebo samosudca na pojednávaní listinu alebo jej časť prečíta alebo oznámi jej obsah; to neplatí, ak súd vo veci nenariaďuje pojednávanie alebo ak listina bola všetkým účastníkom doručená alebo ak listina alebo jej obsah nebola protistranou spochybnená. Z obsahu spisu vyplýva, že žaloba, následné podania žalobcu a vyjadrenie sa žalovanej boli vzájomne stranám súdom prvej inštancie doručované pred pojednávaním nariadeným na prejednanie veci samej. Zo zápisnice z pojednávania nariadeného na deň 10.9.2014 jednoznačne vyplýva, že súd prvej inštancie vykonal dokazovanie oboznámením obsahu všetkých listinných dôkazov nachádzajúcich sa v spise, vrátane písomných vyjadrení strán sporu. Uvedené znamená, že žalobcom vytýkané procesné pochybenie súdu prvej inštancie o riadnom nevykonaní dokazovania nevyhnutného k preukázaniu rozhodujúcich skutočností spôsobom uvedeným v § 129 ods. 1 O.s.p. nebolo odvolacím súdom zistené. 26. Napadnutým uznesením súd prvej inštancie uložil žalobcovi povinnosť zaplatiť súdny poplatok za odvolanie v sume 20 eur s poukazom na položkou 7a Sadzobníka súdnych poplatkov zák. č. 71/1992 Zb. o súdnych poplatkoch a poplatku za výpis z registra trestov. 27. Proti uzneseniu podal žalobca odvolanie a žiadal napadnuté uznesenie súdu prvej inštancie zrušiť a konanie o vyrubení súdneho poplatku zastaviť. Namietol, že predmetom konania je nárok na náhradu škody proti Slovenskej republike, zastúpenej NBS podľa § 9 zák. č. 514/2003 Z.z., konanie sa začalo do 30.9.2012 a vzťahuje sa naň neobmedzené vecné oslobodenie od platenia súdneho poplatku ex lege, týkajúce sa všetkých položiek Sadzobníka Zákona o súdnych poplatkoch, teda aj poplatku uvedeného v položke 7a. Poukázal na zásadné rozhodnutie Krajského súdu v Bratislave sp. zn. 4Co/128/2014, zo dňa 29.4.2014 v skutkovo a právne totožnom prípade, v ktorom odvolací súd uviedol, že ... vecné oslobodenie v zmysle § 4 ods. 1 písm. k) zákona o súdnych poplatkov sa vzťahuje na celé konanie, teda aj na podanie odvolania. Vzhľadom na to, že konanie o náhradu škody v zmysle zákona č. 514/2003 Z.z. bolo začaté do 31.09.2012, teda v čase, keď bolo toto konanie vecne oslobodené od súdnych poplatkov a v zmysle § 18ca zákona o súdnych poplatkoch, sa vecné oslobodenie vzťahuje na celé konanie, súd prvého stupňa nepostupoval správne a v súlade so zákonom, keď žalobcovi vyrubil súdny poplatok za podané odvolanie, keďže konanie sa začalo 30.12.2011. 28. Odvolací súd, ktorý bol viazaný rozsahom a dôvodmi odvolania (§ 379, § 380 ods. 1 C.s.p.), preskúmal napadnuté uznesenie súdu prvej inštancie, prejednal odvolanie bez nariadenia pojednávania podľa § 385 ods. 1 C.s.p. a dospel k záveru, že ani toto odvolanie nie je dôvodné. 29.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30. Podľa položky 1 bod 3 Sadzobníka súdnych poplatkov, ktorý tvorí prílohu zák. č. 71/1992 Zb. o súdnych poplatkoch a poplatku za výpis z registra trestov v platnom znení, poplatky podľa rovnakej sadzby sa platia i v odvolacom konaní vo veci samej. 31.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32. V predmetnej veci sa žalobca návrhom podaným na súde prvej inštancie dňa 30.12.2011 domáhal náhrady škody podľa zák. č. 514/2003 Z.z. Súd prvej inštancie rozhodol vo veci rozsudkom zo dňa 10.9.2014. Žalobca podal odvolanie proti uvedenému rozsudku dňa 6.11.2014. 33.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 žalobca odvolanie po 1.10.2012, vznikla mu povinnosť zaplatiť poplatok za podané odvolanie podľa zákona o súdnych poplatkoch v znení účinnom v čase podania odvolania; výška poplatku za odvolanie proti rozsudku súdu prvej inštancie je v rovnakej sadzbe ako poplatok z návrhu na začatie konania (po 1.10.2012). 34.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35. Ak žalobca v odvolaní poukázal na rozhodnutie Krajského súdu v Bratislave č.k. 4Co/128/2014, zo dňa 29.4.2014, odvolací súd sa s ním nestotožňuje a jeho právny názor podporuje stanovisko občianskoprávneho kolégia Najvyššieho súdu Slovenskej republiky č. 1 zo dňa 3. decembra 2015 k otázke vzniku poplatkovej povinnosti v odvolacom a dovolacom konaní, ak v čase podania žaloby bolo konanie oslobodené od súdneho poplatku v zmysle § 4 ods. 1 písm. k/ zákona č. 71/1992 Zb. o súdnych poplatkoch a poplatku za výpis z registra trestov, podľa ktorého ak bolo odvolanie (dovolanie) podané po 30. septembri 2012, vzťahuje sa na poplatkovú povinnosť v odvolacom (dovolacom) konaní právna úprava účinná od 1. októbra 2012, i keď konanie vo veci samej na súde prvého stupňa začalo pred 30. septembrom 2012. 36. Z týchto dôvodov, ak súd prvej inštancie zaviazal žalobcu na zaplatenie súdneho poplatku za odvolanie proti rozsudku podané dňa 6.11.2014, postupoval vecne správne, v dôsledku čoho odvolací súd napadnuté uznesenie súdu prvej inštancie ako vecne správne v zmysle § 387 ods. 1 C.s.p. potvrdil. 37. O nároku na náhradu trov odvolacieho konania odvolací súd rozhodol podľa § 396 ods. 1 C.s.p. v spojení s § 255 ods. 1 C.s.p. tak, že žalovanej priznal proti žalobcovi plný nárok na náhradu trov odvolacieho konania, nakoľko mala vo veci plný úspech. 38.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https://www.kauzis.sk/judikatura/r/ECLI:SK:KSBA:2017:1111244791.2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