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10Co/246/2017 z 20. 12. 2017</w:t>
      </w:r>
    </w:p>
    <w:p>
      <w:r>
        <w:t>Rozsudok Krajského súdu Bratislava z 20. decembra 2017, sp. zn. 10Co/246/2017, ECLI:SK:KSBA:2017:1111244879.2</w:t>
      </w:r>
    </w:p>
    <w:p>
      <w:r>
        <w:t>Súd: Krajský súd Bratislava</w:t>
      </w:r>
    </w:p>
    <w:p>
      <w:r>
        <w:t>Spisová značka: 10Co/246/2017</w:t>
      </w:r>
    </w:p>
    <w:p>
      <w:r>
        <w:t>ECLI: ECLI:SK:KSBA:2017:1111244879.2</w:t>
      </w:r>
    </w:p>
    <w:p>
      <w:r>
        <w:t>Dátum vydania: 20. 12. 2017</w:t>
      </w:r>
    </w:p>
    <w:p>
      <w:r>
        <w:t>Forma: Rozsudok</w:t>
      </w:r>
    </w:p>
    <w:p>
      <w:r>
        <w:t>Oblasť práva: Občianske právo</w:t>
      </w:r>
    </w:p>
    <w:p>
      <w:pPr>
        <w:pStyle w:val="Heading2"/>
      </w:pPr>
      <w:r>
        <w:t>Text rozhodnutia</w:t>
      </w:r>
    </w:p>
    <w:p>
      <w:r>
        <w:t>Súd: Krajský súd Bratislava Spisová značka: 10Co/246/2017 Identifikačné číslo súdneho spisu: 1111244879 Dátum vydania rozhodnutia: 21. 12. 2017 Meno a priezvisko sudcu, VSÚ: JUDr. Ayše Pružinec - Erenová ECLI: ECLI:SK:KSBA:2017:1111244879.2 ROZSUDOK V MENE SLOVENSKEJ REPUBLIKY Krajský súd v Bratislave v senáte zloženom z predsedníčky senátu JUDr. Ayše Pružinec Erenovej a členov senátu JUDr. Ľuboša Sádovského a JUDr. Romana Majerského v právnej veci žalobcu: Ľ. C., F.. XX. XX. XXXX, T. F. F. Č.. X, T., zastúpený: FUTEJ &amp; Partners, s.r.o., Radlinského ul. č. 2, Bratislava, IČO: 35 955 341, proti žalovanému: Slovenská republika, zastúpená Národnou bankou Slovenska, ul. Imricha Karvaša č. 1, Bratislava, IČO: 30 844 789, o náhradu škody, na odvolanie žalobcu proti rozsudku Okresného súdu Bratislava I zo dňa 13. júla 2017, č. k. 7C/213/2011 - 568, takto r o z h o d o l : Odvolací súd rozsudok súdu prvej inštancie p o t v r d z u j e . Žalovanému p r i z n á v a n á r o k na náhradu trov odvolacieho konania v plnej výške. o d ô v o d n e n i e : 1. Súd prvej inštancie napadnutým rozsudkom zamietol žalobu žalobcu, ktorou sa domáhal uložiť žalovanému povinnosť zaplatiť istinu 5. 701, 34 eur s 9, 25 % úrokom z omeškania ročne od 19. apríla 2011 do zaplatenia, titulom náhrady škody spôsobenej nesprávnym úradným postupom Národnej banky Slovenska podľa zák. č. 514/2003 Z. z. o zodpovednosti za škodu spôsobenú pri výkone verejnej moci. Svoje rozhodnutie odôvodnil právne ust. § 1, § 3 ods. 1 písm. d), § 9 ods. 1, 2 § 15 ods. 1, § 17 ods. 1 zák. č. 514/2003 Z. z. o zodpovednosti za škodu spôsobenú pri výkone verejnej moci a o zmene niektorých zákonov, § 127 ods. 2, § 128 zák. č. 566/2001 Z. z. o cenných papieroch, čl. 2 ods. 2 Ústavy Slovenskej republiky a vecne tým, že žalobca v konaní nepreukázal splnenie žiadneho z predpokladov zodpovednosti štátu za škodu, ktorá mu mala vzniknúť titulom nesprávneho úradného postupu žalovaného. Poukázal na skutočnosť, že Úrad pre finančný trh rozhodnutím zo dňa 21. marca 2002 schválil PODIELOVÉMU DRUŽSTVU SLOVENSKÉ INVESTÍCIE (ďalej len „Družstvo“) Prospekt investície a zároveň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02. júna 2008 uzavrelo Družstvo s obchodnou spoločnosťou CAPITAL INVEST, o.c.p., a.s. v likvidácii, Poľná č. 1, Bratislava, IČO: 35 828 749, (ďalej „Obchodník s cennými papiermi“) Zmluvu o riadení portfólia, na základe ktorej sa Obchodník s cennými papiermi, ako obhospodarovateľ, zaviazal riadiť portfólio Družstva ako jeho klienta v súlade so schváleným Prospektom investícií a jeho dodatkami, čo v sebe zahŕňalo hospodárenie s portfóliom klienta v súlade s rozhodnutím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Uviedol, že k ukončeniu Zmluvy zo strany Obchodníka s cennými papiermi došlo výpoveďou zo dňa 30. 03. 2010 s tým, že po zániku záväzkového vzťahu medzi Družstvom a Obchodníkom s cennými papiermi, sa Družstvo domáhalo svojich nárokov vyplývajúcich zo Zmluvy viacerými žiadosťami a výzvami na zaplatenie dlžných súm, avšak súdnou cestou sa svojich nárokov nedomáhalo, pričom Družstvo finančné prostriedky, ktoré získalo od svojich členov neposkytovalo Obchodníkovi s cennými papiermi na základe Zmluvy, v ktorej by bola špecifikovaná výška poskytnutej sumy, ale zamestnanci Obchodníka s cennými papiermi priamo disponovali s peniazmi Družstva (J., Q., F. I. E.), na účtoch v Slovenskej sporiteľni a.s., v Československej obchodnej banke a.s. a Všeobecnej úverovej banke a.s., na základe udeleného súhlasu Družstvom. Súd prvej inštancie vo svojom rozhodnutí poukázal na skutočnosť, že Národná banka Slovenska rozhodnutím zo dňa 08. januára 2008, č. OPK-9750/3/2007, uložila Obchodníkovi s cennými papiermi pokutu vo výške 500. 000,- Sk za porušenie v rozhodnutí špecifikovaných ustanovení zákona č. 566/2001 Z. z. (ust. § 54 ods. 2, § 73 ods. 1 písm. a/, § 74 ods. 1, § 74 ods. 7 písm. b/ zák. č. 566/2001 Z. z., pozn. odvolacieho súdu), keď Banková rada Národnej banky Slovenska v konaní o rozklade predmetné prvostupňové rozhodnutie rozhodnutím zo dňa 07. 05. 2008, č. GUV- 841/2008 zrušila a vec vrátila na opätovné prejednanie a rozhodnutie a následne Národná banka Slovenska rozhodnutím zo dňa 20. 08. 2008, č. OPK-9750-5/2007, uložila Obchodníkovi s cennými papiermi opätovne pokutu vo výške 300. 000,- Sk za porušenie ustanovení § 54 ods. 2, § 73 ods. 1 písm. a), § 74 ods. 1, § 7 ods. 7 písm. b) zákona č. 566/2001 Z. z. Poukázal na skutočnosť, že Národná banka Slovenska Rozhodnutím č. ODT-8305/2010 zo dňa 12. 07. 2010 rozhodla o predbežnom opatrení, ktorým Obchodníkovi s cennými papiermi uložila zdržať sa nakladania s majetkom klientov (toto rozhodnutie bolo Obchodníkovi doručené dňa 14. 07. 2010) s tým, že Rozhodnutím č. ODT-8305-5/2010 zo dňa 21. 12. 2010 odobrala Obchodníkovi s cennými papiermi povolenie na poskytovanie investičných služieb z dôvodov podľa § 156 ods. 2 písm. a) zákona č. 566/2001 Z. z. o cenných papieroch a investičných službách. Uviedol, že o podanom rozklade ako druhostupňový orgán rozhodovala Banková rada Národnej banky Slovenska, ktorá napadnuté prvostupňové rozhodnutie potvrdila rozhodnutím č. GUV-274/2011, ktoré nadobudlo právoplatnosť dňa 04. 03. 2011 a dňa 27. 07. 2010 podala orgánom činným v trestnom konaní oznámenie o podozrení zo spáchania trestného činu, pričom z uznesenia Prezídia PZ, Úradu boja proti korupcii, vyšetrovateľa odboru boja proti korupcii, č. k. ČVS:PPZ-153/ BPK-B-2010 zo dňa 16. 11. 2010 vyplýva, že dňa 10. 08. 2010 bolo začaté trestné stíhanie podľa § 199 ods. 1 Trestného poriadku pre obzvlášť závažný zločin podvodu podľa § 221 ods. 1 a ods. 4 písm. a) Trestného zákona spolupáchateľstvom podľa § 20 Trestného zákona. Súd prvej inštancie v dôvodoch svojho rozhodnutia uviedol, že medzi stranami nebolo sporné, že žalobca podal žiadosť o predbežné prerokovanie nároku na náhradu škody, ktorej žalovaný nevyhovel ani čiastočne s tým, že zo správy o priebehu konkurzu pre účely 1. schôdze veriteľov zo dňa 24. 08. 2011 mal za preukázané, že na majetok dlžníka PODIELOVÉ DRUŽSTVO SLOVENSKÉ INVESTÍCIE so sídlom Poľná 1, Bratislava, bol vyhlásený konkurz a do funkcie správcu bol súdom ustanovený E.. E. A.. Uviedol, že na základe zisteného skutkového stavu dospel k záveru, že žalovaný, ako aj jeho právny predchodca Úrad pre finančný trh v súlade so zákonom č. 566/2001 Z. z. o cenných papieroch postupovali správne vo vzťahu k Družstvu, keď Úrad pre finančný trh schválil pre Družstvo dňa 21. 03. 2002 Prospekt investície podľa § 127 ods. 2 zákona č. 566/2001 Z. z. o cenných papieroch, na základe ktorého bolo Družstvo oprávnené ponúkať majetkové hodnoty s lehotou verejnej ponuky majetkových hodnôt 10 rokov s tým, že za pravdivosť údajov v prospekte investície zodpovedal štatutárny zástupca vyhlasovateľa (§ 128 ods. 1 písm. h/ zák. č. 566/2001 Z. z.), pričom obsahom Prospektu investície bol iba zoznam zmlúv, ktoré zabezpečujú odbyt výrobkov vyhlasovateľa verejnej ponuky majetkových hodnôt alebo realizáciu služieb. Poukázal na skutočnosť, že zákon č. 566/2001 Z. z. nepožadoval, aby pri schvaľovaní prospektu boli predložené samotné zmluvy a schválený Prospekt investície tieto samotné zmluvy nikdy neobsahoval, keď povinnosťou vyhlasovateľa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Uviedol, že za činnosť Družstva zodpovedá a v jeho mene koná predstavenstvo ako jeho štatutárny orgán, ktoré riadi činnosť družstva a zásadne rozhoduje o všetkých záležitostiach družstva (§ 243a ods. 1, 2 Obchodného zákonníka) s tým, že Družstvo bolo povinné vykonávať svoju činnosť tak, aby si splnilo všetky záväzky voči svojim členom, pričom členovia Družstva, teda aj žalobca, mali práva a povinnosti spojené s členstvom v Družstve, okrem iného aj schvaľovať ročnú účtovnú závierku a voliť a odvolávať členov predstavenstva a kontrolnej komisie. Súd prvej inštancie vo svojom rozhodnutí ďalej uviedol, že Družstvo dňa 10. 10. 2007 doručilo Národnej banke Slovenska vyjadrenie, v ktorom bolo uvedené, že zo strany družstiev nedošlo k porušeniu zákona a prospektov investícií schválených Úradom pre finančný trh z dôvodov v liste špecifikovaných a zároveň sa vyjadrilo k systému fungovania družstiev tak, že vtedajší stav zodpovedal dlhoročnej finančnej spolupráci medzi spoločnosťami CI HOLDING, a.s., jej dcérskymi spoločnosťami a družstvami s tým, že narušenie tohto systému by mohlo týmto spoločnostiam spôsobiť značné škody a náklady, keďže finančné vzťahy medzi uvedenými spoločnosťami sú dlhodobými investičnými vzťahmi. Uviedol, že Družstvu a jeho dcérskym spoločnostiam sa javilo ako problematické zabezpečiť do portfólia družstiev iné investičné nástroje, ktorých emitentami by boli spoločnosti v rámci finančnej skupiny CI HOLDING, a.s. a zdôraznilo, že dlhodobé vysoké výnosy členov družstiev boli zabezpečené najmä ich dobrou investičnou stratégiou, pričom bola vyslovená obava, že jej zmenou by mohlo prísť k ich ohrozeniu, resp. narušeniu dôveryhodnosti družstiev, ak by nebolo naďalej zo strany ich členov možné, aby jednotlivé družstvá boli naďalej schopné plniť svoje záväzky s poukazom na skutočnosť, že za vyše päťročné obdobie pôsobenia družstiev na slovenskom finančnom trhu nebola evidovaná ani jedna sťažnosť zo strany členov družstiev a taktiež družstvám nebolo zrejmé, že by Národná banka Slovenska nejakou sťažnosťou voči jednotlivým družstvám disponovala. Uviedol, že Družstvo až listom doručeným Národnej banke Slovenska dňa 15. 04. 2010 požiadalo o preskúmanie postupu spoločnosti CAPITAL INVEST, o.c.p., a.s. potom, ako mu Obchodník s cennými papiermi vypovedal zmluvu o zriadení portfólia s tým, že z obsahu listinných dôkazov mal preukázané, že Národná banka Slovenska vykonala v období od 20. 04. 2010 do 06. 05. 2010 u Obchodníka s cennými papiermi dohľad na mieste a Družstvo v tomto období vyzvala listom zo dňa 20. 04. 2010, aby predĺžilo žiadosť o schválenie dodatku prospektu investície tak, aby mohlo pokračovať v zhodnocovaní finančných prostriedkov, keďže Národná banka Slovenska zistila, že podstatná časť Prospektu investície sa stala neaktuálna. Ako nedôvodnú vyhodnotil súd prvej inštancie námietku žalobcu, že povinnosťou žalovaného bolo dohliadať na aktualizáciu Prospektu investícií, nakoľko povinnosť aktualizovať Prospekt investície bola Družstvu uložená s účinnosťou až od 01. 01. 2009 na základe novelizovaného ustanovenia § 127 ods. 4 v spojení s § 125c ods. 1. zák. č. 566/2001 Z. z., a preto sa na žalovaného nemohla vzťahovať povinnosť dohliadať na aktuálnosť Prospektu investícií realizovanú pred týmto dátumom, t. j. pred 01. 01. 2009 a poukázal na skutočnosť, že do novelizácie zák. č. 566/2001 Z. z. o cenných papieroch vykonanej zák. č. 558/2008 Z. z., neexistovala samotná povinnosť Družstva aktualizovať Prospekt investícií, preto je z povahy veci vylúčený dohľad zo strany žalovaného v tomto smere, keďže žalovaný nemohol kontrolovať povinnosť, ktorá sama o sebe v rozhodnom čase ani neexistovala. Poukázal na skutočnosť, že Družstvo ako vyhlasovateľ verejnej ponuky majetkových hodnôt malo zákonom uloženú povinnosť dodržiavať schválený Prospekt investície až od 01. 06. 2010, kedy boli novelou ustanovenia § 129 ods. 3 zák. č. 566/2001 Z. z. o cenných papieroch, vykonanej zák. č. 129/2010 Z. z. rozšírené povinnosti družstva, a preto pokiaľ Družstvo od 31. 12. 2006 do 01. 06. 2010 zo zákona takúto povinnosť nemalo, nemohol žalovaný skúmať ani túto povinnosť prostredníctvom výkonu dohľadu, keď Družstvo samo o sebe nebolo povinné Prospekt investície dodržiavať. K rizikovosti portfólia uviedol, že zák. č. 566/2001 Z. z. neukladal vyhlasovateľovi verejnej ponuky majetkových hodnôt, a teda ani Družstvu, žiadne povinnosti v oblasti rozloženia rizík, na rozdiel od iných dohliadaných subjektov (napr. správcovské spoločnosti pre kolektívne investovanie, z dôvodu ktorého ani tieto neexistujúce povinnosti Družstva nemohla Národná banka Slovenska kontrolovať, keďže nevykonávala dohľad nad finančnými ukazovateľmi Družstva, ako sa mylne domnieva žalobca s tým, že žalovaný mohol podľa platnej právnej úpravy kontrolovať len to, či Družstvo plní informačné povinnosti v zmysle ust. § 126 až § 130 zák. č. 566/2001 Z. z. a v tejto súvislosti poukázal súd prvej inštancie na to, že žalobca si musel byť vedomý toho, že s jeho investíciou je spojené riziko a že doterajší alebo propagovaný výnos nie je zárukou budúcich výnosov (§ 129 ods. 1 písm. b/ zák. č. 566/2001 Z. z. v znení platnom do 21. 07. 2013; ustanovenia § 126 až § 130 boli zo zákona č. 566/2001 Z. z. vypustené novelou vykonanou zákonom č. 206/2013 Z. z., účinným dňa 22. 07. 2013). Uviedol, že nevedomosť žalobcu alebo jeho údajné spoliehanie sa, nemožno pričítať na ťarchu Národnej banky Slovenska v zmysle zásady, podľa ktorej neznalosť zákona neospravedlňuje s tým, že to isté platí aj pokiaľ ide o argumentáciu žalobcu, že o rozsahu dohľadu Národnej banky Slovenska nad činnosťou Družstva nemal vedomosť. Poukázal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ktoré dávalo pokyny na nákup, či predaj toho ktorého finančného nástroja (článok III bod 1 písm. c/ Zmluvy v spojení s § 5 zák. č. 566/2001 Z. z. o cenných papieroch), pričom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Za dôvodnú nepovažoval súd prvej inštancie ani námietku žalobcu o nedostatočných opatreniach žalovaného na nápravu protiprávneho stavu po zistení závažných pochybení Obchodníka s cennými papiermi pri činnosti voči Družstvu, nakoľko z listín predložených stranami, vyplýva aktívny prístup žalovaného k Obchodníkovi s cennými papiermi, keď žalovaný rozhodnutím zo dňa 08. 01. 2008, č. OPK - 9750/3/2007, uložil Obchodníkovi cennými papiermi pokutu vo výške 16. 596, 96 eur (500. 000,- Sk), a po zrušení a vrátení veci na ďalšie konanie Bankovou radou Národnej banky Slovenska, opätovne rozhodnutím zo dňa 20. 08. 2008, č. OPK-9750-5/2007 uložil Obchodníkovi s cennými papiermi pokutu vo výške 9. 958, 18 eur (300. 000,- Sk) a následne rozhodnutím zo dňa 21. 12. 2010, č. ODT-8305-5/2010, žalovaný odobral Obchodníkovi s cennými papiermi povolenie na poskytovanie investičných služieb. Uviedol, že Družstvo bolo podľa zákona č. 566/2001 Z. z. povinné predkladať Národnej banke Slovenska polročné a ročné správy o svojom hospodárení, z týchto však nevyplývali informácie o jeho zhoršenej finančnej situácii, ktorá by ohrozila vyplácanie vyrovnávacích podielov, či podielov na zisku jeho členom s tým, že Národná banka Slovenska po podaní podnetu Družstvom, ihneď v období od 20. 04. 2010 do 06. 05. 2010 vykonala u Obchodníka s cennými papiermi dohľad na mieste, pričom Obchodník s cennými papiermi nepreukázal, že poskytoval pre Družstvo investičnú službu riadenie portfólia, v rámci dohľadu na mieste nepredložil Národnej banke Slovenska žiadnu dokumentáciu, ktorá by preukazovala, že obhospodaroval portfóliá družstiev, s ktorými uzavrel Zmluvu o riadení portfólia, nepredložil žiadnu dokumentáciu, ktorá by preukazovala, že vykonával ktorúkoľvek z činností uvedených v čl. I bode 2 Zmlúv o riadení portfólia, nepredložil pokyny portfólia manažéra, konfirmácie obstaraných obchodov pre družstvá, nepredložil zmluvy o kúpe alebo predaji cenných papierov obstaraných pre družstvá, výpisy z evidencie majetkových účtov, či doklady preukazujúce úschovu a správu cenných papierov. Súd prvej inštancie na základe uvedeného dospel k záveru, že žalovaný svojim postupom neporušil povinnosti, keďže pri výkone verejnej moci postupoval v rozsahu svojich kompetencií daných mu zákonom, nedopustil sa pri svojom rozhodovaní žiadneho excesu a ani nepostupoval spôsobom nezlučiteľným s ochranou základných práv a ľudských slobôd, a preto jeho postup nie je možné kvalifikovať ako nesprávny podľa zák. č. 514/2003 Z. z. s tým, že jeho postup bol aj v súlade s článkom 2 ods. 2 Ústavy Slovenskej republiky, podľa ktorého štátne orgány môžu konať iba na základe Ústavy, v jej medziach, v rozsahu a spôsobom, ktorý ustanoví zákon, nakoľko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Uviedol, že pokiaľ by žalovaný zakázal činnosť spočívajúcu v uzatváraní vyššie uvedených vzťahov s členmi družstva (občanmi) a družstvom, zasiahol by tým do občiansko-obchodnoprávnych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Poukázal na skutočnosť, že žalovaný nevykonával a ani nemohol vykonávať dohľad nad celkovou činnosťou Družstva ako vyhlasovateľa verejnej ponuky majetkových hodnôt, nakoľko by konal v rozpore s čl. 2 ods. 2 Ústavy Slovenskej republiky a v rozpore s ustanoveniami zákona č. 566/1992 Zb. o Národnej banke Slovenska, so zákonom č. 566/2001 Z. z. o cenných papieroch a zákonom č. 747/2004 Z. z. o dohľade nad finančným trhom s tým, že žalovaný vykonáva dohľad nad činnosťou vyhlasovateľa len v zákonom vymedzenom limitovanom rozsahu podľa zák. č. 566/2001 Z. z., t. j. bol oprávnený kontrolovať zverejnenie schváleného Prospektu investície pred začatím verejnej ponuky (§ 126 ods. 2 a § 127 cit. zákona), aktuálnosť Prospektu investície počas lehoty trvania verejnej ponuky, plnenie informačných povinností vyhlasovateľa verejnej ponuky majetkových hodnôt, či dodržiavanie ustanovenia § 126 ods. 5 zákona č. 566/2001 Z. z. Súd prvej inštancie v dôvodoch svojho rozhodnutia ďalej poukázal na skutočnosť, že žalobca ako člen Družstva (t. j. podnikateľského subjektu) neinvestoval predmetné peňažné prostriedky do subjektu, na činnosť ktorého nemal žiaden vplyv, ale práve naopak, nakoľko na členskej schôdzi, ktorá je najvyšším orgánom družstva, si mohol uplatniť svoje právo riadiť záležitosti družstva, kontrolovať jeho činnosť a jeho orgánov v zmysle ustanovení Obchodného zákonníka a Stanov Družstva s tým, že sám žalobca svoj návrh odôvodňoval tým, že peňažné prostriedky do Družstva vložil výhradne a len z dôvodu, že sa spoľahol na to, že Družstvo a aj Obchodník s cennými papiermi sú subjekty, nad ktorými vykonáva dohľad Národná banka Slovenska, čím bude zabezpečené ich riadne fungovanie a tým budú nielen ochránené jeho peňažné prostriedky ale budú aj zhodnotené v garantovanej výške, keď jeho spoľahnutie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Uviedol, že žalobca vložil svoje finančné prostriedky do Družstva s plným vedomím toho, že ich vložením sa stal členom podnikateľského subjektu (Družstva), pričom s členstvom sú spojené určité práva a povinnosti, ktoré sa týkajú okrem iného aj hospodárenia a majetku družstva, a preto to bol práve samotný žalobca, ktorý zanedbal prevenčnú povinnosť uloženú mu Obchodným zákonníkom ako členovi Družstva, keďže v zmysle § 415 Občianskeho zákonníka mal postupovať ako člen Družstva v spolupráci s ďalšími členmi s primeranou dávkou opatrnosti, ktorú bolo možné od neho spravodlivo požadovať a zvážiť možnú mieru rizika, nakoľko sa mohol a mal presvedčiť o skutočnostiach uvádzaných Družstvom, mal sa aktívne, s dostatočnou starostlivosťou riadne a včas zaujímať o svoje práva (výkon svojich práv) voči Družstvu, nakoľko ich podcenením, či zanedbaním, sa aj sám pričinil o znehodnotenie alebo nevymožiteľnosť (stratu). Súd prvej inštancie uviedol, že nemal za preukázanú ani príčinnú súvislosť medzi žalobcom označenou škodou a tvrdeným nesprávnym úradným postupom Národnej banky Slovenska spočívajúcim v jej nečinnosti a nesúhlasil s tvrdením žalobcu, že keby Národná banka Slovenska včas zakročila a pozastavila by činnosť Družstva a Obchodníka s cennými papiermi, škoda by mu nevznikla. Uviedol, že uzavretím právneho úkonu s Družstvom, žalobcovi označená škoda ešte nevznikla, vznikla mu vymožiteľná pohľadávka voči Družstvu a škoda mu prípadne vznikne až v dôsledku nevymožiteľnosti tejto pohľadávky voči Družstvu s tým, že škoda žalobcu má svoje príčiny vo finančnom hospodárení Družstva a v spôsobe jeho podnikania, pričom pokiaľ by bola zakázaná činnosť Družstva a Obchodníka s cennými papiermi, uvedené samo o sebe by nemalo za následok, že pohľadávka žalobcu z uzavretých právnych úkonov by bola uspokojená; práve naopak, uložením sankcií by mohla byť táto vymožiteľnosť ohrozená z dôvodu dosahu na celú ich podnikateľskú činnosť. Poukázal na skutočnosť, že v čase jeho rozhodnutia žalobca nepodal nijakú žalobu o náhradu škody proti Družstvu, proti žiadnemu členovi predstavenstva Družstva, či proti členovi kontrolnej komisie (§ 251 ods. 2, § 243a ods. 4 a § 244 ods. 8 Obchodného zákonníka), resp. nepreukázal, že si takúto škodu uplatnil a jeho škoda nemohla byť týmto spôsobom nahradená. Uviedol, že podľa ustálenej súdnej judikatúry, nárok na náhradu škody podľa zákona č. 58/1969 Zb., ako aj zákona č. 514/2003 Z. z. môže byť v občianskom súdnom konaní úspešne uplatnený voči štátu až vtedy, ak nemožno dosiahnuť uspokojenie pohľadávky veriteľa voči dlžníkovi iným titulom, a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Súd prvej inštancie v odôvodnení svojho rozhodnutia uviedol, že žalobca si svoje nároky na náhradu škody môže uplatniť v zmysle ustanovenia § 243a ods. 4 Obchodného zákonníka za splnenia podmienok vzniku škody voči členom predstavenstva Družstva alebo členom kontrolnej komisie podľa ustanovenia § 244 Obchodného zákonníka, ktorý v § 251 ods. 2, § 243a ods. 4 a § 244 ods. 8 explicitne zakotvuje, že každý člen družstva je oprávnený v mene družstva podať žalobu o náhradu škody proti členovi predstavenstva z titulu jeho zodpovednosti voči družstvu za ním spôsobenú škodu a každý veriteľ družstva môže vo svojom mene a na vlastný účet uplatniť nároky družstva na náhradu škody proti členom predstavenstva a tiež proti členom kontrolnej komisie, keď členovia predstavenstva družstva, ktorí porušili svoje povinnosti pri výkone svojej funkcie sú zodpovední spoločne a nerozdielne za škodu, ktorú tým družstvu spôsobili. Uviedol, že existencia pohľadávky žalobcu na náhradu škody voči vyššie uvedeným subjektom Družstva vylučuje možnosť, aby sa žalobca mohol úspešne domáhať náhrady škody voči štátu podľa zákona č. 514/2003 Z. z. s tým, že žalobca nepreukázal, že by sa bez svojej viny bezúspešne domáhal náhrady škody voči subjektom Družstva, keď škoda na strane žalobcu vznikne až okamihom, keď sa právo veriteľa na plnenie voči dlžníkovi stane fakticky nevymáhateľným. Výrok, ktorým uložil žalobcovi povinnosť zaplatiť žalovanému trovy konania podľa miery úspechu vo výške 100 % odôvodnil právne ust. § 255 ods. 1 Civilného sporového poriadku a vecne tým, že nárok žalobcu proti žalovanému vyhodnotil v celom rozsahu ako nedôvodný, čím žalovanému vznikol nárok na náhradu trov konania v plnej výške, t. j. miera úspechu žalovaného bola 100 %. 2. Proti tomuto rozsudku podal žalobca v zákonnej lehote odvolanie z dôvodu, že konanie má inú vadu, ktorá mohla mať za následok nesprávne rozhodnutie vo veci (§ 365 ods. 1 písm. d/ C. s. p.), súd prvej inštancie nevykonal navrhnuté dôkazy, potrebné na zistenie rozhodujúcich skutočností (§ 365 ods. 1 písm. e/ C. s. p.), na základe vykonaných dôkazov dospel k nesprávnym skutkovým zisteniam (§ 365 ods. 1 písm. f/ O. s. p.) a rozhodnutie súdu prvej inštancie vychádza z nesprávneho právneho posúdenia veci (§ 365 ods. 1 písm. h/ C. s. p.) a navrhol rozsudok zmeniť a jeho žalobe vo veci samej vyhovieť, resp. rozsudok v celom rozsahu zrušiť a vec vrátiť na ďalšie konanie. Zároveň žiadal priznať náhradu trov konania. V dôvodoch svojho odvolania namietol,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žalovaného, pretože nemohol predpokladať, že dohľad nad Prospektom investície je podľa žalovaného len formálny, resp., že takýto je jeho obsah podľa výkladu žalovaného, pretože zákon o dohľade takýmto spôsobom obsah dohľadu nad Prospektom investícií nedefinoval a postup Národnej banky Slovenska bol preto svojvoľný v neprospech každého, ktorý sa na žalovaného z hľadiska stability a ochrany investície spoľahol a poukázal na nálezy Ústavného súdu SR sp. zn. III. ÚS 341/07, sp. zn. ÚS 243/07, sp. zn. PL. ÚS 21/96. Argument žalovaného, že upozornil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prvoinštančného súdu, že neexistuje príčinná súvislosť medzi škodou a porušením zákonných povinností Národnou bankou Slovenska, spočívajúce v nesprávnom výkone dohľadu, ktorým bol porušený zák. č. 566/2001 Z. z. Za obzvlášť nepochopiteľný považoval žalobca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 mája 2007, Družstvo ako vyhlasovateľ verejnej ponuky majetkových hodnôt, ako aj Obchodník, patrili a patria k povinne dohliadaným subjektom zo strany Národnej banky Slovenska napriek tomu, že žalovaný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O.. W. D., B..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O.. A. Č., vtedajší predseda predstavenstva Obchodníka. Uviedol,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 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zanedbaným dohľadom ani v minimálnej možnej miere neochránila. Poukázal na skutočnosť, že Národná banka Slovenska tým, že dňa 04.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Žalobca vo svojom odvolaní ďalej uviedol, že Družstvo zhromažďovalo peňažné prostriedky a zabezpečovalo ich zhodnocovanie v zmysle Zákona o cenných papieroch na základe verejnej ponuky majetkových hodnôt v zmysle § 126 Zákona o cenných papieroch, a to na základe zverejneného Prospektu investície, ktorý schválila Národná banka Slovenska, pričom bol vypracovaný k 20. 02. 2002 a doplnený Dodatkom k prospektu investícií zo dňa 21. 03. 2003 a 03. 06. 2008. Poukázal na skutočnosť,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01.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svojím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K tvrdeniu súdu prvej inštancie, že žalobu je nutné zamietnuť aj z dôvodu, že nárok na náhradu škody môže byť úspešne uplatnený iba vtedy, ak nemôže dosiahnuť uspokojenie svojej pohľadávky v konkurznom konaní, ktorý bol vyhlásený na majetok Družstva, ktorého bol členom uviedol, že pri svojom rozhodovaní nezohľadnil, resp. nevyhodnotil správne ním navrhnuté dôkazy, a to správu správcu konkurznej podstaty úpadcu PDSI o stave konkurzu a jeho výpoveď v konaní pod sp. zn. 7C/206/2011, z ktorých vyplýva, že aktuálny stav konkurzu je taký, že objektívne vylučuje jeho možnosť uspokojiť sa z konkurzu. Namietol, že súd prvej inštancie pochybil, keď neprihliadol na skutočnosť, že existujúce konkurzné konanie samo o sebe nevylučuje možnosť podať veriteľom, ktorí si prihlásili svoje pohľadávky do konkurzu, žalobu o náhradu škody proti štátu a nerobí žalobu predčasnou, nakoľko súd je povinný v konaní o náhradu škody skúmať, či aktuálny stav konkurzného konania objektívne vylučuje možnosť uspokojenia žalobcu ako veriteľa v konkurznom konaní a ak áno, v akom rozsahu, pričom súd pri tomto hodnotení dokonca nemá čakať až na konečné rozvrhové uznesenie konkurzného súdu, ale je povinný zohľadniť už napr. správy ustanoveného správcu konkurznej podstaty o stave daného konkurzu. Uviedol, že nakoľko súd prvého stupňa (právnemu zástupcovi žalobcu zrejme uniklo, že od účinnosti Civilného sporového poriadku ide o súd prvej inštancie, pozn. odvolacieho súdu), nezohľadnil správu o stave konkurzu, ako aj výpoveď ustanoveného správcu konkurznej podstaty, došlo odvolacím súdom (zrejme súdom prvej inštancie, pozn. odvolacieho súdu) k nesprávnemu právnemu posúdeniu veci, nakoľko v čase rozhodovania, jeho škoda existovala. 3. Žalovaný vo svojom vyjadrení k odvolaniu žalobcu uviedol, že navrhuje rozsudok súdu prvej inštancie potvrdiť, nakoľko prvoinštančný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 s tvrdením žalobcu, že je povinnosťou všeobecného súdu dať odpoveď na všetky otázky nastolené stranou sporu, keď aj podľa konštantnej judikatúry Ústavného súdu SR, všeobecný súd musí dať odpoveď na tie otázky nastolené stranou,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žalobcu, a preto jeho tvrdenie, že napadnutý rozsudok súdu prvej inštancie považuje za denegatio iustitiae, je účelové. Žalovaný vo svojom vyjadrení uviedol, že žalobca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Žalovaný vo svojom vyjadrení uviedol, že žalobca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01.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Žalovaný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Žalovaný namietol, že nikdy počas súdneho konania netvrdil, že obchodník CI a Družstvo nepatria medzi dohliadané subjekty, ale zdôraznil, že nevykonával dohľad nad finančnými ukazovateľmi Družstva, ktoré malo široký predmet činnosti. Nesúhlasil s tvrdením žalobcu,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žalovaný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žalobcu a jej výška voči Družstvu sa bude zisťovať v rámci incidenčných súdnych konaní, pokiaľ ich správca konkurznej podstaty Družstva neuzná skôr a až následne, ak pohľadávka žalobcu voči Družstvu nebude uspokojená v rámci konkurzu, môže žalobcovi vzniknúť škoda. Poukázal na skutočnosť, že žalobca nepreukázal prvotný predpoklad zodpovednosti štátu za škodu, a to jej vznik, s poukazom na judikatúru Ústavného súdu SR sp. zn. II.ÚS 165/2012-45 z 13. februára 2013. K námietke žalobcu, že v konkurze na majetok Družstva a v súvisiacich incidenčných súdnych konaniach ani viac ako dva roky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4. Žalobca, ktorému bolo vyjadrenie žalovaného k jeho odvolaniu doručené dňa 20. 09. 2017, sa k nemu nevyjadril. 5. Odvolací súd preskúmal vec viazaný rozsahom a dôvodmi odvolania podľa § 379 a § 378 ods. l CSP (zák. č. 160/2015 Z. z. účinný od 01. 07. 2016, Civilný sporový poriadok), túto prejednal bez nariadenia odvolacieho pojednávania, keďže nebolo potrebné zopakovať alebo doplniť dokazovanie a nevyžadoval to dôležitý verejný záujem a rozsudok verejne vyhlásil dňa 21. decembra 2017 podľa § 378 ods. 1 v spojení s § 219 ods. 3 CSP, pričom o termíne verejného vyhlásenia rozsudku boli strany sporu, ich právni zástupcovia, upovedomení zákonným spôsobom. 6. Súd prvej inštancie vo veci samej riadne zistil skutkový stav, keď vykonal dokazovanie v rozsahu potrebnom na zistenie rozhodujúcich skutočností z hľadiska posúdenia opodstatnenosti žaloby, výsledky vykonaného dokazovania správne zhodnotil (§ 191 ods. 1 CSP) a na ich základe dospel k správnym skutkovým a právnym záverom, ktoré v napadnutom rozhodnutí aj náležite odôvodnil (§ 220 ods. 2 CSP).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Z obsahu spisu vyplýva, že žalobca bol členom PODIELOVÉHO DRUŽSTVA SLOVENSKÉ INVESTÍCIE, Poľná č. 1, Bratislava, IČO: 35 784 717 (ďalej „Družstvo“), toho času v konkurze vyhlásenom uznesením Okresného súdu Bratislava I zo dňa 11. apríla 2011, č. k. 3K/95/2010 - 21, právoplatným dňa 05. mája 2011, a dňa 10. januára 2011 mu bola týmto Družstvom vystavená zmenka na videnie v hodnote 5. 701, 34 eur, ktorej zaplatenia titulom škody spôsobenej nesprávnym úradným postupom žalovaného, sa v konaní domáha. 9. Z obsahu spisu ďalej vyplýva, že dňa 02.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10. Medzi stranami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01.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11. V posudzovanej veci sa žalobca žalobou podanou na súd prvej inštancie dňa 30. decembra 2011 domáhal uložiť žalovanému povinnosť zaplatiť mu škodu v sume 5. 701, 34 eur s 9, 25 % úrokom z omeškania ročne od 19. apríla 2011 do zaplatenia, ktorá mu vznikla v príčinnej súvislosti s nesprávnym úradným postupom Národnej banky Slovenska, špecifikovanom v podanej žalobe a doplnenej podaním zo dňa 15. 05. 2013,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04. marca 2011, kedy nadobudlo právoplatnosť rozhodnutie o odobratí povolenia, nedostatočné opatrenia a zapríčinila, že žalobca nemohol rozpoznať riziko svojej investície už skôr, najmä po zisteniach, že Obchodník s cennými papiermi poskytol Družstvu investičnú službu, ktorú mu poskytovať nemohol. 12. Žalobca sa teda voči štátu domáha náhrady škody, ktorá mu mala byť spôsobená nesprávnym úradným postupom Národnej banky Slovenska podľa zák. č. 514/2003 Z. z. o zodpovednosti za škodu spôsobenú pri výkone verejnej moci a o zmene niektorých zákonov (ďalej „zák. č. 514/2003 Z. z.“). 13. Hmotnoprávnym základom pre uplatnenie práva žalobcu na náhradu škody je ust. § 9 zák. č. 514/2003 Z. z., podľa ktorého štát zodpovedá za škodu spôsobenú nesprávnym úradným postupom. 14.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15.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16.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17.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18. Podľa § 420 ods. 1 Občianskeho zákonníka, každý zodpovedá za škodu, ktorú spôsobil porušením právnej povinnosti. 19. Podľa § 442 ods. 1 Občianskeho zákonníka, uhrádza sa skutočná škoda a to, čo poškodenému ušlo (ušlý zisk). 20.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21.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žalovaného mal spočívať aj v tom, že Národná banka Slovenska oneskorene zistila neaktuálnosť Prospektu investícií Družstva. 22. V tejto súvislosti je potrebné uviesť, že ak v posudzovanej veci úradným postupom je postup Národnej banky Slovenska ako orgánu štátu súvisiaci s výkonom štátnej (verejnej) moci, ktorý sa dotýka žalobcu, predovšetkým jeho individuálnych práv a povinností, tak neobstojí jeho námietka spočívajúca v tvrdení, že povinnosťou Národnej banky Slovenska bolo dohliadať na aktualizáciu Prospektu investícií. 23. Povinnosť aktualizovať Prospekt investície bola Družstvu uložená s účinnosťou až od 01.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01.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24. Odvolací súd považuje za potrebné poukázať aj na skutočnosť, že Družstvo ako vyhlasovateľ verejnej ponuky majetkových hodnôt malo zákonom uloženú povinnosť dodržiavať schválený Prospekt investície až od 01. júna 2010, kedy boli novelou ustanovenia § 129 ods. 3 zák. č. 566/2001 Z. z. o cenných papieroch, vykonanej zák. č. 129/2010 Z. z. rozšírené povinnosti družstva a preto pokiaľ Družstvo od 31. decembra 2006 do 01. júna 2010 zo zákona takúto povinnosť nemalo, nemohla Národná banka Slovenska skúmať ani túto povinnosť prostredníctvom výkonu dohľadu, keď Družstvo samo o sebe nebolo povinné Prospekt investície dodržiavať. 25.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26.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01. marca 2011, č. GUV - 274/2011,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27. Odvolací súd sa nestotožnil ani s námietkou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 januára 2008, č. OPK - 9750/3/2007, ktorým mu uložila pokutu vo výške 16. 596, 96 eur (500. 000,- Sk), kedy po zrušení a vrátení veci na ďalšie konanie Bankovou radou Národnej banky Slovenska, opätovne rozhodnutím zo dňa 20. augusta 2008, č. OPK-9750-5/2007, uložila Obchodníkovi s cennými papiermi pokutu vo výške 9. 958, 18 eur (300. 000,- Sk) a následne rozhodnutím zo dňa 21. decembra 2010, č. ODT-8305-5/2010, ktorým odobrala Obchodníkovi s cennými papiermi povolenie na poskytovanie investičných služieb, je dôležité zdôrazniť nasledovné. 28. Žalobca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29. Súd prvej inštancie preto dospel k správnemu právnemu záveru,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30.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žalobca očakával a namietal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prvoinštančným súdom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žalobcom tvrdený nesprávny úradný postup žalovaného, v konaní nepreukázal s poukazom na skutočnosť, že nedostatočnosť opatrení prijatých Národnou bankou Slovenska, podľa názoru žalobcu, bez opory v zákone, podľa jeho subjektívneho presvedčenia, sa nemusia vždy legitímne zhodovať s objektívnou realitou. 31. V súvislosti s vyhlásením konkurzu uznesením Okresného súdu Bratislava I zo dňa 11. apríla 2011, č. k. 3K/95/2010 - 21, právoplatným dňa 05. mája 2011 na majetok Družstva ako úpadcu, odvolací súd uvádza, že nárok na náhradu škody spôsobenej nesprávnym úradným postupom voči žalovanému môže byť v občianskom súdom konaní uplatnený až vtedy, ak žalobca nemohol dosiahnuť uspokojenie svojej pohľadávky v konkurznom konaní, a nakoľko si žalobca pohľadávku, ktorá je predmetom tohto sporu uplatnil v konkurznom konaní, škoda mu ešte nevznikla, a preto nemôže byť daná zodpovednosť štátu za škodu. Nárok na náhradu škody od štátu by mohol žalobca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32. Odvolací súd sa v celom rozsahu stotožnil so správnym právnym záverom súdu prvej inštancie uvedeným v odôvodnení napadnutého rozsudku, na ktoré odôvodnenie spĺňajúce všetky požiadavky ust. § 220 ods. 2 CSP aj v celom rozsahu poukazuje a preto tento rozsudok ako vecne správny potvrdil podľa § 387 ods. 1 a 2 CSP. 33. O trovách odvolacieho konania rozhodol odvolací súd podľa ust. § 396 ods. 1 CSP v spojení s § 262 ods. 2 CSP tak, že žalovanému úspešnému v odvolacom konaní priznal nárok náhradu trov konania v plnej výške s tým, že o výške tejto náhrady rozhodne súd prvej inštancie po právoplatnosti tohto rozsudku samostatným uznesením, ktoré vydá súdny úradník. 34.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https://www.kauzis.sk/judikatura/r/ECLI:SK:KSBA:2017:1111244879.2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