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9Co/48/2017 z 5. 4. 2017</w:t>
      </w:r>
    </w:p>
    <w:p>
      <w:r>
        <w:t>Rozsudok Krajského súdu Bratislava z 5. apríla 2017, sp. zn. 9Co/48/2017, ECLI:SK:KSBA:2017:1111244890.2</w:t>
      </w:r>
    </w:p>
    <w:p>
      <w:r>
        <w:t>Súd: Krajský súd Bratislava</w:t>
      </w:r>
    </w:p>
    <w:p>
      <w:r>
        <w:t>Spisová značka: 9Co/48/2017</w:t>
      </w:r>
    </w:p>
    <w:p>
      <w:r>
        <w:t>ECLI: ECLI:SK:KSBA:2017:1111244890.2</w:t>
      </w:r>
    </w:p>
    <w:p>
      <w:r>
        <w:t>Dátum vydania: 5. 4. 2017</w:t>
      </w:r>
    </w:p>
    <w:p>
      <w:r>
        <w:t>Forma: Rozsudok</w:t>
      </w:r>
    </w:p>
    <w:p>
      <w:r>
        <w:t>Oblasť práva: Občianske právo</w:t>
      </w:r>
    </w:p>
    <w:p>
      <w:pPr>
        <w:pStyle w:val="Heading2"/>
      </w:pPr>
      <w:r>
        <w:t>Text rozhodnutia</w:t>
      </w:r>
    </w:p>
    <w:p>
      <w:r>
        <w:t>Súd: Krajský súd Bratislava Spisová značka: 9Co/48/2017 Identifikačné číslo súdneho spisu: 1111244890 Dátum vydania rozhodnutia: 06. 04. 2017 Meno a priezvisko sudcu, VSÚ: JUDr. Magdaléna Floreková ECLI: ECLI:SK:KSBA:2017:1111244890.2 ROZSUDOK V MENE SLOVENSKEJ REPUBLIKY Krajský súd v Bratislave v senáte zloženom z predsedníčky senátu JUDr. Magdalény Florekovej a členov senátu JUDr. Romana Huszára a JUDr. Zuzany Posluchovej v právnej veci žalobkyne: H. E., X.. XX. XX. XXXX, L. L., Ľ. O. XX, zastúpená advokátskou kanceláriou FUTEJ &amp; Partners s.r.o., Bratislava so sídlom Radlinského 2, proti žalovanej: Slovenská republika, zastúpená Národnou bankou Slovenska, so sídlom Imricha Karvaša 1, Bratislava, o náhradu škody 1.083,43 € s príslušenstvom, na odvolanie žalobkyne proti rozsudku Okresného súdu Bratislava I zo dňa 24. apríla 2014, č. k. 16C/215/2011-108, takto r o z h o d o l : Odvolací súd rozsudok súdu prvej inštancie v napadnutej časti p o t v r d z u j e. Žalovaná m á právo na náhradu trov odvolacieho konania v rozsahu 100 %. o d ô v o d n e n i e : 1. Napadnutým rozsudkom súd prvej inštancie zamietol návrh, ktorým sa žalobkyňa voči žalovanej domáhala zaplatenia sumy 1.083,43 € s príslušenstvom predstavujúcu náhradu škody spôsobenej nesprávnym úradným postupom žalovanej pri vykonávaní bankového dohľadu nad činnosťou PODIELOVÉHO DRUŽSTVA SLOVENSKÉ INVESTÍCIE (ďalej len „PDSI“) a obchodníka s cennými papiermi CAPITAL INVEST, o.c.p., a.s. (ďalej len „obchodník s CP“). Ďalej prvoinštančný súd zamietol návrh žalobkyne na podanie prejudiciálnej otázky Súdnemu dvoru Európskej únie a rozhodol, že žalovanej náhradu trov konania nepriznáva. 2. Svoje rozhodnutie po právnej stránke súd prvej inštancie odôvodnil ustanoveniami § 3 ods. 1, 2, § 9 ods.1,2, § 15 ods.1, § 17 ods.1 zákona č. 514/2003 Z. z. o zodpovednosti za škodu spôsobenú pri výkone verejnej moci. Po vykonanom dokazovaní zistil, že žalobkyňa sa stala členom PDSI (ďalej iba „Družstvo“), do ktorého vložila peňažné prostriedky. Uznesením Okresného súdu Bratislava I zo dňa 11.4.2011, sp. zn. 3K 95/2010 bol na majetok Družstva ako úpadcu vyhlásený konkurz, do funkcie správcu bol ustanovený H.. H. Z. a veritelia Družstva boli vyzvaní na prihlásenie pohľadávok v lehote 45 dní odo dňa vyhlásenia konkurzu. Žalobkyňa si voči Družstvu pohľadávku vo výške žalovanej sumy prihlásila, táto bola správcom konkurznej podstaty v celom rozsahu popretá; v súčasnosti je na rovnakom súde vedené incidenčné konanie pod sp. zn. 9Cbi 26/2011, ktoré doposiaľ nie je právoplatne skončené. 3. Súd prvej inštancie po vykonanom dokazovaní dospel k záveru, že žalobkyňa v konaní nepreukázala vznik škody. Zohľadnil pritom ustálenú súdnu judikatúru (rozhodnutie Najvyššieho súdu Slovenskej republiky, sp. zn. 4Cdo 199/2005 )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Žalobkyňa v čase rozhodovania súdu nepreukázala bezúspešnosť uplatňovania svojich práv voči Družstvu. Súd prvej inštancie mal za zrejmé, že toho času nie je možné ustáliť majetok úpadcu - Družstva, s ktorým bola žalobkyňa v záväzkovom vzťahu a z ktorého majetku by mala byť uspokojená jej pohľadávka uplatňovaná i v prebiehajúcom konaní titulom náhrady škody za nesprávny úradný postup. Z tohto dôvodu nemohol súd prvej inštancie v rozhodnom čase ustáliť, či a najmä v akej výške vznikla žalobkyni škoda, ktorá okolnosť je rozhodná aj pre plynutie premlčacej doby na uplatnenie nároku na náhradu škody voči štátu. Konštatoval, že ak neexistuje škoda v dobe rozhodovania súdu o uplatnenom nároku žalobkyne na jej náhradu, nárok bol uplatnený predčasne. 4. Súd prvej inštancie ďalej v rozhodnutí konštatoval, že aj v prípade preukázania škody žalobkyňou by nebolo možné návrhu vyhovieť z dôvodu nepreukázania tvrdeného nesprávneho úradného postupu NBS. Pri posudzovaní tvrdeného nesprávneho úradného postupu NBS sa stotožnil s tvrdeniami a argumentáciou žalovanej v danom smere produkovanými v priebehu konania. Pokiaľ ide o nesprávny úradný postup spočívajúci v oneskorenom zistení neaktuálnosti údajov zahrnutých do Prospektu investície, a tým neplatnosti Prospektu investície a následnom oneskorení zakázania činnosti Družstva, prvoinštančný súd mal zato, že dohľad NBS nad činnosťou Družstva ako vyhlasovateľa verejnej ponuky majetkových hodnôt, bol regulovaný zákonom č. 566/2001 Z. z. o cenných papieroch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počnúc od 1.1.2009 i povinnosť aktualizácie Prospektu investície podľa § 125c ods. 1 v spojení s § 127 ods. 4 zákona č. 566/2001 Z.z. a počnúc od 1.6.2010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15.4.2010, kedy požiadalo o preskúmanie postupu obchodníka s cennými papiermi, nesignalizovalo Národnej banke Slovenska zhoršenie jeho finančnej situácie, príp. nedostatky v činnosti obchodníka s cennými papiermi. Pri výkone dohľadu na mieste samom v dňoch 20.4.2010 do 6.5.2010 Národná banka Slovenska zistila zmeny v údajoch v Prospekte investície, ktoré by mohli ovplyvniť hodnotenie majetkových hodnôt, s následkom neaktuálnosti Prospektu investície, nie však jeho neplatnosti; zo žiadnych ustanovení zákona č. 566/2001 Z. z. nevyplýva neplatnosť Prospektu investície pre neaktuálnosť jeho údajov (tá sa vzťahuje len na Prospekt cenných papierov podľa § 123 zákona č. 566/2001 Z. z.). Národná banka Slovenska vyzvala Družstvo na predloženie žiadosti o schválenie dodatku Prospektu investície. Ako vyplýva z rozhodnutia NBS zo dňa 26.8.2010, č. OPK-5664/1-5/2010,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dňa 30.5.2011, č. ODT-10890-4/2010, ktorým zakázala Družstvu predaj majetkových hodnôt. Na základe uvedeného mal súd prvej inštancie za zrejmé, že NBS konala v rámci svojich oprávnení stanovených zákonom a v jej postupe nebol zistený namietaný nesprávny úradný postup. 5. Pokiaľ ide o nesprávny úradný postup spočívajúci v prijatí nedostatočných opatrení na nápravu protiprávneho stavu po zisteniach v Prerokovaní nedostatkov podľa zápisu zo dňa 24.8.2007 súd prvej inštancie uviedol, že predmetom konania je nesprávny úradný postup žalovaného, a nie obchodníka s cennými papiermi; preto v priamej príčinnej súvislosti s ním mohla vzniknúť škoda len Družstvu, a nie žalobcovi. Žalobca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Keďže dohľad Národnej banky Slovenska bol limitovaný zákonom č. 566/2001 Z. z., informácie a podklady, ktoré mala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1.6.2010. 6. Vo vzťahu k nesprávnemu úradnému postupu NBS spočívajúceho v prijatí nedostatočných opatrení na nápravu protiprávneho stavu po zistení závažných pochybení obchodníka s cennými papiermi pri činnosti voči Družstvu mal súd prvej inštancie za to, že ani v tomto smere sa nemožno stotožniť s argumentáciou žalobkyne, a to v prvom rade pre absenciu priamej príčinnej súvislosti s prípadnou škodou na strane žalobcu. Zároveň súd prvej inštancie poukázal na to, že z listinných dôkazov, najmä jednotlivých rozhodnutí NBS o uložení pokuty vo výške 500.000,- Sk (rozhodnutie zo dňa 8.1.2008, č. OPK 9750/3/2007), vo výške 300.000,- Sk (rozhodnutie zo dňa 20.8.2008,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a zamedziť tak znehodnoteniu, príp. nevymožiteľnosti svojich majetkových a iných práv súvisiacich s Družstvom. 7. Na základe všetkých vyššie uvedených skutočností súd prvej inštancie posúdil nárok žalobkyne ako nedôvodný a v celom rozsahu ho zamietol pri nepreukázaní vzniku škody, nesprávneho úradného postupu, a tým ani vzniku príčinnej súvislosti medzi škodou a nesprávnym úradným postupom. 8. V napadnutom rozsudku súd prvej inštancie ďalej zamietol návrh žalobkyne na podanie prejudiciálnej otázky Súdnemu dvoru Európskej únie právne dôvodiac § 109 ods.1 písm. c/ O.s.p., čl 267 Zmluvy o fungovaní Európskej únie, konštatujúc, že žalobkyňou predložený zoznam navrhovaných prejudiciálnych otázok nemá bezprostredný súvis s prebiehajúcim konaním. 9. O trovách konania súd prvej inštancie rozhodol podľa § 142 ods. 1 O.s.p. a ich náhradu úspešnej žalovanej nepriznal z dôvodu, že táto si náhradu trov konania neuplatnila. 10. Proti tomuto rozsudku a to proti výroku, ktorým súd návrh vo veci samej zamietol podala v zákonom stanovenej lehote odvolanie žalobkyňa, ktorá žiadala, aby odvolací súd rozsudok v napadnutej časti zmenil, návrhu v celom rozsahu vyhovel a zaviazal žalovanú k náhrade trov konania, alternatívne žiadala rozsudok v napadnutej časti zrušiť a vec vrátiť súdu prvej inštancie na ďalšie konanie. Vo svojom odvolaní namietala,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Poukázala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Nesúhlasila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žalobcu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Č.U., vtedajší predseda predstavenstva obchodníka. Žalobkyňa poukázala tiež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11. Žalobkyňa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12. Žalobkyňa tiež nesúhlasila so záverom súdu prvého stupňa o tom, že nárok na náhradu škody voči štátu môže byť úspešne uplatnený iba vtedy, ak žalobca nemôže dosiahnuť uspokojenie svojej pohľadávky v konkurznom konaní, ktorý bol vyhlásený na majetok družstva, ktorého bola žalobca členom. Súd prvej inštancie uviedol, že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štátu za škodu s právnou úpravou konkurzu. Žalobkyňa zastala názor, že podmienkou vzniku zodpovednosti štátu za škodu spôsobenú nesprávnym úradným postupom podľa § 9 zák. č. 514/2003 Z.z. nie je, aby poškodený preukázal bezúspešnosť vydania pohľadávky v konkurznom konaní, pretože zákon č. 514/2003 Z.z. upravujúci osobitný druh zodpovednosti nedefinuje uvedenú podmienku ako jednu z (osobitných) predpokladov tejto zodpovednosti 13. Záverom vo svojom odvolaní žalobkyňa poukázala na závery uznesenia Najvyššieho SR zo dňa 31. januára 2012, sp. zn. 6MCdo 11/2010 a na to, že zo zápisníc o pojednávaní pred prvoinštančným súdom vyplýva, že listinné dôkazy vyžiadané prvoinštančným súdom, resp. predložené účastníkmi konania neboli riadne vykonané spôsobom podľa § 129 ods. 1 O.s.p. a preto nemôžu byť právnym podkladom pre právne posúdenie veci o základe uplatneného nároku. 14/ Žalovaná sa k odvolaniu žalobkyne vyjadrila tak, že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O.s.p.),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v konaní nepreukázal bezúspešné uplatnenie nároku voči družstvu PDSI, čo znamená, že nepreukázal vznik škody. K námietke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15/ O odvolaní žalobkyne rozhodol odvolací súd ( v poradí prvým ) rozsudkom zo dňa 22. januára 2015 č. k. 9Co 522/2014-153 tak, že rozsudok súdu prvej inštancie v napadnutej časti potvrdil a žalovanej nepriznal náhradu trov konania. Proti rozsudku odvolacieho súdu podala žalobkyňa dovolanie, na základe ktorého Najvyšší súd Slovenskej republiky uznesením zo dňa 20. decembra 2016 rozsudok odvolacieho súdu zrušil a vec mu vrátil na ďalšie konanie. Vo svojom uznesením Najvyšší súd Slovenskej republiky uviedol, že Európsky súd pre ľudské práva vydal 13.1.2015 rozsudok vo veci V. proti Slovenskej republike, v ktorom sa zaoberal aj opodstatnenosťou námietky o nemožnosti vyjadriť sa k vyjadreniu protistrany v rámci odvolania. Európsky súd pre ľudské práva dospel k záveru,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skutková a právna argumentácia. V danej veci Najvyšší súd zohľadnil, že k odvolaniu žalobkyne sa vyjadrila žalovaná, žalobkyňa (dovolateľka) ale nemala možnosť dozvedieť sa o tomto vyjadrení a prípadne sa k nemu aj vyjadriť, lebo súd jej toto vyjadrenie nedoručil. Opomenutím doručenia tohto vyjadrenia žalobkyni došlo k porušeniu jej práva na spravodlivý proces v súlade s čl. 6 ods. 1 Dohovoru o ochrane ľudských práv a základných slobôd a tým k odňatiu možnosti konať pred súdom v zmysle § 237 ods. 1 písm. f/ O.s.p. Z uvedeného dôvodu musel dovolací súd napadnutý rozsudok odvolacieho súdu zrušiť. 16/ V súlade s právnym názorom Najvyššieho súdu Slovenskej republiky ako dovolacieho súdu, bolo vyjadrenie žalovanej k odvolaniu žalobkyne (č. l. 144 spisu) doručené spolu s výzvou na vyjadrenie sa žalobkyni dňa 26.1.2017 ( č.l. 205 spisu ). Žalobkyňa sa k vyjadreniu žalovanej v stanovenej lehote nevyjadrila. 17/ Podľa § 470 ods. 1 prechodných ustanovení zákona č. 160/2015 Z. z. Civilný sporový poriadok účinného od 1.7.2016 (ďalej len „CSP“) ak nie je ustanovené inak, platí tento zákon aj na konania začaté predo dňom nadobudnutia jeho účinnosti. 18/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19/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20/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21/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22/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23/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24/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25/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26/ K námietke žalobkyne, že listinné dôkazy vyžiadané prvoinštančným súdom, resp. predložené stranami sporu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žalobkyne a vyjadrenie sa žalovanej boli vzájomne stranám sporu súdom prvej inštancie doručované pred pojednávaním nariadeným na prejednanie veci samej. Zo zápisnice z pojednávania súdu nariadeného na deň 24. 4. 2014 jednoznačne vyplýva, že listinné dôkazy doložené žalobkyňou a žalovaným v priebehu konania, ako aj listinné dôkazy predložené súdu v konaní boli súdom prvej inštancie riadne oboznámené. Uvedené znamená, že žalobkyňou vytýkané procesné pochybenie súdu prvej inštancie o riadnom nevykonaní dokazovania nevyhnutného k preukázaniu rozhodujúcich skutočností spôsobom uvedeným v § 129 ods.1 O.s.p. nebolo odvolacím súdom zistené. 27/ Odvolací súd zo všetkých vyššie uvedených dôvodov rozsudok súdu prvej inštancie v napadnutej časti ako vecne správny v zmysle § 387 ods. 1, 2 CSP potvrdil, vrátane výroku o trovách konania, o ktorých súd prvej inštancie správne rozhodol v zmysle § 142 ods. 1 v spojení s § 151 ods. 1 O.s.p. ( v znení účinnom do 30. 6. 2016 ). 28/ O nároku na náhradu trov odvolacieho konania rozhodol odvolací súd v zmysle § 396 ods. 1,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https://www.kauzis.sk/judikatura/r/ECLI:SK:KSBA:2017:1111244890.2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