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1Cob/58/2017 z 25. 10. 2017</w:t>
      </w:r>
    </w:p>
    <w:p>
      <w:r>
        <w:t>Uznesenie Krajského súdu Bratislava z 25. októbra 2017, sp. zn. 1Cob/58/2017, ECLI:SK:KSBA:2017:1112213458.2</w:t>
      </w:r>
    </w:p>
    <w:p>
      <w:r>
        <w:t>Súd: Krajský súd Bratislava</w:t>
      </w:r>
    </w:p>
    <w:p>
      <w:r>
        <w:t>Spisová značka: 1Cob/58/2017</w:t>
      </w:r>
    </w:p>
    <w:p>
      <w:r>
        <w:t>ECLI: ECLI:SK:KSBA:2017:1112213458.2</w:t>
      </w:r>
    </w:p>
    <w:p>
      <w:r>
        <w:t>Dátum vydania: 25. 10.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1Cob/58/2017 Identifikačné číslo súdneho spisu: 1112213458 Dátum vydania rozhodnutia: 26. 10. 2017 Meno a priezvisko sudcu, VSÚ: JUDr. Andrea Sedláčková ECLI: ECLI:SK:KSBA:2017:1112213458.2 Uznesenie Krajský súd v Bratislave v senáte zloženom z predsedníčky senátu JUDr. Andrey Sedlačkovej a členiek senátu Mgr. Soni Pekarčíkovej a JUDr. Andrey Haitovej v právnej veci žalobcu: VRBA &amp; PARTNERS s.r.o., Sliezska 9, Bratislava, IČO: 35 918 225, zast.: Advokátska kancelária Urbaničová s. r. o., Sliezska 9, Bratislava, IČO: 35 708 867 proti žalovanému: Panoráma Donovaly, s. r. o., Štefanovičová 12, Bratislava, IČO: 36 645 273, zast.: Weis &amp; Partners s.r.o., Ivánska cesta 30/B, Bratislava, IČO: 47 234 776 o zaplatenie sumy 18.777,66 eur s prísl. a o odvolaní žalovaného proti rozsudku Okresného súdu Bratislava I č.k. 35Cb 91/2012-311 zo dňa 11.7.2016 takto r o z h o d o l : Krajský súd v Bratislave odvolacie konanie z a s t a v u j e . Žalobcovi sa nárok na náhradu trov odvolacieho konania nepriznáva. o d ô v o d n e n i e : 1. Súd prvej inštancie napadnutým rozsudkom uložil žalovanému povinnosť zaplatiť žalobcovi sumu 17.805,82 eur s príslušenstvom. Súčasne uložil žalovanému povinnosť zaplatiť žalobcovi náhradu trov konania. 2. Proti tomuto rozsudku podal v zákonnej lehote žalovaný odvolanie. 3. Žalovaný písomným podaním zo dňa 12.9.2017 zobral svoje odvolanie proti rozsudku Okresného súdu Bratislava I č.k. 35Cb 91/2012-311 zo dňa 11.7.2016 späť v celom rozsahu. 4. Podľa § 369 ods. 1 CSP dokiaľ o odvolaní nebolo rozhodnuté, možno ho vziať späť. Ak odvolateľ vzal odvolanie späť, nemôže ho podať znova. 5. Podľa § 369 ods. 3 CSP ak sa odvolanie, o ktorom nebolo rozhodnuté, vzalo späť, odvolací súd odvolacie konanie zastaví. 6. Odvolací súd konštatuje, že k späťvzatiu odvolania žalovaným došlo pred rozhodnutím odvolacieho súdu o podanom odvolaní. Vzhľadom na tento dispozičný úkon žalovaného odvolací súd odvolacie konanie podľa § 369 ods. 3 CSP zastavil. 7. O trovách konania odvolací súd rozhodol podľa § 262 ods. 1 CSP tak, že žalobcovi nárok na náhradu trov odvolacieho konania nepriznal, a to z dôvodu mimosúdneho urovnania sporu. 8. Toto uznesenie bolo členmi senátu prijaté pomerom hlasov 3:0 (§ 3 ods. 9 tretia veta zák. č. 757/2004 Z.z.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https://www.kauzis.sk/judikatura/r/ECLI:SK:KSBA:2017:1112213458.2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