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7Co/699/2015 z 1. 11. 2017</w:t>
      </w:r>
    </w:p>
    <w:p>
      <w:r>
        <w:t>Uznesenie Krajského súdu Bratislava z 1. novembra 2017, sp. zn. 7Co/699/2015, ECLI:SK:KSBA:2017:1113232413.2</w:t>
      </w:r>
    </w:p>
    <w:p>
      <w:r>
        <w:t>Súd: Krajský súd Bratislava</w:t>
      </w:r>
    </w:p>
    <w:p>
      <w:r>
        <w:t>Spisová značka: 7Co/699/2015</w:t>
      </w:r>
    </w:p>
    <w:p>
      <w:r>
        <w:t>ECLI: ECLI:SK:KSBA:2017:1113232413.2</w:t>
      </w:r>
    </w:p>
    <w:p>
      <w:r>
        <w:t>Dátum vydania: 1. 11. 2017</w:t>
      </w:r>
    </w:p>
    <w:p>
      <w:r>
        <w:t>Forma: Uznesenie</w:t>
      </w:r>
    </w:p>
    <w:p>
      <w:pPr>
        <w:pStyle w:val="Heading2"/>
      </w:pPr>
      <w:r>
        <w:t>Text rozhodnutia</w:t>
      </w:r>
    </w:p>
    <w:p>
      <w:r>
        <w:t>Súd: Krajský súd Bratislava Spisová značka: 7Co/699/2015 Identifikačné číslo súdneho spisu: 1113232413 Dátum vydania rozhodnutia: 02. 11. 2017 Meno a priezvisko sudcu, VSÚ: JUDr. Blanka Podmajerská ECLI: ECLI:SK:KSBA:2017:1113232413.2 Uznesenie Krajský súd v Bratislave v senáte zloženom z predsedníčky senátu JUDr. Blanky Podmajerskej a členov senátu JUDr. Mariany Harvancovej a Mgr. Adely Unčovskej, v právnej veci žalobcov: 1/ T. C., nar. XX.X.XXXX, bytom C. X, C., 2/ Q. C., nar. XX.X.XXXX, bytom K. XX, C., 3/ C. C., nar. XX.XX.XXXX, bytom K. XX, C., obaja zast. T. C., nar. XX.X.XXXX, C. X, C., proti žalovaným: 1/ G. M., nar. XX.X.XXXX, naposledy bytom O. X, C., 2/ S. M., nar. XX.XX.XXXX, bytom Ľ. XX, C., zast. Mgr. Zuzana Jedličková, advokát, Royova 9, 921 01 Piešťany, 3/ S. N., nar. X.X.XXXX, bytom S. XX, C., 4/ Z.. S. N., nar. XX.X.XXXX, bytom S. XX, C., obaja zastúpení Mgr. Marcel Drgon, advokát, Jesenského 2, Bratislava, o návrhu na zaplatenie sumy 32 265 eur, na odvolanie žalobcu 3/ proti čiastočnému rozsudku Okresného súdu Bratislava I zo dňa 24.4.2015, č.k. 19C/188/2013-270, jednomyseľne takto r o z h o d o l : V odvolacom konaní vedenom Krajským súdom v Bratislave pod sp. zn. 7Co/699/2015 sa pokračuje namiesto žalovanej 1/ G. M., nar. XX.X.XXXX, zomrelej X.X.XXXX, naposledy bytom O.D. X, C. s jej dedičmi: H. M., nar. XX.X.XXXX, bytom Š. XX/XX, C., ako žalovaným 1/, S. M., nar. XX.XX.XXXX, K. XXXX/XX, C., ako žalovaným 2/. o d ô v o d n e n i e : 1. Napadnutým čiastočným rozsudkom súd prvej inštancie žalobu žalobcov voči žalovaným 1/ a 2/ zamietol, s tým, že o trovách konania rozhodne do 30 dní od právoplatnosti rozhodnutia vo veci samej. 2. Proti tomuto rozsudku podal v zákonnej lehote odvolanie žalobca 3/ a žiadal, aby odvolací súd napadnutý čiastočný rozsudok zrušil. 3. Právny zástupca žalovanej 1/ oznámil odvolaciemu súdu podaním zo dňa 12.2.2016, že žalovaná 1/ dňa X.X.XXXX zomrela. Na výzvu odvolacieho súdu podaním zo dňa 9.10.2017 predložila Osvedčenie o dedičstve sp.zn. 65D/144/2016, Dnot 26/2016-25 zo dňa 19.7.2016, spísané na Notárskom úrade notárky A.. Z. C., ktoré potvrdzuje, že dedičmi po poručiteľke G. M., zomr. X.X.XXXX je H. M., nar. XX.X.XXXX a S. M., nar. XX.XX.XXXX. 4. Podľa § 63 ods. 1 zákona č. 160/2015 Z. z. Civilný sporový poriadok (ďalej len „C.s.p.“), ak strana zomrie počas konania skôr, ako sa konanie právoplatne skončí, súd posúdi podľa povahy sporu, či má konanie zastaviť, alebo či v ňom môže pokračovať. 5.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6. Podľa § 65 ods. 1 C.s.p., právny nástupca podľa § 63 a 64 prijíma stav konania ku dňu zániku procesnej subjektivity svojho predchodcu. 7. Podľa § 65 ods. 2 C.s.p., procesné lehoty sa zánikom procesnej subjektivity prerušujú. 8. Podľa § 65 ods. 3 C.s.p. právnemu nástupcovi podľa odseku 1 začne plynúť nová procesná lehota doručením uznesenia podľa § 63 alebo § 64. 9. Odvolací súd z Osvedčenia o dedičstve vydaného notárkou A.. Z. C., ako súdnou komisárkou so sídlom L. XX N. C. zo dňa 19.7.2016, sp. zn. 6D/144/2016, Dnot 26/2016-25 zistil, že ako dedičia po poručiteľke G. M., zomr. X.X.XXXX, prichádzajú do úvahy v prvej dedičskej skupine synovia poručiteľky : H. M., nar. XX.X.XXXX a S. M., nar. XX.XX.XXXX. 10. Vzhľadom k uvedenému odvolací súd postupom podľa § 63 ods. 2 C.s.p. rozhodol o tom, že v konaní bude pokračovať K. M. po Ž. X/ (B. S.E.), B. R. K. H. M., H.. XX.X.XXXX a S. M., H.. XX.XX.XXXX. 11.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https://www.kauzis.sk/judikatura/r/ECLI:SK:KSBA:2017:1113232413.2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