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9Co/20/2017 z 27. 2. 2017</w:t>
      </w:r>
    </w:p>
    <w:p>
      <w:r>
        <w:t>Uznesenie Krajského súdu Bratislava z 27. februára 2017, sp. zn. 9Co/20/2017, ECLI:SK:KSBA:2017:1114202385.2</w:t>
      </w:r>
    </w:p>
    <w:p>
      <w:r>
        <w:t>Súd: Krajský súd Bratislava</w:t>
      </w:r>
    </w:p>
    <w:p>
      <w:r>
        <w:t>Spisová značka: 9Co/20/2017</w:t>
      </w:r>
    </w:p>
    <w:p>
      <w:r>
        <w:t>ECLI: ECLI:SK:KSBA:2017:1114202385.2</w:t>
      </w:r>
    </w:p>
    <w:p>
      <w:r>
        <w:t>Dátum vydania: 27.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9Co/20/2017 Identifikačné číslo súdneho spisu: 1114202385 Dátum vydania rozhodnutia: 28. 02. 2017 Meno a priezvisko sudcu, VSÚ: JUDr. Roman Huszár ECLI: ECLI:SK:KSBA:2017:1114202385.2 Uznesenie Krajský súd v Bratislave v senáte zloženom z predsedu senátu JUDr. Romana Huszára a členiek senátu JUDr. Magdalény Florekovej a JUDr. Zuzany Posluchovej v právnej veci žalobcu: Rozhlas a televízia Slovenska, so sídlom Mlynská dolina, 845 45 Bratislava, IČO: 47 232 480, proti žalovanému: DT FOOD, s.r.o., so sídlom Hviezdoslavovo námestie 15, 811 02 Bratislava, IČO: 36 840 220, zastúpený Advokátska kancelária ECKER - KÁN &amp; PARTNERS, s.r.o., Bratislava, Nám. M. Benku č. 9, IČO: 35 886 625, o zaplatenie 298,28 € s príslušenstvom, na odvolanie žalovaného proti rozsudku Okresného súdu Bratislava I zo dňa 30. marca 2015, č. k. 7C/51/2014-36, takto r o z h o d o l : Odvolací súd odvolanie žalovaného o d m i e t a. Žalobca má právo na náhradu trov odvolacieho konania v rozsahu 100 %. o d ô v o d n e n i e : 1. Napadnutým rozsudkom pre zmeškanie súd prvej inštancie zrušil platobný rozkaz č. k. 51C/40/2014-11 zo dňa 3.2.2014 a uložil žalovanému povinnosť zaplatiť žalobcovi sumu 365,38 €, ako aj nahradiť trovy konania. 2. Žalovaný napadol rozsudok odvolaním domáhajúc sa jeho zrušenia a vrátenia súdu prvej inštancie na ďalšie konanie, jeho odvolanie bolo podané na pošte dňa 27.5.2016. 3. Žalobca sa k odvolaniu žalovaného vyjadril v tom zmysle, že žiadal napadnutý rozsudok súdu prvej inštancie potvrdiť. 4. Podľa § 470 ods. 1 prechodných ustanovení zákona č. 160/2015 Z. z. Civilný sporový poriadok platného a účinného od 1.7.2016 (ďalej len „CSP“) ak nie je ustanovené inak, platí tento zákon aj na konania začaté predo dňom nadobudnutia jeho účinnosti. 5. Odvolací súd s poukazom na vyššie uvedené ustanovenie CSP preskúmal a prejednal vec v rozsahu podaného odvolania v zmysle § 379 a § 380 ods. 1 CSP bez nariadenia odvolacieho pojednávania a dospel k záveru, že odvolanie žalovaného je potrebné odmietnuť. 6. Podľa § 386 písm. a/ CSP odvolací súd odmietne odvolanie, ak bolo podané oneskorene. 7. Podľa § 122 CSP súd odpustí zmeškanie lehoty, ak ju strana, zástupca alebo procesný opatrovník zmeškal z ospravedlniteľného dôvodu a bol preto vylúčený z úkonu, ktorý mu patrí. Návrh treba podať do 15 dní po odpadnutí prekážky a treba s ním spojiť i zmeškaný úkon. 8. Doklad o doručení zásielky - doručenka vrátená súdu, osvedčuje nielen vykonanie doručenia, ale aj čas doručenia. Z obsahu spisu odvolací súd zistil, že súd prvej inštancie vo veci rozhodol rozsudkom pre zmeškanie zo dňa 30.3.2015. Písomné vyhotovenie rozsudku bolo žalovanému doručované najskôr na adresu Moskovská 19, Bratislava, z ktorej sa súdna zásielka vrátila súdu s poznámkou „adresát je neznámy“. Následne bol rovnopis rozsudku zaslaný súdom prvej inštancie žalovanému na adresu Svornosti 43, Bratislava, ktorá bola v danom čase sídlom žalovaného podľa Obchodného registra SR, na ktorej si žalovaný podľa doručenky, ktorá je v spise založená na č. l. 42, rozsudok dňa 6.8.2015 prevzal. Nasledujúci deň začala plynúť 15-dňová lehota na podanie odvolania proti rozsudku, ktorej posledným dňom bol 21.8.2015. Žalovaný podal odvolanie na poštovú prepravu dňa 27.5.2016, teda zjavne oneskorene, po uplynutí lehoty na podanie odvolania. S poukazom na ustanovenie § 386 písm. a/ CSP odvolací súd odvolanie odmietol. 9. O náhrade trov odvolacieho konania rozhodol odvolací súd podľa § 396 ods. 1 a § 256 ods. 1 CSP analogicky, nakoľko Civilný sporový poriadok nemá osobitnú úpravu pre rozhodovania o trovách konania v prípade odmietnutia odvolania, keď ustanovenia o náhrade trov konania v prípade zastavenia konania upravujú situáciu najbližšiu odmietnutiu podania (odvolací súd vec meritórne neprejednal). Žalobcovi preto vzniklo právo na náhradu trov odvolacieho konania v plnom rozsahu. O výške náhrady trov konania v zmysle § 262 ods. 2 CSP rozhodne súd prvej inštancie po právoplatnosti rozhodnutia, ktorým sa konanie končí, samostatným uznesením, ktoré vydá súdny úradník. 10. Toto rozhodnutie bolo prijaté senátom Krajského súdu v Bratislave pomerom hlasov 3:0 (§ 3 ods. 9 zák. č. 757/2004 Z. z. o súdoch a o zmene a doplnení niektorých zákonov v znení neskorších zákonov, § 393 ods. 2 CSP). Poučenie: Proti tomuto rozhodnutiu odvolanie nie je prípustné.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(§ 432 ods.2 C.s.p. ).</w:t>
      </w:r>
    </w:p>
    <w:p/>
    <w:p>
      <w:r>
        <w:t>Zdroj: KAUZIS.SK – https://www.kauzis.sk/judikatura/r/ECLI:SK:KSBA:2017:1114202385.2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