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3Cob/88/2016 z 12. 7. 2017</w:t>
      </w:r>
    </w:p>
    <w:p>
      <w:r>
        <w:t>Opravné uznesenie Krajského súdu Bratislava z 12. júla 2017, sp. zn. 3Cob/88/2016, ECLI:SK:KSBA:2017:1114212668.2</w:t>
      </w:r>
    </w:p>
    <w:p>
      <w:r>
        <w:t>Súd: Krajský súd Bratislava</w:t>
      </w:r>
    </w:p>
    <w:p>
      <w:r>
        <w:t>Spisová značka: 3Cob/88/2016</w:t>
      </w:r>
    </w:p>
    <w:p>
      <w:r>
        <w:t>ECLI: ECLI:SK:KSBA:2017:1114212668.2</w:t>
      </w:r>
    </w:p>
    <w:p>
      <w:r>
        <w:t>Dátum vydania: 12. 7. 2017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3Cob/88/2016 Identifikačné číslo súdneho spisu: 1114212668 Dátum vydania rozhodnutia: 13. 07. 2017 Meno a priezvisko sudcu, VSÚ: Mgr. Štefan Zelenák ECLI: ECLI:SK:KSBA:2017:1114212668.2 Opravné uznesenie Krajský súd v Bratislave v senáte zloženom z predsedu senátu Mgr. Štefana Zelenáka a členiek senátu JUDr. Miroslavy Janečkovej a JUDr. Andrey Sedlačkovej, v právnej veci žalobcu Crocs, Inc., 7477 East Dry Creek Parkway, Niwot Colorado 805 03, USA, Id. Nr.: 20051249647, práv. zast. Saxinger, Chalupsky &amp; Partner s.r.o., Hviezdoslavovo námestie 25, Bratislava, IČO: 36 857 912, proti žalovanému Madal Bal s.r.o., Pod gaštanmi 4F, Bratislava - Mestská časť Vrakuňa, IČO: 31 380 522, práv. zast. STEINIGER law firm, s.r.o., Jasovská 17, Bratislava, IČO: 47 238 135, o určenie, že tovar porušuje práva duševného vlastníctva, o odvolaní žalovaného proti rozsudku Okresného súdu Bratislava I v Bratislave č.k. 27CbPv/3/2014-172 zo dňa 15.10.2015, jednohlasne takto r o z h o d o l : Krajský súd v Bratislave opravuje záhlavie rozsudku č.k. 3Cob/88/2016-266 zo dňa 17.5.2017 tak, že v označení žalovaného tak, že namiesto: ... Madal Bar s.r.o. ... správne má byť: ... Madal Bal s.r.o. ... o d ô v o d n e n i e : Krajský súd v Bratislave rozsudkom č.k. 3Cob/88/2016-266 zo dňa 17.5.2017 potvrdil rozsudok Okresného súdu Bratislava I v Bratislave č.k. 27CbPv/3/2014-172 zo dňa 15.10.2015. 2. Podaním zo dňa 30.6.2017 bol tunajšiemu súdu predložený návrh žalobcu na opravu rozsudku č.k. 3Cob/88/2016-266. Žalobca navrhol opraviť záhlavie rozsudku v označení žalovaného. 3. Podľa § 224 C.s.p. súd kedykoľvek aj bez návrhu opraví v rozsudku chyby v písaní a počítaní, ako aj iné zrejmé nesprávnosti. O oprave súd vydá opravné uznesenie, ktoré doručí subjektom konania. Podľa § 234 ods. 2, C.s.p. ak nie je ďalej ustanovené inak, použijú sa na uznesenie primerane ustanovenia o rozsudku. 4. Odvolací súd v súlade s § 224 C.s.p. opravil zrejmú nesprávnosť v záhlaví rozsudku týkajúcu sa označenia žalovaného tak, ako je uvedené vo výroku tohto uznesenia. Poučenie: Proti tomuto uzneseniu odvolanie nie je prípustné. Proti tomuto uzneseniu dovolanie nie je prípustné.</w:t>
      </w:r>
    </w:p>
    <w:p/>
    <w:p>
      <w:r>
        <w:t>Zdroj: KAUZIS.SK – https://www.kauzis.sk/judikatura/r/ECLI:SK:KSBA:2017:1114212668.2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