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5Co/414/2015 z 31. 5. 2017</w:t>
      </w:r>
    </w:p>
    <w:p>
      <w:r>
        <w:t>Uznesenie Krajského súdu Bratislava z 31. mája 2017, sp. zn. 5Co/414/2015, ECLI:SK:KSBA:2017:1114216202.2</w:t>
      </w:r>
    </w:p>
    <w:p>
      <w:r>
        <w:t>Súd: Krajský súd Bratislava</w:t>
      </w:r>
    </w:p>
    <w:p>
      <w:r>
        <w:t>Spisová značka: 5Co/414/2015</w:t>
      </w:r>
    </w:p>
    <w:p>
      <w:r>
        <w:t>ECLI: ECLI:SK:KSBA:2017:1114216202.2</w:t>
      </w:r>
    </w:p>
    <w:p>
      <w:r>
        <w:t>Dátum vydania: 31.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5Co/414/2015 Identifikačné číslo súdneho spisu: 1114216202 Dátum vydania rozhodnutia: 01. 06. 2017 Meno a priezvisko sudcu, VSÚ: JUDr. Milan Chalupka ECLI: ECLI:SK:KSBA:2017:1114216202.2 Uznesenie Krajský súd v Bratislave v senáte zloženom z predsedu senátu JUDr. Milana Chalupku a členov senátu JUDr. Juraja Považana a JUDr. Janky Richterovej vo veci žalobcu: M. O., O.. XX.XX.XXXX Z. V.: B. XX, V., proti žalovaným: 1/ Krajský súd Bratislava, so sídlom: Záhradnícka 10, Bratislava, 2/ Okresný súd Bratislava I, so sídlom: Záhradnícka 10, Bratislava, 3/Generálna prokuratúra SR, so sídlom: Saratovská 1/A, Bratislava. o uloženie povinnosti podať dovolanie, na odvolanie žalobcu proti uzneseniu Okresného súdu Bratislava I, č.k.: 25C/112/2014-61 zo dňa 22.05.2015, takto r o z h o d o l : Opravuje sa záhlavie uznesenie Krajského súdu v Bratislave č.k 5Co/414/2015-91, zo dňa 23.09.2016 tak, že správne označenie žalovaných znie: 1/ Krajský súd Bratislava, so sídlom: Záhradnícka 10, Bratislava, 2/ Okresný súd Bratislava I, so sídlom: Záhradnícka 10, Bratislava, 3/Generálna prokuratúra SR, so sídlom: Saratovská 1/A, Bratislava. Opravuje sa odôvodnenie uznesenia Krajského súdu v Bratislave č.k 5Co/414/2015-91, zo dňa 23.09.2016 v časti náhrady trov odvolacieho konania tak, že správne znie: O trovách odvolacieho konania rozhodol súd podľa § 396 ods. 1 C. s. p. v spojení s § 255 ods. 1 C. s. p. V odvolacom konaní súd vzhľadom na to, že potvrdil uznesenie súdu prvej inštancie úspešným žalovaným 1/, 2/ a 3/ náhradu trov konania priznáva v rozsahu 100%,. O výške náhrady trov konania rozhodne súd prvej inštancie po právoplatnosti rozhodnutia, ktorým sa konanie končí, samostatným uznesením ( § 262 ods. 2 C.s.p.). Opravuje sa výrok uznesenia Krajského súdu v Bratislave č.k 5Co/414/2015-91, zo dňa 23.09.2016 v často rozhodnutia o náhrade trov odvolacieho konania tak, že správne znie: Žalovaným 1/, 2/ a 3/ sa priznáva náhrada trov odvolacieho konania v rozsahu 100%. o d ô v o d n e n i e : 1. Krajský súd v Bratislave ako súd odvolací svojím uznesením zo dňa 23.09.2016 č.k 5Co/414/2015-91, rozhodol, že napadnuté uznesenia súdu prvej inštancie potvrdzuje. Žalovanému priznal náhradu trov konania v rozsahu 100%. V záhlaví svojho uznesenia ako žalovaných označil 1/ Okresný súd Bratislava I a 2/ Generálna prokuratúra SR. 2. Podľa § 378 ods. 1 C.s.p. na konanie na odvolacom súde sa primerane použijú ustanovenia o konaní pred súdom prvej inštancie, ak tento zákon neustanovuje inak. 3. Podľa § 224 C.s.p. súd kedykoľvek aj bez návrhu opraví v rozsudku chyby v písaní a počítaní, ako aj iné zrejmé nesprávnosti. O oprave súd vydá opravné uznesenie, ktoré doručí subjektom konania. 4. Podľa § 234 ods. 2 C.s.p. ak nie je ďalej ustanovené inak, použijú sa na uznesenie primerane ustanovenia o rozsudku. 5. V danej veci odvolacieho súdu došlo k nesprávnosti spočívajúcej v tom, že Krajský súd v Bratislave v záhlaví uznesenia neuviedol okrem žalovaných: 1/ (Krajský súd Bratislava) a 3/ (Generálna prokuratúra SR) aj žalovaného 2/ (Okresný súd Bratislava I). Správne mali byť v záhlaví uznesenia označený žalovaní, ako: „1/ Krajský súd Bratislava, so sídlom: Záhradnícka 10, Bratislava, 2/ Okresný súd Bratislava I, so sídlom: Záhradnícka 10, Bratislava, 3/Generálna prokuratúra SR, so sídlom: Saratovská 1/A, Bratislava.“ V nadväznosti na uvedené, je preto potrebné opraviť aj rozhodnutie odvolacieho súdu v časti náhrady trov odvolacieho konania, keď správne má znieť: „O trovách odvolacieho konania rozhodol súd podľa § 396 ods. 1 C. s. p. v spojení s § 255 ods. 1 C. s. p. V odvolacom konaní súd vzhľadom na to, že potvrdil uznesenie súdu prvej inštancie úspešným žalovaným 1/, 2/ a 3/ náhradu trov konania priznáva v rozsahu 100%,. O výške náhrady trov konania rozhodne súd prvej inštancie po právoplatnosti rozhodnutia, ktorým sa konanie končí, samostatným uznesením (§ 262 ods. 2 C.s.p.).“ Výrok uznesenia odvolacieho súdu, Krajský súd v Bratislave sa opravuje na: „Žalovaným 1/, 2/ a 3/ sa priznáva náhrada trov odvolacieho konania v rozsahu 100%“. 6. Keďže pri vyhotovovaní uznesenia odvolacieho súdu došlo k chybe v písaní opomenutím žalovaného 2/, súd v súlade s citovanými zákonnými ustanoveniami rozhodol o oprave tak, ako je uvedené vo výrokovej časti tohto uznesenia a nesprávne znenie nahradil správnym. 7. Toto rozhodnutie bolo prijaté senátom Krajského súdu v Bratislave pomerom hlasov 3:0 (§ 393 ods. 2 C.s.p., § 3 ods. 9 zák. č. 757/2004 Z.z. o súdoch a o zmene a doplnení niektorých zákonov v znení neskorších predpisov). Poučenie: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C.s.p. ). Dovolanie môže podať strana, v ktorej neprospech bolo rozhodnutie vydané ( § 424 C.s.p. ). Dovolanie sa podáva v lehote dvoch mesiacov od doručenia rozhodnutia odvolacieho súdu oprávnenému subjektu na súde, ktorý rozhodoval v prvej inštancii ( § 427 ods.1 prvá veta C.s.p. ). Dovolanie je podané včas aj vtedy, ak bolo v lehote podané na príslušnom odvolacom alebo dovolacom súde ( § 427 ods.2 C.s.p. ). Dovolateľ musí byť v dovolacom konaní zastúpený advokátom. Dovolanie a iné podania dovolateľa musia byť spísané advokátom ( § 429 ods. 1 C.s.p.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ods.2 C.s.p. ).</w:t>
      </w:r>
    </w:p>
    <w:p/>
    <w:p>
      <w:r>
        <w:t>Zdroj: KAUZIS.SK – https://www.kauzis.sk/judikatura/r/ECLI:SK:KSBA:2017:1114216202.2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