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2Cob/311/2015 z 1. 5. 2017</w:t>
      </w:r>
    </w:p>
    <w:p>
      <w:r>
        <w:t>Opravné uznesenie Krajského súdu Bratislava z 1. mája 2017, sp. zn. 2Cob/311/2015, ECLI:SK:KSBA:2017:1114229659.2</w:t>
      </w:r>
    </w:p>
    <w:p>
      <w:r>
        <w:t>Súd: Krajský súd Bratislava</w:t>
      </w:r>
    </w:p>
    <w:p>
      <w:r>
        <w:t>Spisová značka: 2Cob/311/2015</w:t>
      </w:r>
    </w:p>
    <w:p>
      <w:r>
        <w:t>ECLI: ECLI:SK:KSBA:2017:1114229659.2</w:t>
      </w:r>
    </w:p>
    <w:p>
      <w:r>
        <w:t>Dátum vydania: 1. 5.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2Cob/311/2015 Identifikačné číslo súdneho spisu: 1114229659 Dátum vydania rozhodnutia: 02. 05. 2017 Meno a priezvisko sudcu, VSÚ: JUDr. Ľubica Krišková ECLI: ECLI:SK:KSBA:2017:1114229659.2 Opravné uznesenie Krajský súd v Bratislave v senáte zloženom z predsedníčky senátu JUDr. Ľubice Kriškovej a členiek senátu JUDr. Oľgy Bahníkovej a JUDr. Ľubice Břouškovej v právnej veci žalobcu: CHÉMIA - SERVIS, a. s., so sídlom Zadunajská cesta 10, 851 01 Bratislava, IČO: 35 730 421, zastúpený: JUDr. Miroslava Tencerová, advokátka, Hurbanovo nám. 5, 811 03 Bratislava, proti žalovanému: Vulkano s.r.o., Klincová 35, Bratislava, IČO: 36 015 407 (predtým AML partner, s.r.o., Godrova 12, 811 06 Bratislava - Staré Mesto, IČO: 46 381 899), o zaplatenie 50.000,- eur s príslušenstvom, o vydanie opravného uznesenia, takto r o z h o d o l : Krajský súd v Bratislave opravuje zrejmú nesprávnosť vo výroku rozsudku tunajšieho súdu č.k. 2Cob/311/2015-90 zo dňa 25.10.2016 tak, že správne má znieť: Krajský súd v Bratislave rozsudok Okresného súdu Bratislava I č.k. 34Cb/306/2014-62 zo dňa 10.7.2015, v spojení s opravným uznesením č.k. 34Cb/306/2014 zo dňa 24.8.2015, potvrdzuje. o d ô v o d n e n i e : 1. Krajský súd v Bratislave ako súd odvolací svojím rozhodnutím zo dňa 25.10.2016 č.k. 2Cob/311/2015-90 rozhodol, že napadnutý rozsudok súd prvej inštancie potvrdzuje. 2. Súd prvej inštancie požiadal o opravu výrokovej časti rozsudku z dôvodu, že okresný súd opravným uznesením zo dňa 15.03.2017 opravil v písomnom vyhotovení rozsudku č.k. 34Cb/306/2014-62 zo dňa 10.07.2014 dátum vyhlásenia rozsudku tak, že správny dátum vyhlásenia rozsudku č.k. 34Cb/306/2014-62 je 10.07.2015. 3. Podľa § 224 C.s.p. súd kedykoľvek aj bez návrhu opraví v rozsudku chyby v písaní a počítaní, ako aj iné zrejmé nesprávnosti. O oprave vydá opravné uznesenie, ktoré doručí subjektom konania. 4. Podľa § 234 C.s.p. ods. 1 súd rozhoduje uznesením, ak nerozhoduje vo veci samej. Podľa ods. 2 ak nie je ďalej ustanovené inak, použijú sa na uznesenie primerane ustanovenia o rozsudku. 5. Keďže súd prvej inštancie uviedol v písomnom vyhotovení rozhodnutia nesprávny dátum vyhlásenia rozsudku a tento dátum prevzal do výrokovej časti rozhodnutia aj odvolací súd, ide o zrejmú nesprávnosť, ktorú bolo potrebné odstrániť opravným uznesením. 6. Na základe uvedených skutočností bola preto podľa § 224 C.s.p. vykonaná oprava výroku rozsudku tunajšieho súdu č. k. 2Cob/311/2015-90 zo dňa 25.10.2016. Poučenie: Proti tomuto uzneseniu odvolanie nie je prípustné. Proti rozhodnutiu odvolacieho súdu je prípustné dovolanie, ak to zákon pripúšťa.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opravy. Dovolanie je podané včas aj vtedy, ak bolo v lehote podané na príslušnom odvolacom alebo dovolacom súde. V dovolaní sa popri všeobecných náležitostiach podania uvedie, proti ktorému rozhodnutiu smeruje, v akom rozsahu sa toto rozhodnutie napáda, z akých dôvodov sa rozhodnutie považuje za nesprávne (dovolacie dôvody) a čoho sa dovolateľ domáha (dovolací návrh). Dovolateľ musí byť v dovolacom konaní zastúpený advokátom. Dovolanie a iné podania dovolateľa musia byť spísané advokátom.</w:t>
      </w:r>
    </w:p>
    <w:p/>
    <w:p>
      <w:r>
        <w:t>Zdroj: KAUZIS.SK – https://www.kauzis.sk/judikatura/r/ECLI:SK:KSBA:2017:1114229659.2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