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15Co/99/2017 z 18. 7. 2017</w:t>
      </w:r>
    </w:p>
    <w:p>
      <w:r>
        <w:t>Uznesenie Krajského súdu Bratislava z 18. júla 2017, sp. zn. 15Co/99/2017, ECLI:SK:KSBA:2017:1114229666.1</w:t>
      </w:r>
    </w:p>
    <w:p>
      <w:r>
        <w:t>Súd: Krajský súd Bratislava</w:t>
      </w:r>
    </w:p>
    <w:p>
      <w:r>
        <w:t>Spisová značka: 15Co/99/2017</w:t>
      </w:r>
    </w:p>
    <w:p>
      <w:r>
        <w:t>ECLI: ECLI:SK:KSBA:2017:1114229666.1</w:t>
      </w:r>
    </w:p>
    <w:p>
      <w:r>
        <w:t>Dátum vydania: 18. 7. 2017</w:t>
      </w:r>
    </w:p>
    <w:p>
      <w:r>
        <w:t>Forma: Uznesenie</w:t>
      </w:r>
    </w:p>
    <w:p>
      <w:r>
        <w:t>Oblasť práva: Občianske právo</w:t>
      </w:r>
    </w:p>
    <w:p>
      <w:pPr>
        <w:pStyle w:val="Heading2"/>
      </w:pPr>
      <w:r>
        <w:t>Text rozhodnutia</w:t>
      </w:r>
    </w:p>
    <w:p>
      <w:r>
        <w:t>Súd: Krajský súd Bratislava Spisová značka: 15Co/99/2017 Identifikačné číslo súdneho spisu: 1114229666 Dátum vydania rozhodnutia: 19. 07. 2017 Meno a priezvisko sudcu, VSÚ: JUDr. Mária Hajdínová ECLI: ECLI:SK:KSBA:2017:1114229666.1 Uznesenie Krajský súd v Bratislave v senáte zloženom z predsedníčky senátu JUDr. Márie Hajdínovej a členov senátu JUDr. Silvie Walterovej a JUDr. Evy Mészárosovej v právnej veci žalobcu: O. C. , narodený dňa XX.XX.XXXX, trvale bytom T., D. č. XXXX/X, zastúpený JUDr. Jánom Polákom, advokátom, Bratislava- Ružinov, Miletičova č. 64, proti žalovanému: Ministerstvo spravodlivosti Slovenskej republiky, Bratislava, Župné námestie č. 13, o náhradu škody podľa zákona č. 514/2003 Z.z., na odvolanie žalobcu proti uzneseniu Okresného súdu Bratislava I. zo dňa 27. júna 2016, č.k. 12 C 191/2014-78, takto r o z h o d o l : I. Odvolanie žalobcu o d m i e t a . II. Žalovanému p r i z n á v a nárok na náhradu trov odvolacieho konania v rozsahu 100 %. o d ô v o d n e n i e : 1. Okresný súd Bratislava I. uznesením zo dňa 27.6.2016, č.k. 12 C 191/2014-78, zastavil konanie; žiadnemu z účastníkov nepriznal právo na náhradu trov konania. Uznesenie odôvodnil ustanovením § 7 ods. 1, § 103, § 104 ods. 1 O.s.p., § 4 ods. 1 písm. a/, § 15 ods. 1, § 16 ods. 1, ods. 4 veta prvá zákona č. 514/2003 Z.z. a dôvodil absenciou podania žiadosti o predbežné prerokovanie nároku žalobcu na náhradu škody, ktorý nepostupoval v súlade s ustanoveniami uvedeného zákona, keďže pred začatím tohto konania malo predchádzať konanie pred Ministerstvom spravodlivosti Slovenskej republiky o tomto jeho nároku. Výrok o náhrade trov konania odôvodnil ustanovením § 146 ods. 1 písm. c/ O.s.p., podľa ktorého žiaden z účastníkov nemá právo na náhradu trov konania podľa jeho výsledku, ak bolo konanie zastavené. Uznesenie bolo stranám sporu doručené po dni 1.7.2016. 2. Proti tomuto uzneseniu podal včas odvolanie žalobca z dôvodu, že súd prvej inštancie mal jeho žiadosť, žalobu odoslať žalovanému na predbežné prerokovanie jeho nároku o náhradu škody. 3. Odvolací súd preskúmal vec [§ 470 ods. l, ods. 2, ods. 3, § 386 písm. d/ Civilného sporového poriadku, ďalej len C.s.p. (zákon č. 160/2015 Z.z.), ktorým bol s účinnosťou od 1.7.2016 zrušený Občiansky súdny poriadok (zákon č. 99/1963 Zb.; O.s.p.)], túto prejednal bez nariadenia pojednávania, a dospel k záveru, že odvolanie žalobcu je potrebné odmietnuť ako odvolanie, ktoré nemá náležitosti podľa § 363 a pre vady odvolania nemožno v odvolacom konaní pokračovať. 4. Žalobca v posudzovanej veci podal odvolanie proti uzneseniu, ktorým súd prvej inštancie konanie, v ktorom sa domáhal náhrady škody vo výške 2.760,- € a nemajetkovej ujmy vo výške 40.000,- € voči žalovanému z dôvodu nezákonnosti pozbavenia osobnej slobody. Žalobca bol povinný odvolanie podať so všetkými náležitosťami vyžadovanými ustanovením § 363 C.s.p., t.j. jeho odvolanie malo najmä obsahovať popri všeobecných náležitostiach podania aj uvedenie v akom rozsahu uznesenie súdu prvej inštancie napáda, konkrétne dôvody, pre ktoré považuje rozhodnutie za nesprávne (odvolacie dôvody) a čoho sa domáha (odvolací návrh). Rovnakú právnu úpravu upravoval aj Občiansky súdny poriadok. 5. Žalobca v konaní zastúpený advokátom podal odvolanie bez náležitostí uvedených vyššie, a preto súd prvej inštancie správne vykonal predpísaným spôsobom pokus o odstránenie vád odvolania, uznesením zo dňa 21.9.2016, č.k. 12 C 191/2014-83, ktoré mu bolo doručené dňa 9.11.2016, obsahujúce okrem opisu ako má vady odvolania odstrániť i následok ich neodstránenia. 6. Žalobca (ani jeho právny zástupca) po doručení uznesenia súdu prvej inštancie na odstránenie vád odvolania žalobcom, vady neodstránil a odvolanie nedoplnil o skutočnosti, z ktorých by bolo zrejmé, v akom rozsahu napáda rozhodnutie súdu prvej inštancie, v čom má byť toto rozhodnutie nesprávne, ale najmä neuviedol, čoho sa odvolaním domáha (odvolací návrh.) 7. Vymedzenie rozsahu, v akom sa rozhodnutie súdu prvej inštancie napáda a tiež odvolací návrh, sú nutnou podmienkou odvolacieho konania, a nakoľko neexistenciu týchto náležitostí odvolania žalobca neodstránil, odvolací súd jeho odvolanie podľa § 386 písm. d/ C.s.p. odmietol. 8. Vzhľadom ku skutočnosti, že žalobca procesne zavinil, že odvolacie konanie bolo odmietnuté (neodstránil vytýkané vady odvolania), z tohto dôvodu odvolací súd priznal žalovanému náhradu trov odvolacieho konania v rozsahu 100 % podľa § 396 ods. l v spojení s § 256 ods. 1 C.s.p. V zmysle § 262 ods. 2 C.s.p. o výške náhrady trov konania rozhodne súd prvej inštancie po právoplatnosti rozhodnutia, ktorým sa konanie končí, samostatným uznesením, ktoré vydá súdny úradník. 9.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https://www.kauzis.sk/judikatura/r/ECLI:SK:KSBA:2017:1114229666.1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