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7Co/472/2016 z 27. 2. 2017</w:t>
      </w:r>
    </w:p>
    <w:p>
      <w:r>
        <w:t>Uznesenie Krajského súdu Bratislava z 27. februára 2017, sp. zn. 7Co/472/2016, ECLI:SK:KSBA:2017:1114236159.1</w:t>
      </w:r>
    </w:p>
    <w:p>
      <w:r>
        <w:t>Súd: Krajský súd Bratislava</w:t>
      </w:r>
    </w:p>
    <w:p>
      <w:r>
        <w:t>Spisová značka: 7Co/472/2016</w:t>
      </w:r>
    </w:p>
    <w:p>
      <w:r>
        <w:t>ECLI: ECLI:SK:KSBA:2017:1114236159.1</w:t>
      </w:r>
    </w:p>
    <w:p>
      <w:r>
        <w:t>Dátum vydania: 27. 2. 2017</w:t>
      </w:r>
    </w:p>
    <w:p>
      <w:r>
        <w:t>Forma: Uznesenie</w:t>
      </w:r>
    </w:p>
    <w:p>
      <w:pPr>
        <w:pStyle w:val="Heading2"/>
      </w:pPr>
      <w:r>
        <w:t>Text rozhodnutia</w:t>
      </w:r>
    </w:p>
    <w:p>
      <w:r>
        <w:t>Súd: Krajský súd Bratislava Spisová značka: 7Co/472/2016 Identifikačné číslo súdneho spisu: 1114236159 Dátum vydania rozhodnutia: 28. 02. 2017 Meno a priezvisko sudcu, VSÚ: JUDr. Blanka Podmajerská ECLI: ECLI:SK:KSBA:2017:1114236159.1 Uznesenie Krajský súd v Bratislave v senáte zloženom z predsedníčky senátu JUDr. Blanky Podmajerskej a členov senátu JUDr. Blanky Malichovej a Mgr. Adely Unčovskej v právnej veci navrhovateľa: W.. E. C., nar. X.X.XXXX, zomr. XX.XX.XXXX, naposledy bytom Y. XX/XX, P., zastúpený: JUDr. Eva Koleničová, advokátka, Paulínska 20, Trnava, proti odporcom: 1/ I.. J. N., nar. XX.X.XXXX, bytom Q. XX, J., zastúpená: JUDr. Bronislava Pavelková, PhD., advokátka, Dobrovičova 6, Bratislava, 2/ maloletý E. C., nar. X.X.XXXX, bytom Q. XX, J., zastúpený kolíznym opatrovníkom: Úrad práce, sociálnych vecí a rodiny Bratislava, Vazovova 7, Bratislava, o návrhu navrhovateľa o zapretie otcovstva určeného súhlasným vyhlásením rodičov, na odvolanie navrhovateľa proti rozsudku Okresného súdu Bratislava I zo dňa 18.3.2016, č. k. 8C/221/2014-132, jednomyseľne takto r o z h o d o l : Rozsudok Okresného súdu Bratislava I zo dňa 18.3.2016, č. k. 8C/221/2014-132, sa z r u š u j e a konanie o návrhu navrhovateľa o zapretie otcovstva určeného súhlasným vyhlásením rodičov sa z a s t a v u j e. Žiaden z účastníkov n e m á nárok na náhradu trov konania. Štátu sa n e p r i z n á v a náhrada trov konania. o d ô v o d n e n i e : 1. Napadnutým rozsudkom súd prvej inštancie zamietol návrh, ktorým sa navrhovateľ domáhal zapretia otcovstva určeného súhlasným vyhlásením rodičov voči maloletému dieťaťu E. C., narodenému dňa X.X.XXXX a jeho matke (odporkyni 1/). 2. Rozhodnutie právne odôvodnil ust. § 80 písm. a) zákona č. 99/1963 Zb. Občiansky súdny poriadok (ďalej len „O.s.p.“), § 91 ods. 1 a ods. 2, § 93 ods. 1 až 3 zákona č. 36/2005 Z. z. o rodine a o zmene a doplnení niektorých zákonov (ďalej len „zákon o rodine“) a vecne tým, že z vykonaného dokazovania mal jednoznačne preukázané, že navrhovateľ je biologickým otcom maloletého dieťaťa, a preto návrh na zapretie otcovstva zamietol. Zároveň poukázal na skutočnosť, že hoci biologickí rodičia zhodne uviedli, že navrhovateľ nie je biologickým otcom maloletého, súd prvej inštancie nemohol rozhodnúť iba na základe takéhoto zhodného vyhlásenia účastníkov konania bez nariadenia znaleckého dokazovania z odboru genetika. 3. Proti tomuto rozhodnutiu podal v zákonnej lehote odvolanie navrhovateľ žiadajúc, aby odvolací súd napadnutý rozsudok zrušil a vec vrátil súdu prvej inštancie na ďalšie konanie a rozhodnutie a odporkyni 1/ uložil povinnosť zaplatiť mu náhradu trov konania. Nesúhlasil so závermi uvedenými v znaleckom posudku č. 1/2016, vyhotovenom súdnou znalkyňou O.. Y. G., z ktorého vyplýva, že otcovstvo navrhovateľa k maloletému je na základe vykonaného znaleckého dokazovania prakticky dokázané. Navrhovateľ namietal, že nie je otcom maloletého dieťaťa dôvodiac tým, že vychádzajúc zo súčasného stavu poznatkov v odbore genetika nie je jeho otcom so štatistickou pravdepodobnosťou 3 : 10 000. Skutočnosť, že odporkyňa 1/ na pojednávaní dňa 11.9.2015 uviedla, že navrhovateľ nie je biologickým otcom maloletého, podľa jeho názoru potvrdzuje, že nie je jeho otcom. V súvislosti s vyjadrením kolíznej opatrovníčky na pojednávaní dňa 11.9.2015 uviedol, že táto nie je oprávnená vyjadrovať sa k záverom znaleckého dokazovania a ani k tomu, či navrhovateľ je alebo nie je biologickým otcom maloletého. 4. Kolízna opatrovníčka vo vyjadrení k odvolaniu navrhovateľa navrhla, aby odvolací súd potvrdil rozsudok súdu prvej inštancie ako vecne správny. Poukázala na napadnutý rozsudok súdu prvej inštancie a tiež na to, že súdu navrhla, aby rozhodoval na základe záverov znaleckého posudku z odboru genetiky č. 1/2016. 5. Odporkyňa 1/ vo vyjadrení k odvolaniu navrhovateľa uviedla, že v lete 2015 absolvovali psychologické znalecké dokazovanie vo veci úpravy výkonu rodičovských práv a povinností, na základe ktorého pochopila, že súdne konanie je pravdepodobne dôsledkom psychického stavu navrhovateľa, ktorého nemôže nútiť v prípade, ak sa necíti byť otcom. Vysvetlila, že práve z uvedeného dôvodu na pojednávaní v septembri 2015 uviedla, že súhlasí so zapretím otcovstva a nesúhlasí s vykonaním znaleckého dokazovania. Dôvodom teda nebola skutočnosť, že by navrhovateľ nebol otcom maloletého, ale takýmto spôsobom sa snažila uchrániť syna od ďalších znaleckých dokazovaní a iných konaní. Odmietla tvrdenia navrhovateľa o nevere a uviedla, že syna pravdepodobne splodili počas ich spoločnej práceneschopnosti, kedy boli spolu 24 hodín denne. 6. Dňa 14.12.2016 bol súdu prvej inštancie doručený návrh odporkyne 1/ na zastavenie konania z dôvodu úmrtia navrhovateľa. V návrhu uviedla, že jeho jediným dedičom je odporca 2/. K návrhu priložila úradne overenú fotokópiu úmrtného listu navrhovateľa. 7. Z úmrtného listu vydaného matričným úradom Mestská časť Bratislava - Staré Mesto dňa 26.10.2016 vyplýva, že navrhovateľ dňa XX.XX.XXXX zomrel. 8. S účinnosťou od 01.07.2016 zákonodarca doposiaľ platný zákon č. 99/1963 Zb. Občiansky súdny poriadok nahradil zákonom č. 160/2015 &lt;https://www.slov-lex.sk/pravne-predpisy/SK/ZZ/2015/160/&gt; Z. z. Civilný sporový poriadok (ďalej len „C.s.p.“). Z prechodných ustanovení tohto zákona, konkrétne z ustanovení § 470 ods. 1 a ods. 2 veta prvá vyplýva, že ak nie je ustanovené inak, platí tento zákon aj na konania začaté predo dňom nadobudnutia jeho účinnosti. Právne účinky úkonov, ktoré v konaní nastali predo dňom nadobudnutia účinnosti tohto zákona, zostávajú zachované. S prihliadnutím na túto skutočnosť odvolací súd pri rozhodovaní aplikoval príslušné ustanovenia C.s.p. 9. Podľa § 7 ods. 1 a ods. 2 veta prvá zákona č. 40/1964 Zb. Občiansky zákonník, spôsobilosť fyzickej osoby mať práva a povinnosti vzniká narodením. Túto spôsobilosť má aj počaté dieťa, ak sa narodí živé. Smrťou táto spôsobilosť zanikne. 10. Podľa § 2 ods. 1 zákona č. 161/2015 Z. z. Civilný mimosporový poriadok (ďalej len „C.m.p.“), na konania podľa tohto zákona sa použijú ustanovenia Civilného sporového poriadku, ak tento zákon neustanovuje inak. 11. Podľa § 378 ods. 1 C.s.p., na konanie na odvolacom súde sa primerane použijú ustanovenia o konaní pred súdom prvej inštancie, ak tento zákon neustanovuje inak. 12. Podľa § 161 ods. 1 C.s.p., súd kedykoľvek počas konania prihliada na to, či sú splnené podmienky za ktorých môže konať a rozhodnúť. 13. Podľa § 161 ods. 2 C.s.p., ak ide o nedostatok procesnej podmienky, ktorý nemožno odstrániť, súd konanie zastaví. 14. Podľa § 61 C.s.p., procesnú subjektivitu má ten, kto má spôsobilosť na práva a povinnosti; inak len ten, komu ju zákon priznáva. 15. Podľa § 63 ods. 1 C.s.p., &lt;https://www.slov-lex.sk/pravne-predpisy/SK/ZZ/2015/160/&gt; ak strana zomrie počas konania skôr, ako sa konanie právoplatne skončí, súd posúdi podľa povahy sporu, či má konanie zastaviť alebo či v ňom môže pokračovať. 16. Podľa § 63 ods. 2 C.s.p., &lt;https://www.slov-lex.sk/pravne-predpisy/SK/ZZ/2015/160/&gt;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17. Ustanovenie § 63 C.s.p. &lt;https://www.slov-lex.sk/pravne-predpisy/SK/ZZ/2015/160/&gt; vychádza z doterajšieho § 107 ods. 1 a 3 O.s.p. &lt;https://www.slov-lex.sk/pravne-predpisy/SK/ZZ/1963/99/&gt; a upravuje prípady, keď k strate procesnej subjektivity fyzickej osoby, teda k jej smrti došlo počas konania, t.j. v období od doručenia žaloby do právoplatnosti rozhodnutia, ktorým sa konanie končí. Oproti doterajšej právnej úprave súd po smrti strany počas konania má po posúdení povahy sporu možnosť len konanie zastaviť alebo v konaní pokračovať. Povahou veci sa rozumie povaha hmotných práv a povinností, o ktoré v konaní ide, čo vyplýva práve z toho, že procesné nástupníctvo sa odvodzuje od nástupníctva hmotnoprávneho (uznesenie Najvyššieho súdu Českej republiky sp. zn. 22Cdo/368/2012 &lt;http://merit.slv.cz/22Cdo/368/2012&gt;). 18. V prejednávanej veci navrhovateľ v priebehu odvolacieho konania dňa XX.XX.XXXX zomrel, čím stratil procesnú subjektivitu (spôsobilosť byť účastníkom konania). S prihliadnutím na predmet konania, ktorým bol návrh navrhovateľa na zapretie otcovstva určeného súhlasným vyhlásením rodičov, dospel odvolací súd k záveru, že smrťou navrhovateľa vznikol neodstrániteľný nedostatok podmienky konania, ktorý vyžadoval posúdiť, či právo alebo povinnosť, o ktorej sa rozhoduje, prešla v zmysle § 63 ods. 2 C.s.p. na jeho právnych nástupcov (dedičov). V danom prípade nie je možné v konaní ďalej pokračovať s právnymi nástupcami (dedičmi) zomrelého navrhovateľa z dôvodu, že otcovstvo sa viaže výlučne na osobu navrhovateľa, neprechádza na iný subjekt a konanie je potrebné z tohto dôvodu zastaviť. 19. Nakoľko v danom prípade strata spôsobilosti byť účastníkom konania bez právneho nástupcu nastala po začatí konania, ide o neodstrániteľný nedostatok podmienky konania, ktorý zaťažuje celé konanie a vedie k zastaveniu celého konania, t.j. nielen odvolacieho konania a napadnutý rozsudok súdu prvej inštancie je potrebné zrušiť. V súlade s vyššie uvedenými ustanoveniami odvolací súd preto bez nariadenia pojednávania rozsudok súdu prvej inštancie zrušil (za použitia analógie podľa § 370 ods. 2 C.s.p.) a podľa § 161 ods. 1 a ods. 2 C.s.p. konanie zastavil. 20. O trovách konania odvolací súd rozhodol podľa § 52 C.m.p. v spojení s § 262 ods. 1 C.s.p. &lt;https://www.slov-lex.sk/pravne-predpisy/SK/ZZ/2015/160/&gt;, keď nebolo možné použiť zásadu úspechu v spore ani zásadu procesného zavinenia zastavenia konania a nepriznal účastníkom konania (de facto žalovaným v 1/ a 2/ rade ako jediným zostávajúcim účastníkom konania na strane odporcov) náhradu trov konania, zohľadňujúc skutočnosť, že v danom prípade ani nebolo voči komu náhradu trov konania priznať. Obdobne rozhodol aj vo vzťahu k trovám štátu, keď odvolací súd nemohol preniesť náhradu trov konania vzniknutých vykonaním znaleckého dokazovania na odporcov (z dôvodu absencie určenia úspechu v spore a procesného zavinenia). 21.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https://www.kauzis.sk/judikatura/r/ECLI:SK:KSBA:2017:1114236159.1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