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5Co/126/2017 z 27. 4. 2017</w:t>
      </w:r>
    </w:p>
    <w:p>
      <w:r>
        <w:t>Uznesenie Krajského súdu Bratislava z 27. apríla 2017, sp. zn. 5Co/126/2017, ECLI:SK:KSBA:2017:1115200009.2</w:t>
      </w:r>
    </w:p>
    <w:p>
      <w:r>
        <w:t>Súd: Krajský súd Bratislava</w:t>
      </w:r>
    </w:p>
    <w:p>
      <w:r>
        <w:t>Spisová značka: 5Co/126/2017</w:t>
      </w:r>
    </w:p>
    <w:p>
      <w:r>
        <w:t>ECLI: ECLI:SK:KSBA:2017:1115200009.2</w:t>
      </w:r>
    </w:p>
    <w:p>
      <w:r>
        <w:t>Dátum vydania: 27.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5Co/126/2017 Identifikačné číslo súdneho spisu: 1115200009 Dátum vydania rozhodnutia: 28. 04. 2017 Meno a priezvisko sudcu, VSÚ: JUDr. Milan Chalupka ECLI: ECLI:SK:KSBA:2017:1115200009.2 Uznesenie Krajský súd v Bratislave v senáte zloženom z predsedu senátu JUDr. Milana Chalupku a členov senátu JUDr. Juraja Považana a JUDr. Janky Richterovej vo veci žalobcu: W. V.É., U. H.: Š. XX, Š., proti žalovanému: Ministerstvo spravodlivosti Slovenskej republiky, IČO: 00 166 073, so sídlom župné námestie 13, Bratislava, o zaplatenie 500.000 eur, na odvolanie žalobcu proti uzneseniu Okresného súdu Bratislava I, č.k.: 23C/1/2015-9 zo dňa 05.05.2015, takto r o z h o d o l : Odvolací súd napadnuté uznesenie súdu prvej inštancie p o t v r d z u j e . Žalovanému sa p r i z n á v a náhrada trov odvolacieho konania v rozsahu 100%. o d ô v o d n e n i e : 1. Napadnutým uznesením súd prvej inštancie, konanie zastavil. Žiadnej zo strán sporu nepriznal právo na náhradu trov konania. 2. Svoje rozhodnutie súd prvej inštancie právne odôvodnil podľa § 83, § 103, § 104 ods.1 O.s.p. a vecne tým, že žalobou doručenom súdu prvej inštancie dňa 02.01.2015 o 8 hod, 25 minút a 2 sek. sa žalobca domáha voči žalovanému zaplatenia 500 000 € titulom náhrady škody spôsobenej mu nezákonným rozhodnutím a nesprávnym úradným postupom v zmysle zákona č. 514/2003 o zodpovednosti štátu za škodu pri výkone verejnej moci. 3. Súd v zmysle § 103 O.s.p. skúmal podmienky konania a zistil, že na tunajšom súde pod spisovými značkami 25C/1/2015 žalobou podanou dňa 02.01.2015 o 8 hod. 6 min. a 7 sek. a 17C/1/2015 návrhom podaným dňa 02.01.2015 o 8 hod. 8 min. a 32 sek. sú vedené totožné totožné konania rovnakých účastníkov s rovnakým predmetom konania a rovnakými skutkovými okolnosťami, od ktorých sa odvodzuje právo. 4. Súd zistil, že konaniu vo veci bráni prekážka litispendencie - prekážka už začatého konania. Ide o taký nedostatok konania, ktorý nemožno odstrániť, preto súd konanie vo veci zastavil. 5. O trovách konania súd prvej inštancie rozhodol podľa § 146 ods. 1 písm. c/ O.s.p., podľa ktorého žiaden z účastníkov nemá právo na náhradu trov konania ak konanie bolo zastavené. Vzhľadom na vyššie uvedené a citované ustanovenia súd rozhodol tak ako je uvedené vo výrokovej časti rozhodnutia 6. Proti predmetnému rozhodnutiu podal odvolanie žalobca, ktorý žiada odvolací súd, aby napadnuté uznesenie súdu prvej inštancie zrušil a vec mu vrátil na ďalšie konanie. Odvolateľ svoje odvolanie odôvodnil podľa § 205 ods. 1 písm. b/, c/ a f/ O.s.p. Žalobca namieta, že napadnuté uznesenie je predčasné, nepravdivé a nespravodlivé. V rámci svojho odvolania namieta, že nebola splnená prekážka litispedencie a vo veci sa malo konať. 7. Odvolací súd, viazaný rozsahom (§ 379 C.s.p.) a odvolacími dôvodmi odvolania (§ 380 ods. 1 C.s.p.), preskúmal vec bez nariadenia odvolacieho pojednávania, (§ 385 ods. 1 C.s.p.) a dospel k záveru, že odvolanie žalobcu nie je opodstatnené. 8. Vzhľadom na skutočnosť, že odvolací súd sa v celom rozsahu stotožňuje i s odôvodnením napadnutého uznesenia súdu prvej inštancie, obmedzil odvolací súd odôvodnenie potvrdzujúceho rozhodnutia na konštatovanie správnosti dôvodov uvedených súdom prvej inštancie v zmysle ust. § 387 ods. 2 C.s.p. 9. Pre doplnenie odvolací súd uvádza, že sa plne stotožnil s názorom súdu prvej inštancie, pričom žalobca v rámci svojho odvolania neprezentuje žiadne podstatné tvrdenia, ktoré by boli schopné zmeniť správnosť rozhodnutia súdu prvej inštancie. 10. Vzhľadom na vyššie uvedené odvolací súd napadnuté uznesenie súdu prvej inštancie podľa § 387 ods. 1 C. s. p. ako vecne správne potvrdil. 11. O trovách odvolacieho konania rozhodol súd podľa § 396 ods. 1 C. s. p. v spojení s § 255 ods. 1 C. s. p. V odvolacom konaní súd úspešnému žalovanému náhradu trov konania priznáva v rozsahu 100%. O výške náhrady trov konania rozhodne súd prvej inštancie po právoplatnosti rozhodnutia, ktorým sa konanie končí, samostatným uznesením ( § 262 ods. 2 C.s.p.). 12. Toto rozhodnutie bolo prijaté senátom Krajského súdu v Bratislave pomerom hlasov 3:0 (§ 393 ods. 2 C.s.p., § 3 ods. 9 zák. č. 757/2004 Z.z. o súdoch a o zmene a doplnení niektorých zákonov v znení neskorších predpisov). Poučenie: Proti rozhodnutiu odvolacieho súdu je prípustné dovolanie, ak to zákon pripúšťa ( § 419 C.s.p. ). Dovolanie je prípustné proti každému rozhodnutiu odvolacieho súdu vo veci samej alebo ktorým sa konanie končí, ak a/ sa rozhodlo vo veci, ktorá nepatrí do právomoci súdov, b/ ten, kto v konaní vystupoval ako strana, nemal procesnú subjektivitu, c/ strana nemala spôsobilosť samostatne konať pred súdom v plnom rozsahu a nekonal za ňu zákonný zástupca alebo procesný opatrovník, d/ v tej istej veci sa už prv právoplatne rozhodlo alebo v tej istej veci sa už prv začalo konanie, e/ rozhodoval vylúčený sudca alebo nesprávne obsadený súd, alebo f/ súd nesprávnym procesným postupom znemožnil strane, aby uskutočňovala jej patriace procesné práva v takej miere, že došlo k porušeniu práva na spravodlivý proces. Dovolanie je prípustné proti rozhodnutiu odvolacieho súdu, ktorým sa potvrdilo alebo zmenilo rozhodnutie súdu prvej inštancie, ak rozhodnutie odvolacieho súdu záviselo od vyriešenia právnej otázky, a/ pri riešení ktorej sa odvolací súd odklonil od ustálenej rozhodovacej praxe dovolacieho súdu, b/ ktorá v rozhodovacej praxi dovolacieho súdu ešte nebola vyriešená alebo c/ je dovolacím súdom rozhodovaná rozdielne ( § 421 ods. 1 C.s.p. ). Dovolanie podľa § 421 ods. 1 nie je prípustné, ak a/ napadnutý výrok odvolacieho súdu o peňažnom plnení neprevyšuje desaťnásobok minimálnej mzdy; na príslušenstvo sa neprihliada, b/ napadnutý výrok odvolacieho súdu o peňažnom plnení v sporoch s ochranou slabšej strany neprevyšuje dvojnásobok minimálnej mzdy; na príslušenstvo sa neprihliada, c/ je predmetom dovolacieho konania len príslušenstvo pohľadávky a výška príslušenstva v čase začatia dovolacieho konania neprevyšuje sumu podľa písmen a/ a b/ ( § 422 ods.1 C.s.p. ). Dovolanie môže podať strana, v ktorej neprospech bolo rozhodnutie vydané ( § 424 C.s.p. ). Dovolanie sa podáva v lehote dvoch mesiacov od doručenia rozhodnutia odvolacieho súdu oprávnenému subjektu na súde, ktorý rozhodoval v prvej inštancii ( § 427 ods.1 prvá veta C.s.p. ). Dovolanie je podané včas aj vtedy, ak bolo v lehote podané na príslušnom odvolacom alebo dovolacom súde ( § 427 ods.2 C.s.p. ). Dovolateľ musí byť v dovolacom konaní zastúpený advokátom. Dovolanie a iné podania dovolateľa musia byť spísané advokátom ( § 429 ods. 1 C.s.p. ). Povinnosť podľa odseku 1 neplatí, ak je a/ dovolateľom fyzická osoba, ktorá má vysokoškolské právnické vzdelanie druhého stupňa, b/ dovolateľom právnická osoba a jej zamestnanec alebo člen, ktorý za ňu koná, má vysokoškolské právnické vzdelanie druhého stupňa, c/ dovolateľ v sporoch s ochranou slabšej strany podľa druhej hlavy tretej časti tohto zákona zastúpený osobou založenou alebo zriadenou na ochranu spotrebiteľa, osobou oprávnenou na zastupovanie podľa predpisov o rovnakom zaobchádzaní a o ochrane pred diskrimináciou alebo odborovou organizáciou a ak ich zamestnanec alebo člen, ktorý za ne koná, má vysokoškolské právnické vzdelanie druhého stupňa( § 429 ods.2 C.s.p. ). Dovolanie prípustné podľa § 420 možno odôvodniť iba tým, že v konaní došlo k vade uvedenej v tomto ustanovení ( § 431 ods.1 C.s.p. ). Dovolací dôvod sa vymedzí tak, že dovolateľ uvedie, v čom spočíva táto vada ( § 431 ods.2 C.s.p. ). Dovolanie prípustné podľa § 421 možno odôvodniť iba tým, že rozhodnutie spočíva v nesprávnom právnom posúdení veci ( § 432 ods. 1 C.s.p. ). Dovolací dôvod sa vymedzí tak, že dovolateľ uvedie právne posúdenie veci, ktoré pokladá za nesprávne, a uvedie, v čom spočíva nesprávnosť tohto právneho posúdenia ( § 432 ods.2 C.s.p. ).</w:t>
      </w:r>
    </w:p>
    <w:p/>
    <w:p>
      <w:r>
        <w:t>Zdroj: KAUZIS.SK – https://www.kauzis.sk/judikatura/r/ECLI:SK:KSBA:2017:1115200009.2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