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3CoPv/4/2017 z 23. 8. 2017</w:t>
      </w:r>
    </w:p>
    <w:p>
      <w:r>
        <w:t>Uznesenie Krajského súdu Bratislava z 23. augusta 2017, sp. zn. 3CoPv/4/2017, ECLI:SK:KSBA:2017:1115200582.2</w:t>
      </w:r>
    </w:p>
    <w:p>
      <w:r>
        <w:t>Súd: Krajský súd Bratislava</w:t>
      </w:r>
    </w:p>
    <w:p>
      <w:r>
        <w:t>Spisová značka: 3CoPv/4/2017</w:t>
      </w:r>
    </w:p>
    <w:p>
      <w:r>
        <w:t>ECLI: ECLI:SK:KSBA:2017:1115200582.2</w:t>
      </w:r>
    </w:p>
    <w:p>
      <w:r>
        <w:t>Dátum vydania: 23. 8.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3CoPv/4/2017 Identifikačné číslo súdneho spisu: 1115200582 Dátum vydania rozhodnutia: 24. 08. 2017 Meno a priezvisko sudcu, VSÚ: JUDr. Elena Ondrišová ECLI: ECLI:SK:KSBA:2017:1115200582.2 Uznesenie Krajský súd v Bratislave v senáte zloženom z predsedníčky senátu JUDr. Eleny Ondrišovej a členov senátu JUDr. Miroslavy Janečkovej a Mgr. Štefana Zelenáka, v právnej veci žalobcu Orange Slovensko, a.s., Metodova 8, Bratislava, IČO: 35 697 270, práv. zast. Krechňák &amp; Associates, s.r.o., Ulica sv. Vincenta 2, Bratislava proti žalovanému SWAN Mobile, a.s. Borská 6, Bratislava, IČO: 35 680 202, práv. zast. BORLOKOVA &amp; ASSOCIATES s.r.o., Jakubovo nám. 19, Bratislava o zdržanie sa nekalosúťažného konania a o odvolaní žalobcu proti uzneseniu Okresného súdu Bratislava I v Bratislave č. k. 25CbPv/1/2015-584, zo dňa 23.3.2017, jednohlasne takto r o z h o d o l : Krajský súd v Bratislave uznesenie Okresného súdu Bratislava I v Bratislave č. k. 25CbPv/1/2015-584, zo dňa 23.3.2017 v napadnutom výroku o náhrade trov konania m e n í tak, že stranám sporu nepriznáva nárok na náhradu trov konania. Žalobcovi nepriznáva nárok na náhradu trov odvolacieho konania. o d ô v o d n e n i e : 1. Napadnutým uznesením súd prvej inštancie konanie zastavil a zároveň rozhodol, že žalovaný má nárok na náhradu trov konania v plnom rozsahu. 2. V odôvodnení uviedol, že žalobca podal voči žalovanému dňa 21.5.2015 žalobu o zdržanie sa nekalosúťažného konania. Počas konania žalobca podal i návrh na vydanie predbežného opatrenia, v ktorom bol neúspešný. Podaním doručeným súdu 6.3.2017 vzal žalobca žalobu späť v celom rozsahu s odôvodnením, že strany uzavreli dohodu, ktorou spor doriešili. Preto súd podľa § 145 ods.1 C.s.p. konanie zastavil. O nároku na náhradu trov konania rozhodol podľa § 262 ods.1 C.s.p. a tento priznal žalovanému, nakoľko v zmysle § 256 ods.1 C.s.p. žalobca procesne zavinil zastavenie konania, pretože súdu nepredložil dôkaz o tom, že sa strany mimosúdne dohodli. 3. Proti uzneseniu, len v časti výroku o náhrade trov konania, podal v zákonom stanovenej lehote žalobca odvolanie, v ktorom v podstate zdôraznil, že súd vec i z doterajšieho priebehu konania nesprávne posúdil, keď nárok na náhradu trov konania priznal žalovanému. Predovšetkým dôvodil, že dohodu o mimosúdnom vyriešení sporu nemohol predložiť súdu, nakoľko jej obsah tvorí predmet obchodného tajomstva a strany sa v nej dohodli že si neuplatňujú nárok na náhradu trov konania. K odvolaniu predložil list žalovaného /adresovaný súdu/, zo dňa 12.4.2017, v ktorom žalobcom uvedené skutočnosti potvrdzuje. 4. Podľa ust. § 470 zák. č. 160/2015 Z.z. - Civilný sporový poriadok (ďalej len C.s.p.),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5. Krajský súd v Bratislave prejednal odvolanie podľa § 379 a § 380 ods. 1 C.s.p. bez nariadenia pojednávania v zmysle § 385 ods. 1 C.s.p. a dospel k záveru, že napadnuté uznesenie je potrebné vo výroku o nároku na náhradu trov konania zmeniť . Podľa § 388 C.s.p. odvolací súd rozhodnutie súdu prvej inštancie zmení, ak nie sú splnené podmienky na jeho potvrdenie, ani na jeho zrušenie. 6. Odvolací súd mal v odvolacom konaní preukázané prípisom žalovaného, že strany sporu sa mimosúdne dohodli a naviac sa i vzdali nároku na náhradu trov konania. 7. Z uvedených dôvodov odvolací súd rozhodol tak, ako je uvedené vo výroku tohoto uznesenia. Súčasne, vzhľadom na vzdanie sa nároku, úspešnému žalobcovi nepriznal nárok na náhradu trov odvolacieho konania. Poučenie: Proti tomuto uzneseniu dovolanie nie je prípustné.</w:t>
      </w:r>
    </w:p>
    <w:p/>
    <w:p>
      <w:r>
        <w:t>Zdroj: KAUZIS.SK – https://www.kauzis.sk/judikatura/r/ECLI:SK:KSBA:2017:1115200582.2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