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3Cob/143/2016 z 29. 8. 2017</w:t>
      </w:r>
    </w:p>
    <w:p>
      <w:r>
        <w:t>Uznesenie Krajského súdu Bratislava z 29. augusta 2017, sp. zn. 3Cob/143/2016, ECLI:SK:KSBA:2017:1115208489.1</w:t>
      </w:r>
    </w:p>
    <w:p>
      <w:r>
        <w:t>Súd: Krajský súd Bratislava</w:t>
      </w:r>
    </w:p>
    <w:p>
      <w:r>
        <w:t>Spisová značka: 3Cob/143/2016</w:t>
      </w:r>
    </w:p>
    <w:p>
      <w:r>
        <w:t>ECLI: ECLI:SK:KSBA:2017:1115208489.1</w:t>
      </w:r>
    </w:p>
    <w:p>
      <w:r>
        <w:t>Dátum vydania: 29. 8.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3Cob/143/2016 Identifikačné číslo súdneho spisu: 1115208489 Dátum vydania rozhodnutia: 30. 08. 2017 Meno a priezvisko sudcu, VSÚ: JUDr. Miroslava Janečková ECLI: ECLI:SK:KSBA:2017:1115208489.1 Uznesenie Krajský súd v Bratislave v senáte zloženom z predsedníčky senátu JUDr. Miroslavy Janečkovej a členov senátu JUDr. Andrey Sedlačkovej a Mgr. Štefana Zelenáka v právnej veci žalobcu AUTOCENTRUM MARS s.r.o., Vajnorská 91, Bratislava, IČO: 36 294 616, zast. ČERNEJOVÁ &amp; HRBEK, s.r.o., Kýčerského 7, Bratislava, proti žalovanému Allianz - Slovenská poisťovňa, a.s., Dostojevského rad 4, Bratislava, IČO: 00 151 700, o zaplatenie 56,84 EUR s príslušenstvom, o odvolaní žalovaného proti rozsudku Okresného súdu Bratislava I v Bratislave, č.k. 28Cb/74/2015-161 z 22.1.2016, jednohlasne takto r o z h o d o l : Krajský súd v Bratislave pripúšťa späťvzatie žaloby, rozsudok Okresného súdu Bratislava I v Bratislave, č.k. 28Cb/74/2015-161 z 22.1.2016 zrušuje a konanie zastavuje. Žiadna zo strán nemá právo na náhradu trov prvoinštančného ani odvolacieho konania. o d ô v o d n e n i e : 1. Napadnutým uznesením súd prvej inštancie uložil žalovanému povinnosť zaplatiť žalobcovi istinu v sume 56,84 EUR spolu s úrokom z omeškania v sadzbe 5,05 % p.a. zo sumy 56,84 EUR od 26.11.2014 do zaplatenia a náhradu trov konania v sume 16,50 EUR predstavujúcej náhradu trov súdneho poplatku a trovy právneho zastúpenia v sume 260,35 EUR do troch dní od právoplatnosti rozsudku. 2. Proti tomuto rozsudku podal včas odvolanie žalovaný navrhujúc ho zmeniť a žalobu zamietnuť. Namietal, že žalobca neuniesol dôkazné bremeno na preukázanie jeho tvrdení a súd prvej inštancie nesprávne vyhodnotil vykonané dôkazy. 3. Žalobca navrhol napadnutý rozsudok ako vecne správny potvrdiť. Uviedol, že žalovaný nepredložil žiadne dôkazy, snaží sa len nájsť v odôvodnení rozsudku také nedostatky, ktoré by mali smerovať k jeho zrušeniu. 4. Písomným podaním zo dňa 21.8.2017 zobral žalobca žalobu v celom rozsahu späť vzhľadom na mimosúdne urovnanie sporu a žiadal žiadnej zo strán sporu náhradu trov konania nepriznať. 5. Písomným podaním zo dňa 25.8.2017 žalovaný oznámil svoj súhlas so späťvzatím žaloby so zreteľom na mimosúdne urovnanie sporu a súhlasil s tým, aby žiadnemu z účastníkov nebola priznaná náhrada trov. 6. Podľa § 370 ods. 1 C.s.p. ak je žaloba vzatá späť po rozhodnutí súdu prvej inštancie, ale skôr, ako rozhodnutie nadobudlo právoplatnosť, odvolací súd rozhodne o pripustení späťvzatia. 7. Podľa § 370 ods. 2 C.s.p. súd späťvzatie žaloby nepripustí, ak s tým protistrana z vážnych dôvodov nesúhlasí. Ak späťvzatie žaloby pripustí, odvolací súd zruší rozhodnutie súdu prvej inštancie a konanie zastaví. 8. Vzhľadom na dispozičný úkon žalobcu, s ktorým žalovaný súhlasil, odvolací súd podľa § 370 ods. 2 C.s.p. späťvzatie žaloby pripustil, zrušil rozsudok súdu prvej inštancie a konanie zastavil. 9. Z vyjadrení obidvoch účastníkov vyplýva, že dôvodom späťvzatia bolo mimosúdne urovnanie sporu, teda zastavenie konania nezapríčinil svojím konaním výlučne ani jeden z účastníkov. Odvolací súd preto podľa §§ 256 ods. 1 a contrario, 262 ods. 1 a 396 ods. 1 C.s.p. rozhodol tak, že žiadna zo strán nemá na náhradu trov konania právo. Poučenie: Proti tomuto uzneseniu odvolanie nie je prípustné. Proti tomuto uzneseniu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https://www.kauzis.sk/judikatura/r/ECLI:SK:KSBA:2017:1115208489.1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