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5Co/396/2016 z 30. 1. 2017</w:t>
      </w:r>
    </w:p>
    <w:p>
      <w:r>
        <w:t>Uznesenie Krajského súdu Bratislava z 30. januára 2017, sp. zn. 5Co/396/2016, ECLI:SK:KSBA:2017:1115226771.1</w:t>
      </w:r>
    </w:p>
    <w:p>
      <w:r>
        <w:t>Súd: Krajský súd Bratislava</w:t>
      </w:r>
    </w:p>
    <w:p>
      <w:r>
        <w:t>Spisová značka: 5Co/396/2016</w:t>
      </w:r>
    </w:p>
    <w:p>
      <w:r>
        <w:t>ECLI: ECLI:SK:KSBA:2017:1115226771.1</w:t>
      </w:r>
    </w:p>
    <w:p>
      <w:r>
        <w:t>Dátum vydania: 30. 1. 2017</w:t>
      </w:r>
    </w:p>
    <w:p>
      <w:r>
        <w:t>Forma: Uznesenie</w:t>
      </w:r>
    </w:p>
    <w:p>
      <w:pPr>
        <w:pStyle w:val="Heading2"/>
      </w:pPr>
      <w:r>
        <w:t>Text rozhodnutia</w:t>
      </w:r>
    </w:p>
    <w:p>
      <w:r>
        <w:t>Súd: Krajský súd Bratislava Spisová značka: 5Co/396/2016 Identifikačné číslo súdneho spisu: 1115226771 Dátum vydania rozhodnutia: 31. 01. 2017 Meno a priezvisko sudcu, VSÚ: JUDr. Milan Chalupka ECLI: ECLI:SK:KSBA:2017:1115226771.1 Uznesenie Krajský súd v Bratislave, v senáte zloženom z predsedu senátu JUDr. Milana Chalupku a členov senátu JUDr. Juraja Považana a JUDr. Janky Richterovej, vo veci žalobcu: W.. I. E.M., L.. XX. XX. XXXX, J.: G. X, J., v zast.: JUDr. Eva Krištofiaková, advokátka so sídlom: Zelená 11, Malinovo, proti žalovanej: Allianz - Slovenská poisťovňa, a. s. IČO: 00 151 700, so sídlom: Dostojevského rad 4, Bratislava, o zaplatenie 50,40 eur s príslušenstvom, o späťvzatí žaloby žalobcom v celom rozsahu po vyhlásení rozsudku Okresného súdu Bratislava I, č. k.: 19C/234/2015-54 zo dňa 29. 04. 2016, takto r o z h o d o l : Odvolací súd p r i p ú š ť a späťvzatie žaloby žalobcu v celom rozsahu a rozsudok súdu prvej inštancie z r u š u j e a konanie z a s t a v u j e. Žalobcovi sa p r i z n á v a náhrada trov konania v rozsahu 100 %. Odvolací súd vracia žalobcovi zaplatený súdny poplatok vo výške 9,80 eur, na účet právneho zástupcu žalobcu vedený v G. J., S.. D.., W.: D.. o d ô v o d n e n i e : 1. Súd prvej inštancie svojím rozsudkom uložil žalovanej povinnosť zaplatiť žalobcovi istinu 76,25 eur s 9 % úrokom z omeškania ročne zo žalovanej istiny od 20. 02. 2011 do zaplatenia a nahradiť mu trovy konania 16,50 eur spočívajúce v súdnom poplatku, všetko na účet žalobcu. 2. Po doručení a pred právoplatnosťou rozsudku, doručil súdu prvej inštancie žalobca späťvzatie žaloby v celom rozsahu v zmysle ust. § 144, § 369 C. s. p. a žiada, aby odvolací súd predmetné konanie zastavil. Prílohou späťvzatia žaloby bolo tlačivo označené, ako „oznámenie o poukázaní náhrady škody“ od žalovanej spolu s výpisom histórie finančnej transakcie v A. s poukázanou sumou od žalovanej. 3. Po doručení návrhu na späťvzatiu (20. 06. 2016) doručil súdu prvej inštancie dňa 24. 06. 2016 žalobca podanie označené, ako odvolanie. 4. Žalovaná bola súdom prvej inštancie vyzvaná na to, aby sa k späťvzatiu žaloby v celom rozsahu vyjadrila. Tá k predmetnému späťvzatiu nevyjadrila nesúhlas. 5. Podľa § 144 C. s. p. žalobca môže vziať žalobu späť. 6. Podľa § 370 ods. 1 C. s. p. ak je žaloba vzatá späť po rozhodnutí súdu prvej inštancie, ale skôr, ako rozhodnutie nadobudlo právoplatnosť, odvolací súd rozhodne o pripustení späťvzatia. 7. Podľa § 11 ods. 3 zákona č. 71/1992 Zb.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8. Podľa § 11 ods. 4 zákona č. 71/1992 Zb., okrem poplatku v konaní o rozvod manželstva a poplatku, ktorý sa vracia podľa odseku 1, sa poplatok alebo jeho časť (preplatok) vracia krátený o 1 %, najmenej však 6,70 eura. Ak sa návrh vzal späť pred zaplatením poplatku, poplatok sa nevyrubuje. 9. Nakoľko žalobca vzal žalobu späť v čase po rozhodnutí súdu prvej inštancie, avšak predtým ako sa rozsudok súdu prvej inštancie stal právoplatným, odvolací súd po prejednaní veci bez pojednávania v súlade s ust. § 385 ods. 1 C. s. p. postupoval v zmysle § 370 ods. 1 C. s. p., pripustil späťvzatie žaloby v celom rozsahu, zrušil napadnutý rozsudok a konanie zastavil. 10. Vzhľadom k tomu, že žalobca zobral žalobu späť v celom rozsahu skôr než podal odvolanie vo veci samej, sa odvolací súd podaným odvolaním žalobcu vecne nezaoberal. 11. O vrátení súdneho poplatku rozhodol odvolací súd podľa § 11 ods. 3, 4 zák. č. 71/1992 Zb. v znení neskorších predpisov (Poplatok podľa položky 1 písm. a zák. č. 71/1992 Zb.). Vzhľadom k tomu, že žalobca vzal žalobu späť pred tým než bolo vo veci nariadené prvé pojednávanie, odvolací súd vracia žalobcovi zaplatený súdny poplatok za návrh na začatie konania krátený o 6,70 eur. Celkovo vracia odvolací súd zaplatený súdny poplatok žalobcovi vo výške 9,80 eur. 12. O trovách konania rozhodol súd podľa § 396 ods. 1 C. s. p. v spojení s § 255 ods. 1 a § 256 ods. 1 C. s. p. Zo späťvzatia žaloby má odvolací súd za preukázané, že žaloba bola podaná žalobcom dôvodne, keďže žalovaná uhradila žalobcom žalovanú čiastku s príslušenstvom žaloby v priebehu konania. Vzhľadom k tomu, že žalovaná procesne zavinila zastavenie konania (§ 256 ods. 1 C. s. p.), odvolací súd priznal žalobcovi náhradu trov konania v rozsahu 100 %. 13.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https://www.kauzis.sk/judikatura/r/ECLI:SK:KSBA:2017:1115226771.1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