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3Co/125/2017 z 30. 7. 2017</w:t>
      </w:r>
    </w:p>
    <w:p>
      <w:r>
        <w:t>Uznesenie Krajského súdu Bratislava z 30. júla 2017, sp. zn. 3Co/125/2017, ECLI:SK:KSBA:2017:1115230930.1</w:t>
      </w:r>
    </w:p>
    <w:p>
      <w:r>
        <w:t>Súd: Krajský súd Bratislava</w:t>
      </w:r>
    </w:p>
    <w:p>
      <w:r>
        <w:t>Spisová značka: 3Co/125/2017</w:t>
      </w:r>
    </w:p>
    <w:p>
      <w:r>
        <w:t>ECLI: ECLI:SK:KSBA:2017:1115230930.1</w:t>
      </w:r>
    </w:p>
    <w:p>
      <w:r>
        <w:t>Dátum vydania: 30. 7. 2017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3Co/125/2017 Identifikačné číslo súdneho spisu: 1115230930 Dátum vydania rozhodnutia: 31. 07. 2017 Meno a priezvisko sudcu, VSÚ: JUDr. Mario Dubaň ECLI: ECLI:SK:KSBA:2017:1115230930.1 Uznesenie Krajský súd v Bratislave v senáte zloženom z predsedu senátu JUDr. Ing. Maria Dubaňa a sudcov JUDr. Alexandry Hanusovej a JUDr. Romana Bolebrucha v právnej veci žalobcu: Allianz - Slovenská poisťovňa, a.s., Dostojevského rad 4, Bratislava, proti žalovanému: B. Š., nar. XX.XX.XXXX, E. XX, Z., o zaplatenie 113,67 eura s prísl., na odvolanie žalovaného proti rozsudku Okresného súdu Bratislava I č.k. 20C/263/2015-29, zo dňa 11.10.2016, v spojení s opravným uznesením č.k. 20C/263/2015-36, zo dňa 10.1.2017, takto r o z h o d o l : Odvolací súd odvolanie žalovaného o d m i e t a . o d ô v o d n e n i e : 1. Napadnutým rozsudkom súd prvej inštancie zrušil platobný rozkaz č.k. 20C/263/2015-14, zo dňa 22.4.2016. Žalovanému uložil povinnosť zaplatiť žalobcovi istinu 113,67 eura; žalobcovi priznal nárok na náhradu trov konania v plnom rozsahu. V odôvodnení uviedol, že žalobca sa žalobou z 8.12.2015 domáhal voči žalovanému zaplatenia 113,67 eura titulom nedoplatku na poistnom. Opravným uznesením doplnil do záhlavia rozsudku dátum narodenia žalovaného. 2. Proti rozsudku podal žalovaný odvolanie, v ktorom uviedol, že po dohode so žalobcom spláca pohľadávku prostredníctvom splátok. 3. Súd prvej inštancie uznesením č.k. 20C/263/2015-38, zo dňa 10.1.2017, vyzval žalovaného, aby v lehote 15 dní od doručenia uznesenia písomne odstránil vady odvolania tak, že: „v odvolaní nech žalovaný uvedie, v akom rozsahu sa napáda rozhodnutie, z akých dôvodov sa rozhodnutie považuje za nesprávne (odvolacie dôvody) a čoho sa domáha (odvolací návrh).“ 4. Žalobca v súdom stanovenej lehote odvolanie o požadované náležitosti nedoplnil. 5. Odvolací súd prejednal odvolanie žalovaného bez nariadenia pojednávania podľa § 385 ods. 1 C.s.p. a dospel k záveru, že odvolanie žalovaného je potrebné odmietnuť. 6. Podľa § 363 C.s.p. v odvolaní sa popri všeobecných náležitostiach podania uvedie, proti ktorému rozhodnutiu smeruje, v akom rozsahu sa napadá, z akých dôvodov sa rozhodnutie považuje za nesprávne (odvolacie dôvody) a čoho sa odvolateľ domáha (odvolací návrh). 7. Podľa § 386 písm. d) C.s.p. odvolací súd odmietne odvolanie, ak nemá náležitosti podľa § 363, ak pre vady odvolania nemožno v odvolacom konaní pokračovať. 8. Na uvedenom základe odvolací súd konštatuje, že odvolanie žalovaného nespĺňa náležitosti podľa § 363 C.s.p., keď obsahuje len konštatovanie žalovaného, že dohode so žalobcom spláca pohľadávku prostredníctvom splátok, ako mu žalobca oznámil. Odvolací súd preto považuje za správny postup súdu prvej inštancie, ktorý v súlade s § 373 ods. 1 C.s.p. uznesením vyzval žalovaného na doplnenie chýbajúcich náležitosti odvolania, pričom uviedol, ako má odvolanie doplniť a zároveň ho poučil o následkoch neodstránenia vád odvolania podľa § 386 písm. d) C.s.p. 9. Nakoľko žalovaný napriek výzve s poučením o následkoch neodstránenia vád podané odvolanie nedoplnil o požadované náležitosti podľa § 363 C.s.p. (neuviedol z akých dôvodov považuje rozhodnutie súdu prvej inštancie za nesprávne, v akom rozsahu toto rozhodnutie napáda a čoho sa odvolaním domáha), odvolací súd mal za to, že pre tieto vady nie je možné v odvolacom konaní pokračovať a preto odvolanie podľa § 386 písm. d) C.s.p. odmietol. 10. Toto rozhodnutie prijal senát Krajského súdu v Bratislave pomerom hlasov 3:0. Poučenie: Proti tomuto uzneseniu odvolanie nie je prípustné. Proti rozhodnutiu odvolacieho súdu je prípustné dovolanie, ak to zákon pripúšťa (§ 419 C.s.p.) v lehote dvoch mesiacov od doručenia rozhodnutia odvolacieho súdu oprávnenému subjektu na súde, ktorý rozhodoval v prvej inštancii. Ak bolo vydané opravné uznesenie, lehota plynie znovu od doručenia opravného uznesenia len v rozsahu vykonanej opravy (§ 427 ods. 1 C.s.p.). Dovolateľ musí byť v dovolacom konaní zastúpený advokátom. Dovolanie a iné podania dovolateľa musia byť spísané advokátom (§ 429 ods. 1 C.s.p.).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C.s.p.).</w:t>
      </w:r>
    </w:p>
    <w:p/>
    <w:p>
      <w:r>
        <w:t>Zdroj: KAUZIS.SK – https://www.kauzis.sk/judikatura/r/ECLI:SK:KSBA:2017:1115230930.1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