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4Cob/73/2016 z 6. 6. 2017</w:t>
      </w:r>
    </w:p>
    <w:p>
      <w:r>
        <w:t>Opravné uznesenie Krajského súdu Bratislava z 6. júna 2017, sp. zn. 4Cob/73/2016, ECLI:SK:KSBA:2017:1116209840.2</w:t>
      </w:r>
    </w:p>
    <w:p>
      <w:r>
        <w:t>Súd: Krajský súd Bratislava</w:t>
      </w:r>
    </w:p>
    <w:p>
      <w:r>
        <w:t>Spisová značka: 4Cob/73/2016</w:t>
      </w:r>
    </w:p>
    <w:p>
      <w:r>
        <w:t>ECLI: ECLI:SK:KSBA:2017:1116209840.2</w:t>
      </w:r>
    </w:p>
    <w:p>
      <w:r>
        <w:t>Dátum vydania: 6. 6.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4Cob/73/2016 Identifikačné číslo súdneho spisu: 1116209840 Dátum vydania rozhodnutia: 07. 06. 2017 Meno a priezvisko sudcu, VSÚ: JUDr. Tatiana Pastieriková ECLI: ECLI:SK:KSBA:2017:1116209840.2 Opravné uznesenie Krajský súd v Bratislave v senáte zloženom z predsedníčky senátu JUDr. Tatiany Pastierikovej a členiek senátu JUDr. Eleny Kúšovej a JUDr. Dany Šiffalovičovej v právnej veci žalobcu: Národné lesnícke centrum, T. G. Masaryka 22, 960 92 Zvolen, IČO: 42 001 315, proti žalovanému: JASNÁ Development s.r.o., Pribinova 25, 811 09 Bratislava, IČO: 44 029 152, o zaplatenie 4.000 eur s prísl., o čiastočnom späťvzatí návrhu, takto r o z h o d o l : Uznesenie vydané Krajským súdom v Bratislave č.k. 4 Cob/73/2016 - 32 zo dňa 30.03.2017 sa opravuje - v časti výroku tak, že správne znie: „Krajský súd v Bratislave čiastočné späťvzatie návrhu zo dňa 02.08.2016 pripúšťa. Platobný rozkaz Okresného súdu Bratislava I č.k. 33 Cb/72/2016 - 21 zo dňa 26.07.2016 zrušuje v časti istiny 4.000 eur a konanie vedené pred Okresným súdom Bratislava I pod sp. zn. 33 Cb/72/2016 v tejto časti zastavuje.“ o d ô v o d n e n i e : Krajský súd v Bratislave vo výroku uvedeného uznesenia uviedol nesprávne označenie súdu prvej inštancie, preto bolo potrebné predmetné uznesenie v tejto časti opraviť tak, ako je uvedené vo výroku tohto uznesenia. Podľa § 224 CSP súd kedykoľvek aj bez návrhu opraví v rozsudku chyby v písaní a počítaní, ako aj iné zrejmé nesprávnosti. O oprave vydá opravné uznesenie, ktoré doručí subjektom konania. Toto uznesenie bolo členmi senátu prijaté pomerom hlasov 3:0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</w:t>
      </w:r>
    </w:p>
    <w:p/>
    <w:p>
      <w:r>
        <w:t>Zdroj: KAUZIS.SK – https://www.kauzis.sk/judikatura/r/ECLI:SK:KSBA:2017:1116209840.2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