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11CoP/391/2017 z 3. 9. 2017</w:t>
      </w:r>
    </w:p>
    <w:p>
      <w:r>
        <w:t>Uznesenie Krajského súdu Bratislava z 3. septembra 2017, sp. zn. 11CoP/391/2017, ECLI:SK:KSBA:2017:1117216581.2</w:t>
      </w:r>
    </w:p>
    <w:p>
      <w:r>
        <w:t>Súd: Krajský súd Bratislava</w:t>
      </w:r>
    </w:p>
    <w:p>
      <w:r>
        <w:t>Spisová značka: 11CoP/391/2017</w:t>
      </w:r>
    </w:p>
    <w:p>
      <w:r>
        <w:t>ECLI: ECLI:SK:KSBA:2017:1117216581.2</w:t>
      </w:r>
    </w:p>
    <w:p>
      <w:r>
        <w:t>Dátum vydania: 3. 9. 2017</w:t>
      </w:r>
    </w:p>
    <w:p>
      <w:r>
        <w:t>Forma: Uznesenie</w:t>
      </w:r>
    </w:p>
    <w:p>
      <w:pPr>
        <w:pStyle w:val="Heading2"/>
      </w:pPr>
      <w:r>
        <w:t>Text rozhodnutia</w:t>
      </w:r>
    </w:p>
    <w:p>
      <w:r>
        <w:t>Súd: Krajský súd Bratislava Spisová značka: 11CoP/391/2017 Identifikačné číslo súdneho spisu: 1117216581 Dátum vydania rozhodnutia: 04. 09. 2017 Meno a priezvisko sudcu, VSÚ: JUDr. Bianka Gelačíková ECLI: ECLI:SK:KSBA:2017:1117216581.2 Uznesenie Krajský súd v Bratislave v senáte zloženom z predsedníčky JUDr. Bianky Gelačíkovej a členiek senátu Mgr. Aleny Čakváriovej a Mgr. Patrície Železníkovej, vo veci prípustnosti prevzatia C.. C. E., narodeného dňa XX.XX.XXXX, bytom J., D. 9, do zdravotníckeho zariadenia A. nemocnica s poliklinikou Bratislava, Pažítkova 4, Bratislava, pracovisko Nemocnica Staré Mesto, Mickiewiczova 13, Bratislava, Psychiatrická klinika LFUK a UNB, na odvolanie umiestneného proti rozhodnutiu Okresného súdu Bratislava I, č.k. 1Pu/120/2017-6 zo dňa 30.06.2017, takto r o z h o d o l : Odvolanie sa o d m i e t a . o d ô v o d n e n i e : 1. Súd prvej inštancie napadnutým uznesením vyslovil, že prevzatie umiestneného C.. C. E., narodeného XX.XX.XXXX do zdravotníckeho zariadenia bolo prípustné. 2. Proti tomuto rozhodnutiu podal odvolanie umiestnený. 3. Odvolanie umiestneného nespĺňalo zákonom predpísané náležitosti, preto súd prvej inštancie vyzval umiestneného na odstránenie vád svojho podania. Umiestnený prevzal výzvu 14.07.2017, výzve súdu prvej inštancie nevyhovel a svoje podanie - odvolanie nedoplnil. 4. Podľa § 386 písm. b/ C.s.p., odvolací súd odmietne odvolanie, ak nemá náležitosti podľa § 363, ak pre vady odvolania nemožno v odvolacom konaní pokračovať. 5. Odvolací súd odmietol odvolanie umiestneného v zmysle vyššie citovaného ustanovenia, pretože odvolanie umiestneného nespĺňalo náležitosti. Umiestnený bol riadne vyzvaný na ich doplnenie, bola mu určená lehota na odstránenie nedostatkov, pričom umiestnený tejto výzve nevyhovel.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https://www.kauzis.sk/judikatura/r/ECLI:SK:KSBA:2017:1117216581.2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