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2Co/285/2012 z 14. 2. 2017</w:t>
      </w:r>
    </w:p>
    <w:p>
      <w:r>
        <w:t>Uznesenie Krajského súdu Bratislava z 14. februára 2017, sp. zn. 2Co/285/2012, ECLI:SK:KSBA:2017:1209220507.4</w:t>
      </w:r>
    </w:p>
    <w:p>
      <w:r>
        <w:t>Súd: Krajský súd Bratislava</w:t>
      </w:r>
    </w:p>
    <w:p>
      <w:r>
        <w:t>Spisová značka: 2Co/285/2012</w:t>
      </w:r>
    </w:p>
    <w:p>
      <w:r>
        <w:t>ECLI: ECLI:SK:KSBA:2017:1209220507.4</w:t>
      </w:r>
    </w:p>
    <w:p>
      <w:r>
        <w:t>Dátum vydania: 14. 2. 2017</w:t>
      </w:r>
    </w:p>
    <w:p>
      <w:r>
        <w:t>Forma: Uznesenie</w:t>
      </w:r>
    </w:p>
    <w:p>
      <w:r>
        <w:t>Oblasť práva: Občianske právo</w:t>
      </w:r>
    </w:p>
    <w:p>
      <w:pPr>
        <w:pStyle w:val="Heading2"/>
      </w:pPr>
      <w:r>
        <w:t>Text rozhodnutia</w:t>
      </w:r>
    </w:p>
    <w:p>
      <w:r>
        <w:t>Súd: Krajský súd Bratislava Spisová značka: 2Co/285/2012 Identifikačné číslo súdneho spisu: 1209220507 Dátum vydania rozhodnutia: 15. 02. 2017 Meno a priezvisko sudcu, VSÚ: JUDr. Mária Hajdínová ECLI: ECLI:SK:KSBA:2017:1209220507.4 Uznesenie Krajský súd v Bratislave v senáte zloženom z predsedníčky senátu JUDr. Márie Hajdínovej a členov senátu JUDr. Dariny Kriváňovej a JUDr. Michaely Královej v právnej veci žalobcu: F., s.r.o., Bratislava, Nezvalova č. 51, IČO: 35 790 911, zastúpený JUDr. Miroslavom Pekárom, advokátom v Bratislave, Krížna č. 52, proti žalovanému: W. Z. V. U. R. E. W. , bytom D., I. Č.. X, zastúpený spoločnosťou Matejka Friedmannová s.r.o., Bratislava, Svätoplukova č. 28, IČO: 47 248 998, za ktorú koná JUDr. Ondrej Matejka, o zaplatenie sumy 1.172,40 €, s príslušenstvom, o vzájomnom návrhu žalovaného na zaplatenie sumy 829,85 €, s príslušenstvom, opravným uznesením, takto r o z h o d o l : I. O p r a v u j e rozsudok Krajského súdu v Bratislave zo dňa 26. októbra 2016, č.k. 2 Co 285/2012-172, v záhlaví v osobe právneho zástupcu žalovaného tak, že názov právneho zástupcu žalovaného W. Z. a celé znenie správne znie: Matejka Friedmannová s.r.o., Bratislava, Svätoplukova č. 28, IČO: 47 248 998, za ktorú koná JUDr. Ondrej Matejka. II. V ostatnom zostáva rozsudok Krajského súdu v Bratislave zo dňa 26. októbra 2016, č.k. 2 Co 285/2012-172, bezo zmeny. o d ô v o d n e n i e : l. V záhlaví písomného vyhotovenia rozsudku Krajského súdu v Bratislave zo dňa 26.10.2016, č.k. 2 Co 285/2012-172, pri osobe právneho zástupcu žalovaného W. Z. v dôsledku zrejmej nesprávnosti bol uvedený jeho predchádzajúci názov a sídlo. V čase rozhodovania odvolacieho súdu daným rozsudkom už ale niesol názov a sídlo: Matejka Friedmannová s.r.o., Bratislava, Svätoplukova č. 28, IČO: 47 248 998, za ktorú koná JUDr. Ondrej Matejka. 2. Postupom podľa ustanovenia § 224 Civilného sporového poriadku (§ 470 ods. l, ods. 2 Civilného sporového poriadku) odvolací súd túto zrejmú nesprávnosť odstránil spôsobom uvedeným vo výroku tohto uznesenia. 3. Odvolací súd prijal rozhodnutie jednohlasne (§ 3 ods. 9 zákona č. 757/2004 Z.z. o súdoch a o zmene a doplnení niektorých zákonov v znení účinnom od 1.5.2011; § 393 ods. 2 C.s.p.). Poučenie: Proti rozhodnutiu odvolacieho súdu je prípustné dovolanie, ak to zákon pripúšťa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421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422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https://www.kauzis.sk/judikatura/r/ECLI:SK:KSBA:2017:1209220507.4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