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7CoPr/6/2017 z 27. 6. 2017</w:t>
      </w:r>
    </w:p>
    <w:p>
      <w:r>
        <w:t>Uznesenie Krajského súdu Bratislava z 27. júna 2017, sp. zn. 7CoPr/6/2017, ECLI:SK:KSBA:2017:1213201229.3</w:t>
      </w:r>
    </w:p>
    <w:p>
      <w:r>
        <w:t>Súd: Krajský súd Bratislava</w:t>
      </w:r>
    </w:p>
    <w:p>
      <w:r>
        <w:t>Spisová značka: 7CoPr/6/2017</w:t>
      </w:r>
    </w:p>
    <w:p>
      <w:r>
        <w:t>ECLI: ECLI:SK:KSBA:2017:1213201229.3</w:t>
      </w:r>
    </w:p>
    <w:p>
      <w:r>
        <w:t>Dátum vydania: 27. 6. 2017</w:t>
      </w:r>
    </w:p>
    <w:p>
      <w:r>
        <w:t>Forma: Uznesenie</w:t>
      </w:r>
    </w:p>
    <w:p>
      <w:pPr>
        <w:pStyle w:val="Heading2"/>
      </w:pPr>
      <w:r>
        <w:t>Text rozhodnutia</w:t>
      </w:r>
    </w:p>
    <w:p>
      <w:r>
        <w:t>Súd: Krajský súd Bratislava Spisová značka: 7CoPr/6/2017 Identifikačné číslo súdneho spisu: 1213201229 Dátum vydania rozhodnutia: 28. 06. 2017 Meno a priezvisko sudcu, VSÚ: JUDr. Blanka Podmajerská ECLI: ECLI:SK:KSBA:2017:1213201229.3 Uznesenie Krajský súd v Bratislave v senáte zloženom z predsedníčky senátu JUDr. Blanky Podmajerskej a členov senátu Mgr. Adely Unčovskej a JUDr. Mariany Harvancovej, v právnej veci žalobkyne: U.. A. M., nar. X.X.XXXX, bytom B. XXX/X, G., zastúpenej: ADVOKÁT ZLÁMALOVÁ ZUZANA, s.r.o., so sídlom Trnavská 11, Bratislava proti žalovanej: SWS Distribution, s.r.o., IČO: 35 816 473, so sídlom Studená 5, Bratislava, zastúpenej: Patakyová, Bartová, Kovácsová, s.r.o., so sídlom J.M.Hurbana 2, Nové Zámky, o určenie neplatnosti skončenia pracovného pomeru, o späťvzatí žaloby, jednomyseľne takto r o z h o d o l : Odvolací súd pripúšťa späťvzatie žaloby, rozsudok Okresného súdu Bratislava II zo dňa 19.12.2016, č. k. 52CPr/1/2013-314 z r u š u j e a konanie z a s t a v u j e. Žalobkyni sa proti žalovanej n e p r i z n á v a nárok na náhradu trov konania. o d ô v o d n e n i e : 1. Okresný súd Bratislava II rozsudkom zo dňa 19.12.2016, č.k. 52CPr/1/2013-314 žalobu, ktorou sa žalobkyňa domáhala určenia neplatnosti skončenia pracovného pomeru, zamietol. Zároveň zamietol návrh žalobkyne na prerušenie konania do právoplatného rozhodnutia v trestnej veci vedenej pod sp.zn. ČVS-ORP-2058/3-VYS-B2-2012. Vyslovil, že žalovaná má voči žalobkyni právo na náhradu trov konania v rozsahu 100%. 2. Žalobkyňa v písomnom podaní doručenom súdu prvej inštancie dňa 24.5.2017 oznámila, že s poukazom na skutočnosť, že medzi stranami sporu došlo k uzavretiu Dohody o mimosúdnom ukončení všetkých súdnych konaní (vrátane konania na Okresnom súde Bratislava II, sp.zn. 52Cpr/1/2013), berie žalobu v plnom rozsahu späť, s tým, že si neuplatňuje náhradu trov konania. 3. Podľa § 370 ods. 1 zákona č. 160/2015 Z.z. Civilný sporový poriadok (ďalej len „C.s.p.“) ak je žaloba vzatá späť po rozhodnutí súdu prvej inštancie, ale skôr, ako rozhodnutie nadobudlo právoplatnosť, odvolací súd rozhodne o pripustení späťvzatia. Podľa § 370 ods. 2 C.s.p. súd späťvzatie žaloby nepripustí, ak s tým protistrana z vážnych dôvodov nesúhlasí. Ak späťvzatie žaloby pripustí, odvolací súd zruší rozhodnutie súdu prvej inštancie a konanie zastaví. 4. V prejednávanej veci z obsahu spisu vyplýva, že žalobkyňa prevzala rozsudok súdu prvej inštancie dňa 21.3.2017 a žalovaná dňa 23.3.2017. Proti rozsudku podala žalobkyňa odvolanie dňa 31.3.2017 (na pošte). Žalobkyňa doručila späťvzatie žaloby súdu prvej inštancie dňa 24.5.2017 (osobne). Uvedené znamená, že žaloba bola žalobkyňou vzatá späť, keď už súd prvej inštancie vo veci rozhodol, ale jeho rozhodnutie nebolo právoplatné. 5. Pretože žalobkyňa vzala žalobu späť v čase po rozhodnutí súdu prvej inštancie, avšak predtým ako sa rozsudok súdu prvej inštancie stal právoplatným, pričom žalovaná súhlasila so späťvzatím žaloby, a to v podaní doručenom súdu prvej inštancie dňa 23.5.2017, v ktorom zároveň uviedla, že si neuplatňuje náhradu trov konania, odvolací súd po prejednaní veci bez pojednávania podľa § 385 ods. 1 C. s. p. postupoval v zmysle § 370 C. s. p., pripustil späťvzatie žaloby, zrušil napadnutý rozsudok súdu prvej inštancie a konanie zastavil. 6. O náhrade trov konania odvolací súd rozhodol podľa § 396 ods.1 C.s.p. v spojení s § 256 ods. 1 C.s.p., žalobkyni však nepriznal nárok na náhradu trov konania proti žalovanej, ktorá procesne zavinila zastavenie konania, zohľadňujúc vôľu strán sporu, t.j., že si neuplatňujú náhradu trov konania. 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https://www.kauzis.sk/judikatura/r/ECLI:SK:KSBA:2017:1213201229.3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