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2Cob/152/2016 z 30. 5. 2017</w:t>
      </w:r>
    </w:p>
    <w:p>
      <w:r>
        <w:t>Opravné uznesenie Krajského súdu Bratislava z 30. mája 2017, sp. zn. 2Cob/152/2016, ECLI:SK:KSBA:2017:1214229598.2</w:t>
      </w:r>
    </w:p>
    <w:p>
      <w:r>
        <w:t>Súd: Krajský súd Bratislava</w:t>
      </w:r>
    </w:p>
    <w:p>
      <w:r>
        <w:t>Spisová značka: 2Cob/152/2016</w:t>
      </w:r>
    </w:p>
    <w:p>
      <w:r>
        <w:t>ECLI: ECLI:SK:KSBA:2017:1214229598.2</w:t>
      </w:r>
    </w:p>
    <w:p>
      <w:r>
        <w:t>Dátum vydania: 30. 5. 2017</w:t>
      </w:r>
    </w:p>
    <w:p>
      <w:r>
        <w:t>Forma: Opravné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2Cob/152/2016 Identifikačné číslo súdneho spisu: 1214229598 Dátum vydania rozhodnutia: 31. 05. 2017 Meno a priezvisko sudcu, VSÚ: JUDr. Ľubica Krišková ECLI: ECLI:SK:KSBA:2017:1214229598.2 Opravné uznesenie Krajský súd v Bratislave v senáte zloženom z predsedníčky senátu JUDr. Ľubici Kriškovej a členiek senátu JUDr. Oľgy Bahníkovej a JUDr. Ľubici Břouškovej v právnej veci žalobcu: ČSOB Leasing, a.s., Panónska cesta 11, 852 01 Bratislava, IČO: 35 704 713, práv. zast.: HMG LEGAL, s.r.o., Červeňova 14, 811 03 Bratislava, IČO: 35 885 459 proti žalovaným: 1. BHS-HYGIENA s.r.o., Trnavská cesta 70, 821 02 Bratislava, IČO: 44 184 263, 2. D. E., V.. XX.XX.XXXX, X. V. XX/XX, XXX XX Q., o zaplatenie 2.799,06 eur s prísl., o vydaní opravného uznesenia, takto r o z h o d o l : Krajský súd v Bratislave opravuje zrejmú nesprávnosť v záhlaví rozsudku tunajšieho súdu č. k. 2Cob/152/2016-100 zo dňa 11.04.2017 tak, že správne označenie právneho zástupcu žalobcu má znieť: „HMG LEGAL, s.r.o., Červeňova 14, 811 03 Bratislava, IČO: 35 885 459“. o d ô v o d n e n i e : 1. Krajský súd v Bratislave ako súd odvolací svojím rozhodnutím zo dňa 11.04.2017 č. k. 2Cob/152/2016-100 rozhodol, že napadnutý rozsudok súd prvej inštancie potvrdzuje. V druhom výroku odvolací súd rozhodol o nároku na náhradu trov odvolacieho konania. Pri opise rozhodnutia došlo k chybe v písaní, keď súd uviedol v jeho záhlaví nesprávny názov právneho zástupcu žalobcu, a to HMG &amp; PARTNERS, s.r.o., Štefanovičova 12, 811 04 Bratislava. Správne označenie právneho zástupcu žalobcu malo znieť HMG LEGAL, s.r.o., Červeňova 14, 811 03 Bratislava, IČO: 35 885 459. 2. Podľa § 234 ods. 1 a 2 Civilného sporového poriadku (ďalej len CSP), súd rozhoduje uznesením, ak nerozhoduje vo veci samej. ak nie je ďalej ustanovené inak, použijú sa na uznesenie primerane ustanovenia o rozsudku. 3. Podľa § 224 CSP, súd kedykoľvek aj bez návrhu opraví v rozsudku chyby v písaní a počítaní, ako aj iné zrejmé nesprávnosti. O oprave súd vydá opravné uznesenie, ktoré doručí subjektom konania. 4. S poukazom na vyššie uvedené odvolací súd v rozsudku č.k. 2Cob/152/2016-100 zo dňa 11.04.2017 opravil chybu v písaní, kde v záhlaví uviedol nesprávne sídlo právneho zástupcu žalobcu, tak ako je to uvedené vo výroku tohto uznesenia. 5. Rozhodnutie odvolacieho súdu bolo prijaté v pomere hlasov 3 : 0. Poučenie: : Proti tomuto uzneseniu odvolanie nie je prípustné (§ 355 ods. 2 CSP a contrario).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https://www.kauzis.sk/judikatura/r/ECLI:SK:KSBA:2017:1214229598.2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