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3Cob/362/2016 z 27. 2. 2017</w:t>
      </w:r>
    </w:p>
    <w:p>
      <w:r>
        <w:t>Opravné uznesenie Krajského súdu Bratislava z 27. februára 2017, sp. zn. 3Cob/362/2016, ECLI:SK:KSBA:2017:1214230482.2</w:t>
      </w:r>
    </w:p>
    <w:p>
      <w:r>
        <w:t>Súd: Krajský súd Bratislava</w:t>
      </w:r>
    </w:p>
    <w:p>
      <w:r>
        <w:t>Spisová značka: 3Cob/362/2016</w:t>
      </w:r>
    </w:p>
    <w:p>
      <w:r>
        <w:t>ECLI: ECLI:SK:KSBA:2017:1214230482.2</w:t>
      </w:r>
    </w:p>
    <w:p>
      <w:r>
        <w:t>Dátum vydania: 27. 2.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3Cob/362/2016 Identifikačné číslo súdneho spisu: 1214230482 Dátum vydania rozhodnutia: 28. 02. 2017 Meno a priezvisko sudcu, VSÚ: JUDr. Miroslava Janečková ECLI: ECLI:SK:KSBA:2017:1214230482.2 Opravné uznesenie Krajský súd v Bratislave v senáte zloženom z predsedníčky senátu JUDr. Eleny Ondrišovej a sudkýň JUDr. Miroslavy Janečkovej a JUDr. Andrey Sedláčkovej v právnej veci žalobcov 1/ Sanatórium Karpatia Limbach, s.r.o., Tomášikova 2490/29, Poprad, IČO: 46 135 936, 2/ D.. P.Z. U., Z.. XX.X.XXXX, E. XX, Q., obaja práv. zast. Advokátskou kanceláriou JUDr. Ladislav Pavlovič s.r.o., Štefánikova 5, Bratislava, 3/ F.. K. X., Z.. XX.X.XXXX, E.Ú. XX, práv. zast. JUDr. Dušanom Repákom, advokátom, Krížna 47, Bratislava, proti žalovaným 1/ EuroFinancovanie s.r.o., Nové Záhrady I 13/A, Bratislava, IČO: 44 731 906, práv. zast. JUDr. Katarínou Dvorskou, advokátkou, Vietnamská 48, Bratislava, 2/ COMFORT HOME, s.r.o., Rampová 5, Košice - mestská časť Sever, IČO: 36 609 366, práv. zast. Juhás, Marják &amp; Ferenci s.r.o., Mojmírova 12, Košice - mestská časť Staré Mesto, 3/ P.. X. A., F. Z. XX, B., práv. zast. Mgr. Michalom Kičom, advokátom, Prievozská 4/B, Bratislava, X/ F. A., Z.. XX.X.XXXX, Q. XXX/X, B., práv. zast. Milanom Karlom, nar. 4.8.1968, Svidnícka 8, Bratislava, o určenie neplatnosti právnych úkonov vedenej na Okresnom súde Bratislava II v Bratislave č.k. 22Cb/237/2014, jednohlasne takto r o z h o d o l : Krajský súd v Bratislave o p r a v u j e číslo konania uznesenia Krajského súdu v Bratislave zo dňa 30.12.2016 tak, že číslo konania správne znie: 3Cob/362/2016-477. Krajský súd v Bratislave o p r a v u j e záhlavie uznesenia tak, že právny zástupca žalovaného 2/ správne znie: Juhás, Marják &amp; Ferenci s.r.o., Mojmírova 12, Košice - mestská časť Staré Mesto. o d ô v o d n e n i e : 1. Podľa § 470 ods. 1 zák. č. 160/2015 Z.z. (Civilný sporový poriadok - ďalej len C.s.p.), ak nie je ustanovené inak, platí tento zákon aj na konania začaté predo dňom nadobudnutia jeho účinnosti. Podľa § 224 C.s.p., súd kedykoľvek aj bez návrhu opraví v rozsudku chyby v písaní a počítaní, ako aj iné zrejmé nesprávnosti. O oprave súd vydá opravné uznesenie, ktoré doručí subjektom konania. Podľa § 234 ods. 2 C.s.p., ak nie je ďalej ustanovené inak, použijú sa na uznesenie primerane ustanovenia o rozsudku. 2. Odvolací súd zistil, že pri písomnom vyhotovovaní uznesenia došlo k zrejmej nesprávnosť v označení čísla listu v čísle konania a v označení právneho zástupcu žalovaného 2/ spoločnosti COMFORT HOME s.r.o. so sídlom v Košiciach a preto tieto zrejmé vady postupom podľa § 224 C.s.p. opravil. Poučenie: Proti tomuto uzneseniu dovolanie nie je prípustné.</w:t>
      </w:r>
    </w:p>
    <w:p/>
    <w:p>
      <w:r>
        <w:t>Zdroj: KAUZIS.SK – https://www.kauzis.sk/judikatura/r/ECLI:SK:KSBA:2017:1214230482.2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