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Dopĺňacie uznesenie Krajského súdu Bratislava sp. zn. 4Cob/120/2017 z 17. 12. 2017</w:t>
      </w:r>
    </w:p>
    <w:p>
      <w:r>
        <w:t>Dopĺňacie uznesenie Krajského súdu Bratislava z 17. decembra 2017, sp. zn. 4Cob/120/2017, ECLI:SK:KSBA:2017:1216202460.2</w:t>
      </w:r>
    </w:p>
    <w:p>
      <w:r>
        <w:t>Súd: Krajský súd Bratislava</w:t>
      </w:r>
    </w:p>
    <w:p>
      <w:r>
        <w:t>Spisová značka: 4Cob/120/2017</w:t>
      </w:r>
    </w:p>
    <w:p>
      <w:r>
        <w:t>ECLI: ECLI:SK:KSBA:2017:1216202460.2</w:t>
      </w:r>
    </w:p>
    <w:p>
      <w:r>
        <w:t>Dátum vydania: 17. 12. 2017</w:t>
      </w:r>
    </w:p>
    <w:p>
      <w:r>
        <w:t>Forma: Dopĺňacie uznesenie</w:t>
      </w:r>
    </w:p>
    <w:p>
      <w:pPr>
        <w:pStyle w:val="Heading2"/>
      </w:pPr>
      <w:r>
        <w:t>Text rozhodnutia</w:t>
      </w:r>
    </w:p>
    <w:p>
      <w:r>
        <w:t>Súd: Krajský súd Bratislava Spisová značka: 4Cob/120/2017 Identifikačné číslo súdneho spisu: 1216202460 Dátum vydania rozhodnutia: 18. 12. 2017 Meno a priezvisko sudcu, VSÚ: JUDr. Elena Kúšová ECLI: ECLI:SK:KSBA:2017:1216202460.2 Dopĺňacie uznesenie Krajský súd v Bratislave v senáte zloženom z predsedníčky senátu JUDr. Eleny Kúšovej a členiek senátu JUDr. Tatiany Pastierikovej a JUDr. Dany Šiffalovičovej v právnej veci žalobcu: LEMOND s.r.o., Dr. Vladimíra Clementisa 10, 821 02 Bratislava, IČO: 44 794 452, zast.: Bobák, Bollová a spol., s.r.o., Dr. Vladimíra Clementisa 10, 821 02 Bratislava, IČO: 35 855 673, proti žalovanému: Mesto Trenčín, Mierové námestie 2, 911 01 Trenčín, IČO: 00 312 037, zast: GARANT PARTNER legal s. r. o., Einsteinova 21, 851 01 Bratislava, IČO: 36 856 380, o žalobe na obnovu konania, o návrhu žalobcu na doplnenie uznesenia Krajského súdu v Bratislave č. k. 4 Cob/120/2017 - 63 zo dňa 07.09.2017, takto r o z h o d o l : Krajský súd v Bratislave uznesenie Krajského súdu v Bratislave č. k. 4 Cob/120/2017 - 63 zo dňa 07.09.2017 d o p ĺ ň a nasledovne: Žalobca má právo na plnú náhradu trov odvolacieho konania. o d ô v o d n e n i e : 1. Krajský súd v Bratislave uznesením č. k. 4 Cob/120/2017 - 63 zo dňa 07.09.2017 potvrdil rozsudok Okresného súdu Bratislava II č. k. 42 Cb/62/2016 - 40 zo dňa 31.01.2017 v odvolaním napadnutej časti, t. j. v časti náhrady trov konania, po tom čo v odvolacom konaní po oboznámení sa s obsahom spisu súdu prvej inštancie, s dôvodmi odvolania žalovaného ako aj s vyjadrením žalobcu, dospel k záveru, že odvolaniu nie je možné vyhovieť. 2. Dňa 15.11.2017 bolo Krajskému súdu v Bratislave doručené podanie žalobcu označené ako „Návrh na doplnenie uznesenia Krajského súdu v Bratislave č. k. 4 Cob/120/2017 - 63 zo dňa 07.09.2017“, v ktorom žalobca uviedol, že predmetné uznesenie mu bolo doručené dňa 10.11.2017, pričom konajúci odvolací súd v tomto rozhodnutí nerozhodol o trovách odvolacieho konania. Žalobca preto v súlade s ustanovením § 234 ods. 2 zák. č. 160/2015 Z. z. - Civilný sporový poriadok (CSP) v spojení s ustanovením § 225 ods. 1 CSP podal v zákonnej lehote 15 dní od doručenia vyššie uvedeného uznesenia návrh na vydanie dopĺňacieho uznesenia, v ktorom súd rozhodne tak, že žalobcovi prizná proti žalovanému náhradu trov odvolacieho konania v plnom rozsahu. 3. Podľa § 225 ods. 1 CSP, ak nerozhodol súd v rozsudku o niektorej časti predmetu konania alebo o predbežnej vykonateľnosti, môže strana do 15 dní od doručenia rozsudku navrhnúť jeho doplnenie. Súd môže rozsudok, ktorý nenadobudol právoplatnosť, doplniť aj bez návrhu. Podľa § 234 ods. 2 CSP, ak nie je ďalej ustanovené inak, použijú sa na uznesenie primerane ustanovenia o rozsudku. Podľa § 262 ods. 1 CSP o nároku na náhradu trov konania rozhodne aj bez návrhu súd v rozhodnutí, ktorým sa konanie končí. Podľa § 396 ods. 1 CSP ustanovenia o trovách konania pred súdom prvej inštancie sa použijú aj na odvolacie konanie. Podľa § 255 ods. 1 CSP súd prizná strane náhradu trov konania podľa pomeru jej úspechu vo veci. 4. Nakoľko odvolací súd zistil, že boli splnené zákonné predpoklady na vydanie dopĺňacieho rozhodnutia (uznesenia), v súlade s vyššie citovanými ustanoveniami Civilného sporového poriadku rozhodol tak, ako je uvedené vo výrokovej časti tohto rozhodnutia, keď v konaní o žalobe na obnovu konania priznal úspešnému žalobcovi plnú náhradu trov odvolacieho konania. 5. Toto uznesenie bolo členmi senátu prijaté pomerom hlasov 3 : 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O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https://www.kauzis.sk/judikatura/r/ECLI:SK:KSBA:2017:1216202460.2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