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9Co/94/2017 z 30. 5. 2017</w:t>
      </w:r>
    </w:p>
    <w:p>
      <w:r>
        <w:t>Uznesenie Krajského súdu Bratislava z 30. mája 2017, sp. zn. 9Co/94/2017, ECLI:SK:KSBA:2017:1216212969.1</w:t>
      </w:r>
    </w:p>
    <w:p>
      <w:r>
        <w:t>Súd: Krajský súd Bratislava</w:t>
      </w:r>
    </w:p>
    <w:p>
      <w:r>
        <w:t>Spisová značka: 9Co/94/2017</w:t>
      </w:r>
    </w:p>
    <w:p>
      <w:r>
        <w:t>ECLI: ECLI:SK:KSBA:2017:1216212969.1</w:t>
      </w:r>
    </w:p>
    <w:p>
      <w:r>
        <w:t>Dátum vydania: 30. 5. 2017</w:t>
      </w:r>
    </w:p>
    <w:p>
      <w:r>
        <w:t>Forma: Uznesenie</w:t>
      </w:r>
    </w:p>
    <w:p>
      <w:pPr>
        <w:pStyle w:val="Heading2"/>
      </w:pPr>
      <w:r>
        <w:t>Text rozhodnutia</w:t>
      </w:r>
    </w:p>
    <w:p>
      <w:r>
        <w:t>Súd: Krajský súd Bratislava Spisová značka: 9Co/94/2017 Identifikačné číslo súdneho spisu: 1216212969 Dátum vydania rozhodnutia: 31. 05. 2017 Meno a priezvisko sudcu, VSÚ: JUDr. Magdaléna Floreková ECLI: ECLI:SK:KSBA:2017:1216212969.1 Uznesenie Krajský súd v Bratislave v senáte zloženom z predsedníčky senátu JUDr. Magdalény Florekovej a členov senátu JUDr. Romana Huszára a JUDr. Zuzany Posluchovej v právnej veci žalobcu: Spoločenstvo vlastníkov bytov Beskydská 17, Bratislava, so sídlom Bratislava, Beskydská 17, IČO : 42 253 195, zastúpené JUDr. Rudolfom Mičietom, advokátom, Bratislava, Medzilaborecká 21, proti žalovanému: DUO consulting, s.r.o., Bratislava, Mlynské Nivy 48, IČO : 45 403 988, o zaplatenie 7.406,50 € s príslušenstvom, na odvolanie žalovaného proti rozsudku Okresného súdu Bratislava II zo dňa 7. 12. 2016 č.k. 58C/156/2016 - 78, takto r o z h o d o l : Odvolací súd späťvzatie žaloby žalobcom p r i p ú š ť a, rozsudok súdu prvej inštancie zo dňa 7. 12. 2016 č. k. 58C/156/2016 - 78 z r u š u j e a konanie o žalobe žalobcu z a s t a v u j e. Žalobca n e m á nárok na náhradu trov konania. o d ô v o d n e n i e : 1/ Žalobca sa žalobou podanou na Okresnom súde Bratislava II dňa 9. 08. 2016 voči žalovanému domáhal zaplatenia istiny 7.406,50 € s príslušenstvom a náhrady trov konania. O žalobe rozhodol súd prvej inštancie rozsudkom zo dňa 7. 12. 2016 č.k. 58C/156/2016 - 78 tak, že žalobe žalobcu vyhovel v plnom rozsahu ( titulom nedoplatku z ročného vyúčtovania za rok 2014 a 2015 ); žalobcovi tiež priznal právo na náhradu trov konania. 2/ Uvedený rozsudok napadol včas podaným odvolaním žalovaný, domáhajúc sa zrušenia napadnutého rozsudku a vrátenia veci súdu prvej inštancie na ďalšie konanie. 3/ Na odvolanie žalovaného sa vyjadril žalobca písomne tak, že žiadal, aby odvolací súd napadnutý rozsudok súdu prvej inštancie ako vecne správny potvrdil. 4/ Písomným podaním doručeným prvoinštančnému súdu dňa 16. 03. 2017 ( č.l. 90 spisu ) vzal žalobca žalobu voči žalovanému späť v celom rozsahu, s poukazom na to, že žalovaný uhradil žalobcovi dňa 27. 2. 2017, t.j. po podaní žaloby dlžnú istinu a dňa 14. 3. 2017 aj trovy konania v celom rozsahu. Žalobca sa s ohľadom na uvedené rozhodol netrvať na úhrade priznaných úrokov z omeškania. Keďže trovy konania žalovaný uhradil, žalobca netrvá na ich zaplatení. 5/ Podľa § 370 ods. 1 CSP ak je žaloba vzatá späť po rozhodnutí súdu prvej inštancie, ale skôr, ako rozhodnutie nadobudlo právoplatnosť, odvolací súd rozhodne o pripustení späťvzatia. 6/ Podľa § 370 ods. 2 CSP súd späťvzatie žaloby nepripustí, ak s tým protistrana z vážnych dôvodov nesúhlasí. Ak späťvzatie žaloby pripustí, odvolací súd zruší rozhodnutie súdu prvej inštancie a konanie zastaví. 7/ Ako vyplýva z obsahu spisového materiálu, žalovaný bol súdom prvej inštancie písomne vyzvaný, ak so späťvzatím žaloby nesúhlasí, na oznámenie svojho nesúhlasu s vážnych dôvodov; žalovanému bola výzva doručená dňa 21. 3. 2017 ( doručenka pripojená na č.l. 91 spisu ); žalovaný na výzvu nereagoval, t.j. nesúhlas so späťvzatím žaloby neprejavil. 8/ Vzhľadom na dispozitívny úkon žalobcu, spočívajúci v späťvzatí žaloby ako aj skutočnosť, že žalovaný neprejavil nesúhlas so späťvzatím žaloby, odvolací súd v zmysle citovaného ust. § 370 ods. 1, 2 CSP späťvzatie žaloby žalobcom pripustil, rozsudok súdu prvej inštancie zo dňa 7. 12. 2016 č.k. 58C/156/2016 - 78 zrušil a konanie zastavil. 9/ O náhrade trov ( celého ) konania rozhodol odvolací súd tak, že vzal do úvahy, že žalobca na priznaní náhrady trov konania netrval, keďže žalovaný mu trovy konania už zaplatil. Strany sporu si vzájomne vysporiadali svoje práva a povinnosti v súvislosti s vedeným sporom; odvolací súd tak dospel k záveru, že procesnú zodpovednosť za zastavenie konania v súlade s § 256 ods. 1 CSP nesie síce žalovaný, povinnosť nahradiť žalobcovi trovy konania si však už splnil, a preto rozhodol, že žalobca nemá nárok na náhradu trov ( celého ) konania. 10/ Toto rozhodnutie bolo prijaté senátom Krajského súdu v Bratislave pomerom hlasov 3 : 0 (§ 3 ods. 9 zák. č. 757/2004 Z. z. o súdoch a o zmene a doplnení niektorých zákonov v znení neskorších zákonov, § 393 ods. 2 CSP). Poučenie: Proti tomuto uzneseniu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https://www.kauzis.sk/judikatura/r/ECLI:SK:KSBA:2017:1216212969.1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