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3Co/223/2017 z 28. 9. 2017</w:t>
      </w:r>
    </w:p>
    <w:p>
      <w:r>
        <w:t>Uznesenie Krajského súdu Bratislava z 28. septembra 2017, sp. zn. 3Co/223/2017, ECLI:SK:KSBA:2017:1216214528.2</w:t>
      </w:r>
    </w:p>
    <w:p>
      <w:r>
        <w:t>Súd: Krajský súd Bratislava</w:t>
      </w:r>
    </w:p>
    <w:p>
      <w:r>
        <w:t>Spisová značka: 3Co/223/2017</w:t>
      </w:r>
    </w:p>
    <w:p>
      <w:r>
        <w:t>ECLI: ECLI:SK:KSBA:2017:1216214528.2</w:t>
      </w:r>
    </w:p>
    <w:p>
      <w:r>
        <w:t>Dátum vydania: 28.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3Co/223/2017 Identifikačné číslo súdneho spisu: 1216214528 Dátum vydania rozhodnutia: 29. 09. 2017 Meno a priezvisko sudcu, VSÚ: JUDr. Mario Dubaň ECLI: ECLI:SK:KSBA:2017:1216214528.2 Uznesenie Krajský súd v Bratislave v senáte zloženom z predsedu senátu JUDr. Ing. Maria Dubaňa a sudcov JUDr. Romana Bolebrucha a JUDr. Alexandry Hanusovej v právnej veci žalobcu: Platiť sa oplatí s.r.o., Košická 56, Bratislava, zastúpeného Jakubčák, advokátska kancelária, s.r.o., Michalská 14, Bratislava, proti žalovanému: B. W., N. Y. K. X, Ž., o zaplatenie 96,80 eura s prísl., o späťvzatí žaloby po vyhlásení rozsudku Okresného súdu Bratislava II č.k. 19Csp/38/2016-42, zo dňa 9.3.2017, takto r o z h o d o l : I. Odvolací súd p r i p ú š ť a späťvzatie žaloby, z r u š u j e rozsudok Okresného súdu Bratislava II č.k. 19Csp/38/2016-42, zo dňa 9.3.2017 a konanie z a s t a v u j e . II. Žiadnej zo strán nárok na náhradu trov konania n e p r i z n á v a . o d ô v o d n e n i e : 1. Súd prvej inštancie rozsudkom Okresného súdu Bratislava II č.k. 19Csp/38/2016-42, zo dňa 9.3.2017, žalovanej uložil povinnosť zaplatiť žalobcovi 4,37 eura spolu s úrokom z omeškania vo výške 5% ročne zo sumy 4,37 eura od 15.10.2016 do zaplatenia, vo zvyšku žalobu zamietol a žalobcovi nepriznal náhradu trov konania. 2. Žalobca podaním doručeným súdu prvej inštancie 20.3.2017 vzal žalobu v celom rozsahu späť s odôvodnením, že žalovaná dlh zaplatila. Zároveň uviedol, že si neuplatňuje náhradu trov konania. 3. Podľa § 370 ods. 1, ods.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4. Nakoľko v predmetnom spore žalobca vzal žalobu späť po rozhodnutí súdu prvej inštancie, ale skôr, ako rozhodnutie nadobudlo právoplatnosť a žalovaná nevyjadrila nesúhlas so späťvzatím žaloby, odvolací súd v zmysle citovaného ustanovenia pripustil späťvzatie žaloby, zrušil rozsudok súdu prvej inštancie a konanie zastavil. 5. O náhrade trov konania odvolací súd rozhodol podľa § 256 ods. 1 C.s.p. v spojení s § 257 C.s.p. tak, že žiadnej zo strán nepriznal nárok na náhradu trov konania, aj keď to bola žalovaná, ktorá dobrovoľne plnila to, čoho sa žalobca domáhal a procesne tak zavinila zastavenie konania; dôvody hodné osobitného zreteľa spočívajú v jednoznačne prejavenej vôli žalobcu, že si nárok na náhradu trov konania neuplatňuje. 6.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https://www.kauzis.sk/judikatura/r/ECLI:SK:KSBA:2017:1216214528.2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