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2Cob/46/2017 z 26. 4. 2017</w:t>
      </w:r>
    </w:p>
    <w:p>
      <w:r>
        <w:t>Uznesenie Krajského súdu Bratislava z 26. apríla 2017, sp. zn. 2Cob/46/2017, ECLI:SK:KSBA:2017:1217201760.1</w:t>
      </w:r>
    </w:p>
    <w:p>
      <w:r>
        <w:t>Súd: Krajský súd Bratislava</w:t>
      </w:r>
    </w:p>
    <w:p>
      <w:r>
        <w:t>Spisová značka: 2Cob/46/2017</w:t>
      </w:r>
    </w:p>
    <w:p>
      <w:r>
        <w:t>ECLI: ECLI:SK:KSBA:2017:1217201760.1</w:t>
      </w:r>
    </w:p>
    <w:p>
      <w:r>
        <w:t>Dátum vydania: 26.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2Cob/46/2017 Identifikačné číslo súdneho spisu: 1217201760 Dátum vydania rozhodnutia: 27. 04. 2017 Meno a priezvisko sudcu, VSÚ: JUDr. Ľubica Břoušková ECLI: ECLI:SK:KSBA:2017:1217201760.1 Uznesenie Krajský súd v Bratislave v senáte zloženom z predsedníčky senátu JUDr. Ľubice Břouškovej a členiek senátu JUDr. Oľgy Bahníkovej a JUDr. Ľubice Kriškovej v právnej veci žalobcu MLM Real spol. s r.o., Košická 58, 821 08 Bratislava, IČO: 44 093 683, zastúpeného Advokátska kancelária Bugala - Ďurček, s.r.o., Miletičova 5B, 821 08 Bratislava, IČO: 36 731 544, proti žalovaným 1/ YIT Slovakia a.s., Račianska 153/A, 831 54 Bratislava, IČO: 35 718 625, zastúpený Michalko Legal Counsel &amp; Co. s.r.o., Mgr. Martin Michalko, advokát, Michalská 276/16, 811 01 Bratislava, IČO: 50 367 943, 2/ VL INTER, spol. s r.o., Staré Grunty 24, 841 04 Bratislava, IČO: 35 717 866, o nariadení neodkladného opatrenia, na odvolanie žalobcu proti uzneseniu Okresného súdu Bratislava II, č.k. 25Cb/29/2017-64 zo dňa 3.2.2017, takto r o z h o d o l : Krajský súd v Bratislave odvolacie konanie zastavuje. Žalovanému v 1. rade sa priznáva náhrada trov odvolacieho konania v plnom rozsahu. o d ô v o d n e n i e : 1. Napadnutým rozhodnutím súd prvej inštancie zamietol návrh žalobcu na vydanie neodkladného opatrenia, ktorým sa domáhal, aby súd uložil žalovaným povinnosť zdržať sa úkonov smerujúcich k obmedzeniu výkonu užívacích práv vrátane úkonov smerujúcich k prerušeniu a odpojeniu žalobcu od dodávok energie a služieb vo vzťahu k nebytovým priestorom nachádzajúcim sa na X. Z. X. B. Ú. (Q. XX) bez súpisného čísla, zapísaných na LV č. XXXX, A.. Ú.. Z., H. B. D., ktoré sú predmetom zmluvy o podnájme nebytových priestorov zo dňa 31.10.2012, uzatvorenej medzi žalobcom a žalovaným v 2. rade. Zároveň žiadal uložiť žalovaným povinnosť zdržať sa konania smerujúceho k vyprataniu žalobcu z uvedených nebytových priestorov. Návrh odôvodnil žalobca tým, že dňa 30.1.2017 bol žalobcovi doručený e-mail, v ktorom spoločnosť 1. BRATISLAVSKÉ CENTRUM REALÍT s.r.o. ako zástupca žalovaného v 1. rade uviedla, že z dôvodu zániku nájmu všetkým nájomcom v budove ku dňu 31.1.2017 bude dňom 1.2.2017 predmetná budova odpojená od energií. Úprava pomerov medzi žalobcom a žalovanými je potrebná z dôvodu, že žalobca by bol bez právneho dôvodu a v rozpore s dobrými mravmi a zásadami poctivého obchodného styku nútený prerušiť alebo ukončiť svoju prevádzku A., ktorú vykonáva v riadne prenajatých nebytových priestoroch v súlade so zákonom o nájme a podnájme nebytových priestorov, čím by došlo k vzniku škody na strane žalobcu. Žalobca žiadal upraviť pomery do času, kým vo veci samej nebude poskytnutá definitívna ochrana ohrozeným, resp. porušeným právam a právom chráneným záujmom, ktorých určenie bude predmetom súdnych konaní. V podaní uviedol, že žalovaný v 2. rade dňa 3.7.2015 doručil žalobcovi výpoveď zo zmluvy o podnájme predmetných nebytových priestorov zo dňa 31.10.2012, ktorú žalobca považuje za absolútne neplatnú s tým, že trvá na pokračovaní nájmu. Žalobca nebytové priestory ďalej užíval, pričom zo strany žalovaného v 2. rade nedošlo k podaniu žaloby o vypratanie nehnuteľností. 2. Súd prvej inštancie poukázal na ust. § 324 ods. 1 C.s.p. ako aj na ust. § 325 ods. 2 C.s.p. a 326 ods. 1 a 2 C.s.p.. Súd prvej inštancie uzavrel, že v danom prípade nedospel k záveru že by žalobca osvedčil potrebu bezodkladnej úpravy pomerov medzi žalobcom a žalovanými, a to prostredníctvom navrhovaného neodkladného opatrenia. Žalovaný v 2. rade síce listom zo dňa 7.10.2016 žiadal žalobcu, aby do 10. dní zabezpečil vypratanie nebytových priestorov z dôvodu výpovede zmluvy o podnájme, avšak do dnešného dňa nepodal na súde žalobu o vypratanie nehnuteľností ani nepodnikal ďalšie kroky smerujúce k vyprataniu žalobcu. Žalovaní majú vedomosť o tom, že žalobca dôvodnosť výpovede predmetnej zmluvy o podnájme spochybňuje, preto do dnešného dňa nepodnikol ideálne kroky na vypratanie žalobcu z predmetných nebytových priestorov. Samotná e-mailová správa, v ktorej spoločnosť 1. BRATISLAVSKÉ CENTRUM REALÍT s.r.o. ako zástupca žalovaného v 1. rade uviedla, že z dôvodu zániku nájmu všetkým nájomcom v budove ku dňu 31.1.2017 bude dňom 1.2.2017 predmetná budova odpojená od energií, na nariadenie neodkladného opatrenia v navrhovanom znení nepostačuje, keďže by predstavovalo výrazný zásah do práv žalovaných. Súd prvej inštancie poukázal tiež na to, že žalobca doručil súdu osobne dňa 2.2.2017 doplnenie návrhu, pričom z jeho podania nevyplynulo, že by k odpojeniu predmetnej budovy od energií skutočne došlo. V zmysle uvedeného podľa názoru súdu prvej inštancie potreba bezodkladnej úpravy pomerov medzi žalobcom a žalovanými za daného skutkového stavu neexistuje, a preto nie je ani návrh na nariadenie neodkladného opatrenia zo dňa 1.2.2017 dôvodný. Z uvedených dôvodov návrh zamietol. 3. Proti tomuto uzneseniu sa v zákonnej lehote odvolal žalobca. Žalobca poukázal na to, že po podaní návrhu v pondelok 6.2.2017 a v utorok 7.2.2017 žalovaný v 1. rade skutočne k uvedeným krokom pristúpil, budovu a teda aj nebytové priestory odpojil od energií a žalobcovi a ostatným nájomcom v budove znemožnil prevádzku. Uviedol tiež, že v stredu, 8.2.2017 žalovaný v 1. rade začal nezákonným spôsobom vykonávať búracie práce v budove, kde sa priestory nachádzajú. 4. Nakoľko došlo k nezákonnému odpojeniu od dodávok plynu, vody a elektriny na väčšine investície, tak dochádza k vzniku veľkej škody, resp. škody veľkého rozsahu. Vzhľadom na ročné obdobie a nemožnosť zabezpečiť ohrev prenajatých priestorov, môže s vysokou pravdepodobnosťou dôjsť k popraskaniu potrubí podlahového kúrenia. Zároveň nezákonným zásahom vlastníka budovy, resp. spoločnosti, ktorá vykonáva búracie práce na pokyn vlastníka budovy konaním dochádza k obrovským škodám súvisiacim s následným obmedzením prevádzky. 5. Vzhľadom na to, že došlo k novým skutočnostiam a k ďalším výrazným nezákonným zásahom do práv žalobcu, je nevyhnutné, aby bol žalobný návrh doplnený o povinnosť žalovaným vykonať na vlastné náklady úkony smerujúce k obnoveniu výkonu užívacích práv žalobcu vrátane zapojenia dodávok energie a služieb vo vzťahu k nebytovým priestorom, ako aj povinnosti zdržať sa konania smerujúceho k vykonaniu akýchkoľvek stavebných a iných úprav a zásahov, búracích prác do nehnuteľnosti, kde sa nebytové priestory nachádzajú. 6. Žalobca zdôraznil, že v zmysle § 376 C.s.p. ak bolo podané odvolanie proti uzneseniu, súd prvej inštancie môže uznesenie zrušiť, ak odvolaniu v celom rozsahu vyhovie a z uznesenia nenadobudla doposiaľ práva iná osoba ako odvolateľ. 7. Vzhľadom na všetky uvedené skutočnosti žalobca žiada, aby konajúci súd napadnuté uznesenie v celom rozsahu zrušil a aby v spojení s § 386 C.s.p. odvolaniu v celom rozsahu vyhovel, a teda aby na základe uvedených skutočností a z predložených dôkazov v rámci autoremedúry vydal neodkladné opatrenie tak, ako je uvedené v petite odvolacieho návrhu. 8. K odvolaniu žalobcu sa vyjadril žalovaný v 1. rade podaním doručeným súdu dňa 27.3.2017 a poukázal na skutočnosť, že tvrdenia žalobcu sú postavené výlučne na účelových a zavádzajúcich tvrdeniach a nie sú dané žiadne zákonné predpoklady, ktoré by odôvodňovali nariadenie požadovaného neodkladného opatrenia. 9. Zdôraznil, že súd prvej inštancie na podklade skutočností osvedčených žalobcom skúmal, či došlo k splneniu zákonných podmienok na nariadenie neodkladného opatrenia, pričom dospel k správnemu záveru, že v posudzovanom prípade k splneniu zákonných predpokladov nedošlo a nariadenie neodkladného opatrenia v žalobcom navrhovanom znení by predstavovalo výrazný zásad do práv žalovaných. 10. V tejto súvislosti poukázal žalovaný v 1. rade na ust. § 326 ods. 1 C.s.p. a uviedol, že v danej právnej veci nemohlo dôjsť k osvedčeniu nároku žalobcu, ktorému sa má poskytnúť ochrana navrhovaným neodkladným opatrením, nakoľko žiaden nárok žalobcu voči žalovanému v 1. rade neexistuje, keďže podnájomný vzťah založený zmluvou o podnájme nebytových priestorov, uzavretou dňa 31.10.2012 medzi žalovaným v 2. rade ako nájomcom a žalobcom ako podnájomníkom v znení jej dodatku č. 1 uzavretého dňa 19.12.2014 zanikol a žalobca nebytové priestory užíval bez akéhokoľvek právneho titulu, t.j. neoprávnene. 11. Pokiaľ ide o primeranosť navrhovaného neodkladného opatrenia, poukázal na skutočnosť, že z povahy veci vyplýva, že k zjavne neodôvodnenému alebo neexistujúcemu nároku nemožno poskytnúť ochranu prostredníctvom neodkladného opatrenia. V rámci osobitných náležitostí návrhu na nariadenie neodkladného opatrenia musí žalobca opísať skutočnosti hodnoverne osvedčujúce dôvodnosť a tvrdenie nároku, ktorému sa má poskytnúť ochrana. Bez osvedčenia dôvodnosti chráneného nároku neprichádza nariadenie neodkladného opatrenia do úvahy. Poukázal na to, že v posudzovanom prípade tento zákonný predpoklad pre nariadenie neodkladného opatrenia úplne absentuje, nakoľko neodkladné opatrenie by bolo opodstatnené v prípade, ak by dochádzalo k ohrozovaniu alebo porušovaniu práv žalobcu, nie však v prípade bez právneho stavu. Poukázal tiež na to, že žalobcom použitý odvolací dôvod podľa § 365 ods. 1 písm. g/ C.s.p. nie je pri rozhodovaní o návrhu na nariadenie neodkladného opatrenia vôbec možné použiť, nakoľko Civilný sporový poriadok z ust. § 329 ods. 2 C.s.p. v rámci inštitútu neodkladného opatrenia ustanovuje osobitné procesné pravidlo, podľa ktorého je pre rozhodnutie relevantný stav v čase vydania uznesenia súdu prvej inštancie. Právne pomery a ich relevanciu súd teda posudzuje vždy v čase vydania uznesenia prvej inštancie. Z uvedených dôvodov žiadal, aby odvolací súd výrok súdu prvej inštancie ako vecne správny potvrdil v súlade s ust. § 387 ods. 1 C.s.p.. 12. Žalobca podaním doručeným súdu prvej inštancie dňa 6.4.2017 zobral odvolanie v celom rozsahu späť a žiadal, aby bolo odvolacie konanie zastavené. 13. Odvolací súd v tejto súvislosti poukazuje na ust. § 369 ods. 1 C.s.p., podľa ktorého ustanovenia dokiaľ o odvolaní nebolo rozhodnuté, možno ho vziať späť. Ak odvolateľ vzal odvolanie späť, nemôže ho podať znova. 14. Podľa ust. § 369 ods. 3 C.s.p. ak sa odvolanie, o ktorom nebolo rozhodnuté, vzalo späť, odvolací súd odvolacie konanie zastaví. 15. S poukazom na vyššie uvedené skutočnosti odvolací súd podľa ust. § 369 ods. 3 C.s.p. odvolacie konanie zastavil. O trovách odvolacieho konania odvolací súd rozhodol s poukazom na ust. § 396 ods. 1 C.s.p. v spojení s ust. § 262 C.s.p.. 16. Toto rozhodnutie bolo prijaté členmi senátu pomerom hlasov 3 : 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https://www.kauzis.sk/judikatura/r/ECLI:SK:KSBA:2017:1217201760.1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