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2Cob/46/2017 z 31. 5. 2017</w:t>
      </w:r>
    </w:p>
    <w:p>
      <w:r>
        <w:t>Opravné uznesenie Krajského súdu Bratislava z 31. mája 2017, sp. zn. 2Cob/46/2017, ECLI:SK:KSBA:2017:1217201760.2</w:t>
      </w:r>
    </w:p>
    <w:p>
      <w:r>
        <w:t>Súd: Krajský súd Bratislava</w:t>
      </w:r>
    </w:p>
    <w:p>
      <w:r>
        <w:t>Spisová značka: 2Cob/46/2017</w:t>
      </w:r>
    </w:p>
    <w:p>
      <w:r>
        <w:t>ECLI: ECLI:SK:KSBA:2017:1217201760.2</w:t>
      </w:r>
    </w:p>
    <w:p>
      <w:r>
        <w:t>Dátum vydania: 31. 5.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2Cob/46/2017 Identifikačné číslo súdneho spisu: 1217201760 Dátum vydania rozhodnutia: 01. 06. 2017 Meno a priezvisko sudcu, VSÚ: JUDr. Ľubica Břoušková ECLI: ECLI:SK:KSBA:2017:1217201760.2 Opravné uznesenie Krajský súd v Bratislave v senáte zloženom z predsedníčky senátu JUDr. Ľubice Břouškovej a členiek senátu JUDr. Oľgy Bahníkovej a JUDr. Ľubice Kriškovej v právnej veci žalobcu MLM Real spol. s r.o., Košická 58, 821 08 Bratislava, IČO: 44 093 683, zastúpeného Advokátska kancelária Bugala - Ďurček, s.r.o., Miletičova 5B, 821 08 Bratislava, IČO: 36 731 544, proti žalovaným 1/ YIT Slovakia a.s., Račianska 153/A, 831 54 Bratislava, IČO: 35 718 625, zastúpený HMG LEGAL s.r.o., Červeňova 14, 811 03 Bratislava, IČO: 35 885 459, 2/ VL INTER, spol. s r.o., Staré Grunty 24, 841 04 Bratislava, IČO: 35 717 866, o nariadení neodkladného opatrenia, na odvolanie žalobcu proti uzneseniu Okresného súdu Bratislava II č.k. 25Cb/29/2017-64 zo dňa 3.2.2017, takto r o z h o d o l : Uznesenie Krajského súdu v Bratislave č.k. 2Cob/46/2017-138 zo dňa 27.04.2017 v záhlaví o p r a v u j e tak, že právny zástupca žalovaného 1/ správne znie: ,,HMG LEGAL s.r.o., Červeňova 14, 811 03 Bratislava, IČO: 35 885 459“. o d ô v o d n e n i e : 1. Krajský súd v Bratislave vydal dňa 27.04.2017 uznesenie č.k 2Cob/46/2017-138, v ktorého záhlaví bol uvedený nesprávny právny zástupca žalovaného 1/ Michalko Legal Counsel &amp; Co, s.r.o., Mgr. Martin Michalko, advokát, Michalská 276/16, 811 01 Bratislava, IČO: 50 367 943“. Právny zástupca žalovaného 1/ správne znie: ,,HMG LEGAL s.r.o., so sídlom Červeňova 14, 811 03 Bratislava, IČO: 35 885 459“. 2. Podľa ust. § 224 Civilného sporového poriadku súd kedykoľvek aj bez návrhu opraví v rozsudku chyby v písaní a počítaní, ako aj iné zrejmé nesprávnosti. O oprave súd vydá opravné uznesenie, ktoré doručí subjektom konania. 3. Vychádzajúc z uvedeného súd predmetnú chybu v písaní v súlade s cit. ustanovením zákona opravil.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https://www.kauzis.sk/judikatura/r/ECLI:SK:KSBA:2017:1217201760.2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