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9Co/157/2015 z 21. 6. 2017</w:t>
      </w:r>
    </w:p>
    <w:p>
      <w:r>
        <w:t>Rozsudok Krajského súdu Bratislava z 21. júna 2017, sp. zn. 9Co/157/2015, ECLI:SK:KSBA:2017:1311211226.3</w:t>
      </w:r>
    </w:p>
    <w:p>
      <w:r>
        <w:t>Súd: Krajský súd Bratislava</w:t>
      </w:r>
    </w:p>
    <w:p>
      <w:r>
        <w:t>Spisová značka: 9Co/157/2015</w:t>
      </w:r>
    </w:p>
    <w:p>
      <w:r>
        <w:t>ECLI: ECLI:SK:KSBA:2017:1311211226.3</w:t>
      </w:r>
    </w:p>
    <w:p>
      <w:r>
        <w:t>Dátum vydania: 21. 6. 2017</w:t>
      </w:r>
    </w:p>
    <w:p>
      <w:r>
        <w:t>Forma: Rozsudok</w:t>
      </w:r>
    </w:p>
    <w:p>
      <w:r>
        <w:t>Oblasť práva: Občianske právo</w:t>
      </w:r>
    </w:p>
    <w:p>
      <w:pPr>
        <w:pStyle w:val="Heading2"/>
      </w:pPr>
      <w:r>
        <w:t>Text rozhodnutia</w:t>
      </w:r>
    </w:p>
    <w:p>
      <w:r>
        <w:t>Súd: Krajský súd Bratislava Spisová značka: 9Co/157/2015 Identifikačné číslo súdneho spisu: 1311211226 Dátum vydania rozhodnutia: 22. 06. 2017 Meno a priezvisko sudcu, VSÚ: JUDr. Zuzana Posluchová ECLI: ECLI:SK:KSBA:2017:1311211226.3 ROZSUDOK V MENE SLOVENSKEJ REPUBLIKY Krajský súd v Bratislave v senáte zloženom z predsedníčky senátu JUDr. Zuzany Posluchovej a členov senátu JUDr. Romana Huszára a JUDr. Magdalény Florekovej, v právnej veci žalobcu: EOS KSI Slovensko, s.r.o., so sídlom Pajštúnska 5, Bratislava, IČO: 35 724 803, zast. TOMÁŠ KUŠNÍR, s.r.o., so sídlom Pajštúnska 5, Bratislava, proti žalovanému: R. X., O.. X.X.XXXX, V. Y. XX, V., o zaplatenie 1 413,46 € s príslušenstvom, na odvolanie Združenia na ochranu spotrebiteľa - HOOS, so sídlom Nám. Legionárov 5, Prešov, IČO: 42 176 778 proti rozsudku Okresného súdu Bratislava III zo dňa 31. mája 2012 č. k. 14C/8/2012-73, takto r o z h o d o l : Odvolací súd rozsudok súdu prvej inštancie v napadnutej vyhovujúcej časti v spojení s opravným uznesením č. k. 14C/8/2012-123 zo dňa 4.12.2012 z m e ň u j e tak, že žalobu z a m i e t a. Žalovaný má právo na náhradu trov konania v rozsahu 100 %. o d ô v o d n e n i e : 1. Napadnutým rozsudkom v spojení s opravným uznesením č. k. 14C/8/2012-123 zo dňa 4.12.2012 a doplňujúcim rozsudkom č. k. 14C/8/2012-173 zo dňa 28.8.2014 súd prvej inštancie uložil žalovanému zaplatiť žalobcovi sumu 916,80 € s príslušenstvom, ako aj nahradiť trovy konania. Vo zvyšku súd prvej inštancie žalobu zamietol. Náhradu trov konania vedľajšiemu účastníkovi na strane žalovaného nepriznal. 2. Svoj rozsudok právne odôvodnil ustanoveniami § 2 písm. b/, § 3 ods. 1 a 2 a § 4 ods. 4 zákona č. 258/2001 Z. z. o spotrebiteľských úveroch v znení účinnom od 1.10.2001 do 11.6.2010, § 273 ods. 1, § 497, § 502 ods. 1, § 503 ods. 2 a § 506 Obchodného zákonníka a § 517 ods. 1 veta prvá, § 517 ods. 2, § 524 a § 526 Občianskeho zákonníka. Na základe vykonaného dokazovania mal za preukázané, že žalovaný uzavrel s právnym predchodcom žalobcu zmluvu o poskytnutí spotrebiteľského úveru, na základe ktorej mu bol poskytnutý úver vo výške 30 000,- Sk. Žalovaný sa zaviazal splatiť úver 36 mesačnými splátkami vo výške 1 083,07 Sk. Neoddeliteľnou súčasťou zmluvy sú VOP. Pre zmeškania žalovaného so splácaním úveru právny predchodca žalobcu písomným oznámením zo dňa 6.12.2004 odstúpil od zmluvy, čím sa stal splatný celý dlh žalovaného. Žalovaný svoj záväzok plnil čiastočne. Zmluvou o postúpení pohľadávok zo dňa 8.12.2006 mal prvoinštančný súd preukázané postúpenie pohľadávky voči žalovanému na žalobcu. 3. Súd prvej inštancie považoval nárok žalobcu na základe platne uzavretej zmluvy o spotrebiteľskom úvere za dôvodný, preto priznal žalobcovi uplatnenú sumu 1 413,46 €. Žalobca zároveň požadoval úrok z omeškania podľa § 369 Obchodného zákonníka v znení účinnom do 15.1.2009. pretože žalovaný sa s plnením svojho záväzku dostal do omeškania, súd žalobcovi v zmysle § 517 ods. 2 a 3 Občianskeho zákonníka a § 3 nar. vlády SR č. 87/1995 Z. z. priznal úrok z omeškania vo výške 6 % ročne, keď k prvému dňu omeškania bola sadzba NBS 3 % ročne. Súd prvej inštancie postupoval pri priznaní úroku z omeškania podľa Občianskeho zákonníka, ktorý je pre žalovaného ako spotrebiteľa priaznivejší, nakoľko žalovaný je v omeškaní s plnením záväzku zo spotrebiteľskej zmluvy a s uplatnením Občianskeho zákonníka je spojený nižší úrok z omeškania. Vo zvyšku uplatneného úroku z omeškania súd prvej inštancie žalobu zamietol. 4. O náhrade trov konania rozhodol súd prvej inštancie podľa § 142 ods. 1 O.s.p. a priznal žalobcovi, ktorý mal podľa prvoinštančného súdu plný úspech vo veci, náhradu trov konania spočívajúcu v zaplatenom súdnom poplatku vo výške 84,50 € a trovách právneho zastúpenia vo výške 186,06 €. Vedľajšiemu účastníkovi náhradu trov konania nepriznal s poukazom na skutočnosť, že až do rozhodnutia vo veci samej bol nečinný, na pojednávanie sa nedostavil a náhradu trov konania si neuplatnil. 5. Proti tomuto rozsudku, v časti ktorou bolo žalobe vyhovené, podalo v zákonom stanovenej lehote odvolanie Združenie na ochranu spotrebiteľa - HOOS, so sídlom Nám. Legionárov 5, Prešov, IČO: 42 176 778, vystupujúce v konaní ako vedľajší účastník na strane žalovaného podľa § 93 ods. 2 O.s.p. účinného do 30.6.2016 (ďalej len ako „vedľajší účastník“), ktoré žiadalo, aby odvolací súd rozsudok súdu prvej inštancie zmenil tak, že žalobu zamietne. Uviedlo, že právny predchodca žalobcu poskytol žalovanému na základe Zmluvy o úvere zo dňa 20.4.2004 finančné prostriedky, ktoré žalovaný nesplácal v zmysle dohodnutých zmluvných podmienok. Z uvedeného dôvodu právny predchodca žalobcu odstúpil od zmluvy listom zo dňa 6.12.2004 a vyzval žalovaného na úhradu dlžnej sumy, čím sa stal splatný celý dlh. Uvedené okolnosti vyplývajú z výpisu z účtovných kníh peňažného ústavu VÚB, a.s. S poukazom na uvedené vedľajší účastník vzniesol námietku premlčania celej pohľadávky žalobcu, pretože žaloba bola zo dňa 13.9.2011 bola súdu doručená po uplynutí premlčacej doby. Vedľajší účastník ďalej vo svojom odvolaní poukázal na judikatúru Najvyššieho súdu ČR (25 Cdo 539/2008 a 21 Cdo 2313/2004), v zmysle ktorej má aj vedľajší účastník právo vzniesť námietku premlčania. Nepripustenie vznesenia námietky premlčania vedľajším účastníkom by malo za následok znefunkčnenie tohto inštitútu. Vedľajší účastník je nepochybne oprávnený vznášať iné námietky pred súdom, ako napríklad námietku neplatnosti právneho úkonu a tiež obranu spočívajúcu v tvrdení, že došlo k zániku uplatneného práva. Nie je dôvod za rovnakých okolností nepripustiť vznesenie námietky premlčania. Námietka premlčania nemá rýdzo hmotnoprávny charakter, jej uplatnenie má relevanciu iba v súvislosti sú súdnym konaní. K legitimácií vedľajšieho účastníka podať odvolanie uviedol, že v spotrebiteľských veciach by nemala byť legitimácia vedľajšieho účastníka podľa § 93 ods. 2 O.s.p. podať odvolanie (alebo iný opravný prostriedok) viazaná na súhlas hlavného účastníka (strany), pretože existuje nezanedbateľné nebezpečenstvo, že spotrebiteľ nedokáže poukázať v konaní na neprijateľné zmluvné podmienky, ani sa v konaní náležite brániť a dokonca nemusí ani správne rozumieť významu a právnym dôsledkom odvolania, ktoré v jeho prospech podáva vedľajší účastník vystupujúci v konaní na jeho podporu. Na záver odvolania vedľajší účastník žiadal priznať náhradu trov konania, ktoré mu vznikli, voči žalobcovi. 6. K odvolaniu vedľajšieho účastníka na strane žalovaného sa písomne vyjadril žalobca, ktorý uviedol, že vedľajší účastník nie je oprávnený na podanie odolania. V predmetnej veci súd vydal dňa 31.5.2012 rozsudok, voči ktorému sa žalovaný neodvolal. Podľa § 201 O.s.p. má vedľajší účastník právo podať odvolanie iba v tých prípadoch, kedy z hmotnoprávneho predpisu vyplýva výslovne spôsob vyrovnania vzťahu medzi ním a stranami sporu. Vzhľadom k tomu, že medzi žalovaným a vedľajším účastníkom zo žiadneho predpisu nevyplýva určitý spôsob vyrovnania vzťahu medzi nimi, odvolanie vedľajšieho účastníka je možné považovať za podané neoprávnenou osobou. Vedľajší účastník môže podať odvolanie, iba ak takéto právo má strana sporu, jeho lehota je limitovaná lehotou na odvolanie strany a nemôže podať odvolanie proti vôli strany. Žalobca v tejto súvislosti poukázal na rozhodnutie Krajského súdu v Prešove sp. zn. 5 Cob 17/2012. K námietke premlčania vznesenej vedľajším účastníkom žalobca uviedol, že v konaní má vedľajší účastník oprávnenia na všetky procesné úkony ako strana. Koná však iba sám za seba. Nemôže teda robiť úkony, ktoré predstavujú dispozíciu s predmetom konania, lebo jeho úlohou je strane v konaní len pomáhať. Vedľajší účastník nemôže uznať nárok žalobcu, nemôže uzavrieť zmier a nemôže sám vzniesť námietku premlčania, pretože nejde o procesný úkon, ale o úkon podľa hmotného práva. Subjektom, ktorý je oprávnený uplatniť námietku premlčania, je dlžník. Pokiaľ išlo o náhradu trov konania vedľajšieho účastníka, ochrana práv žalovaného ako spotrebiteľa je dostatočne zabezpečená súdom, jeho právnym posúdením a následným spravodlivým rozhodnutím vo veci, pričom konaním vedľajšieho účastníka v podobe jeho právneho zastúpenia dochádza k nadbytočnému navyšovaniu trov konania a nehospodárnosti konania, k zneužitiu zákonnej ochrany spotrebiteľa, účelu a zmyslu inštitútu náhrady trov konania. Žalobca poukázal v tejto súvislosti na rozhodnutie Krajského súdu v Banskej Bystrici sp. zn. 17Co 91/2012. 7. O odvolaní vedľajšieho účastníka na strane žalovaného odvolací súd rozhodol uznesením zo dňa 28. apríla 2014 č. k. 9Co 90/2013-129, ktorým odvolanie odmietol a uložil vedľajšiemu účastníkovi nahradiť trovy konania žalobcovi. Proti rozhodnutiu odvolacieho súdu podal vedľajší účastník dňa 1.7.2014 dovolanie, na základe ktorého uznesením zo dňa 10. marca 2015 č. k. 8 Cdo 351/2014-179 Najvyšší súd Slovenskej republiky uznesenie odvolacieho súdu zrušil a vec mu vrátil na ďalšie konanie. Vo svojom rozhodnutí uviedol, že akýkoľvek úkon, ktorý v konaní vedľajší účastník vykoná, nesmie byť v rozpore so záujmami strany, v ktorej prospech v konaní vystupuje. Z toho ale nemožno jednoznačne vyvodiť, že úkon vedľajšieho účastníka, s ktorým strana nesúhlasí, bude zo strany súdu automaticky zamietnutý. Tomu nasvedčuje dikcia § 93 ods. 4 O.s.p., t.j.: „posúdi ich súd po uvážení všetkých okolností“. Teda súd bude úkon vedľajšieho účastníka, s ktorým strana nevyslovila súhlas, posudzovať so zreteľom na všetky okolnosti. Môže ísť totiž o úkon, ktorý bude strane na prospech a je na súde, aby túto skutočnosť zvážil. V prejednávanej veci odvolací súd nepovažoval vedľajšieho účastníka za osobu oprávnenú podať odvolanie z dôvodu, že žalovaný nereagoval na výzvu a súdu v určenej lehote neoznámil, či s podaným odvolaním vedľajšieho účastníka súhlasí a pripája sa k nemu, t.j. nevyslovil súhlas s odvolaním vedľajšieho účastníka. Pretože odvolací súd sa dôsledne nezaoberal splnením podmienok oprávňujúcich vedľajšieho účastníka podľa § 93 ods. 4 O.s.p. podať odvolanie, je jeho rozhodnutie predčasné a teda nesprávne. 8. Podaním doručeným odvolaciemu súdu dňa 22.5.2015 žalovaný súhlasil s odvolaním vedľajšieho účastníka a pripojil sa k jeho právnej argumentácii, najmä k námietke premlčania. 9. Podľa § 470 ods. 1 prechodných ustanovení zákona č. 160/2015 Z. z. Civilný sporový poriadok účinného od 1.7.2016 (ďalej len „C.s.p.“) ak nie je ustanovené inak, platí tento zákon aj na konania začaté predo dňom nadobudnutia jeho účinnosti. 10. Odvolací súd s poukazom na vyššie uvedené ustanovenie C.s.p. preskúmal a prejednal vec v rozsahu podaného odvolania v zmysle § 379 a § 380 ods. 1 C.s.p. bez nariadenia odvolacieho pojednávania (rozsudok bol odvolacím súdom verejne vyhlásený podľa § 378 ods. 1 a § 219 ods. 3 C.s.p.) a dospel k záveru, že odvolanie vedľajšieho účastníka na strane žalovaného je dôvodné. 11. Inštitútu vedľajšieho účastníka podľa § 93 O.s.p. nemá ekvivalent v ustanoveniach C.s.p. účinného od 1.7.2016, ktorý sa v zmysle jeho citovaného § 470 ods. 1 aplikuje i na konania začaté pred jeho účinnosťou. V tejto súvislosti je však potrebné postupovať podľa § 470 ods. 2 veta prvá prechodných ustanovení C.s.p., podľa ktorého právne účinky úkonov, ktoré v konaní nastali predo dňom nadobudnutia účinnosti tohto zákona, zostávajú zachované. Preto s poukazom na § 470 ods. 2 veta prvá C.s.p., ako aj rešpektujúc princíp ochrany legitímnych očakávaní, ktorý vychádza z ústavou garantovanej požiadavky právnej istoty, odvolací súd musel prihliadať na odvolanie podané vedľajším účastníkom v čase, kedy bol účinný Občiansky súdny poriadok. 12. Odvolací súd sa predovšetkým zaoberal legitimáciou vedľajšieho účastníka podať odvolanie v prejednávanej veci a to v intenciách vyššie uvedeného právneho názoru Najvyššieho súdu Slovenskej republiky. Žalovaný podaním doručeným odvolaciemu súdu dňa 22.5.2015 výslovne súhlasil s odvolaním, ktoré podal vedľajší účastník, odvolací súd je povinný tento prejav vôle žalovaného rešpektovať, bez ohľadu na to že žalovaný toto podanie nedoručil odvolaciemu súdu v lehote podľa výzvy zo dňa 10.3.2014. Súhlas žalovaného s odvolaním bol odvolaciemu súdu doručený po rozhodnutí dovolacieho súdu, teda predstavuje nóvum oproti stavu, za ktorého rozhodoval Najvyšší súd Slovenskej republiky, ktorý uložil odvolaciemu súdu skúmať splnenie podmienok oprávňujúcich vedľajšieho účastníka podľa § 93 ods. 4 O.s.p. (v znení účinnom do 30.6.2016) podať odvolanie, t.j. posúdiť, či konanie vedľajšieho účastníka je v prospech žalovaného, na ktorého strane vedľajší účastník vystupuje. Výslovný súhlas žalovaného s odvolaním bez ďalšieho zakladá prípustnosť odvolania vedľajšieho účastníka podľa § 93 ods. 6 O.s.p. v znení účinnom do 30.6.2016. Odpadol preto stav, v ktorom by bolo možné skúmať podané odvolanie v zmysle § 93 ods. 4 O.s.p. pre jeho (možný) rozpor s úkonmi strany, ktorú vedľajší účastník v konaní podporuje. 13. Jediná odvolacia námietka vedľajšieho účastníka týkajúca sa veci samej spočíva vo vznesení námietky premlčania nároku žalobcu. Žalobca vo svojom vyjadrení k odvolaniu sporoval oprávnenie vedľajšieho účastníka vzniesť túto námietku s poukazom na názor žalobcu, že na jej uplatnenie je oprávnený iba dlžník, t.j. v tomto prípade žalovaný. Nakoľko žalovaný sa v podaní doručenom odvolaciemu súdu dňa 22.5.2015 pripojil k vedľajším účastníkom vznesenej námietke premlčania, možno mať za to, že ju vzniesol i sám žalovaný, čím argumentácia žalobcu stráca svoj vecný podklad. Pre úplnosť však odvolací súd dodáva, že aj v prípade, že by sa žalovaný k námietke premlčania nepripojil, súd by na ňu musel prihliadať, pričom odvolací súd sa v tejto veci v celom rozsahu stotožňuje s argumentáciou vedľajšieho účastníka. Úlohou vedľajšieho účastníka, resp. zmyslom jeho účasti v spore, je pomoc strane sporu, na podporu ktorej vystupuje. Za týmto účelom je oprávnený využiť všetky zákonné možnosti, vrátane uplatnenia procesnej obrany prostredníctvom vznesenia námietky premlčania. Každá forma procesnej obrany je procesným úkonom, aj keď poukazuje na skutočnosti majúce pôvod v hmotnom práve. Je prirodzené, že súčasťou procesnej obrany môže a zvyčajne i je aj skutková a právna argumentácia opierajúca sa o hmotné právo. Uplatnenie námietky premlčania pritom nepredstavuje taký úkon, z ktorého by bol vedľajší účastník vylúčený, keď nejde o dispozičný úkon s predmetom konania. Súd by na námietku premlčania vznesenú vedľajším účastníkom neprihliadal iba v prípade, ak by strana sporu, ktorú vedľajší účastník podporuje, výslovne s námietkou premlčania nesúhlasila, k čomu však v posudzovanej veci nedošlo. 14. Podľa § 100 ods. 1 Občianskeho zákonníka právo sa premlčí, ak sa nevykonalo v dobe v tomto zákone ustanovenej (§ 101 až 110). Na premlčanie súd prihliadne len na námietku dlžníka. Ak sa dlžník premlčania dovolá, nemožno premlčané právo veriteľovi priznať. 15. Podľa § 101 Občianskeho zákonníka pokiaľ nie je v ďalších ustanoveniach uvedené inak, premlčacia doba je trojročná a plynie odo dňa, keď sa právo mohlo vykonať po prvý raz. 16. Po podrobnom oboznámení sa s obsahom spisu dospel odvolací súd k záveru, že námietka premlčania nároku žalobcu bola vedľajším účastníkom vznesená dôvodne. Právny predchodca žalobcu a žalovaný uzavreli dňa 20.4.2004 Zmluvu o poskytnutí flexipôžičky, ktorej predmetom bolo poskytnutie úveru vo výške 30 000,- Sk (995,82 €) žalovanému splatného v 36 mesačných anuitných splátkach vo výške 1 083,07 Sk (35,95 €). Posledná anuitná splátka bola podľa Zmluvy splatná dňa 20.4.2007. Nakoľko žalovaný svoj záväzok riadne nesplnil, právny predchodca žalobcu dňa 6.12.2004 odstúpil od Zmluvy, čím sa stala splatná celá pohľadávka voči žalovanému. Zo spisu nevyplýva, kedy a či vôbec bolo odstúpenie od zmluvy doručené žalovanému, avšak s poukazom na zásadu hospodárnosti konania odvolací súd túto skutočnosť nepovažoval za potrebné v konaní preukázať. Vzhľadom na to, že zo samotnej Zmluvy o poskytnutí flexipôžičky vyplývala konečná splatnosť úveru dňa 20.4.2007, tento dátum možno považovať za najneskorší možný čas nadobudnutia splatnosti celého úveru (ak by súd vychádzal z odstúpenia od zmluvy zo dňa 6.12.2004, nastala by splatnosť celého úveru zrejme výrazne skôr). V prípade, že premlčacia lehota, ktorá je trojročná, začala plynúť najneskôr v deň nasledujúci po dni konečnej splatnosti úveru v zmysle Zmluvy, t.j. 21.4.2007, jej posledným dňom by bol 21.4.2010. V čase podania žaloby, ktorá bola súdu prvej inštancie doručená dňa 13.9.2011, bol už teda nárok žalobcu nepochybne premlčaný a to i vrátane príslušenstva pohľadávky žalobcu. 17. Vzhľadom na dôvodne uplatnenú námietku premlčania odvolací súd rozhodol v zmysle § 388 C.s.p. tak, že rozsudok súdu prvej inštancie v napadnutej vyhovujúcej časti zmenil a žalobu v tejto časti zamietol. 18. O nároku na náhradu trov odvolacieho konania rozhodol odvolací súd v zmysle § 396 ods. 1 a 2, § 453 ods. 3 a § 262 ods. 1 v spojení s ustanovením § 255 ods. 1 C.s.p.. Žalovaný mal v konaní plný úspech, preto mu vzniklo právo na náhradu trov konania v plnom rozsahu a to vrátane trov odvolacieho a dovolacieho konania. Na strane žalovaného vystupovalo i Združenie na ochranu spotrebiteľa - HOOS, so sídlom Nám. Legionárov 5, Prešov, IČO: 42 176 778 ako vedľajší účastník podľa § 93 ods. 2 O.s.p. účinného do 30.6.2016. O náhrade trov konania Združenia na ochranu spotrebiteľov - HOOS odvolací súd nerozhodoval, keď o týchto rozhodol súd prvej inštancie dopĺňacím rozsudkom č. k. 14C/8/2012-173 zo dňa 28.8.2014, ktorý nebol napadnutý odvolaní a nadobudol právoplatnosť dňa 27.9.2017. O výške náhrady trov konania v zmysle § 262 ods. 2 C.s.p. rozhodne súd prvej inštancie po právoplatnosti rozhodnutia, ktorým sa konanie končí, samostatným uznesením, ktoré vydá súdny úradník. 19.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https://www.kauzis.sk/judikatura/r/ECLI:SK:KSBA:2017:1311211226.3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