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5Co/503/2014 z 11. 12. 2017</w:t>
      </w:r>
    </w:p>
    <w:p>
      <w:r>
        <w:t>Uznesenie Krajského súdu Bratislava z 11. decembra 2017, sp. zn. 5Co/503/2014, ECLI:SK:KSBA:2017:1313206351.2</w:t>
      </w:r>
    </w:p>
    <w:p>
      <w:r>
        <w:t>Súd: Krajský súd Bratislava</w:t>
      </w:r>
    </w:p>
    <w:p>
      <w:r>
        <w:t>Spisová značka: 5Co/503/2014</w:t>
      </w:r>
    </w:p>
    <w:p>
      <w:r>
        <w:t>ECLI: ECLI:SK:KSBA:2017:1313206351.2</w:t>
      </w:r>
    </w:p>
    <w:p>
      <w:r>
        <w:t>Dátum vydania: 11.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5Co/503/2014 Identifikačné číslo súdneho spisu: 1313206351 Dátum vydania rozhodnutia: 12. 12. 2017 Meno a priezvisko sudcu, VSÚ: JUDr. Juraj Považan ECLI: ECLI:SK:KSBA:2017:1313206351.2 Uznesenie Krajský súd v Bratislave v senáte zloženom z predsedu senátu JUDr. Juraja Považana a členov senátu JUDr. Janky Richterovej a JUDr. Milana Chalupku v právnej veci žalobcu: GENERAL FACTORING, a.s., so sídlom v Bratislave, Košická č. 56, zastúpeného HMG LEGAL, s.r.o. so sídlom v Bratislave, Červeňova č. 14, proti žalovanému: Ľ. O., I.. XX.X.XXXX, Z. Z., H. Č.. X, zastúpenému Z. N., súdnou tajomníčkou Okresného súdu Bratislava I, o zaplatenie 4.127,94 s prísl., na odvolanie žalobcu proti rozsudku Okresného súdu Bratislava III zo dňa 8. apríla 2014 č. k. 21C/266/13-165 takto r o z h o d o l : Odvolací súd odvolacie konanie z a s t a v u j e . Žalovanému nárok na náhradu trov odvolacieho konania n e p r i z n á v a . o d ô v o d n e n i e : 1. Napadnutým rozsudkom súd prvej inštancie zaviazal žalovaného na úhradu dlhu zo zmluvy o splátkovom úvere č. XXXXXXXXXX zo dňa 3.5.2005 (uzavretej s predchodcom žalobcu Slovenskou sporiteľňou, a. s.) vo výške 2.976,84 € s prísl. a vo zvyšku žalobu zamietol. Žalobcovi priznal náhradu trov konania. 2. Proti zamietajúcemu výroku tohto rozsudku podal včas odvolanie žalobca, domáhajúc sa vyhovenia žalobe v celom rozsahu. Pred rozhodnutím odvolacieho súdu zobral žalobca svoje odvolanie v celom rozsahu späť. 3. Podľa § 369 ods. 1 CSP dokiaľ o odvolaní nebolo rozhodnuté, možno ho vziať späť. 4. Podľa § 369 ods. 3 CSP ak sa odvolanie, o ktorom nebolo rozhodnuté, vzalo späť, odvolací súd odvolacie konanie zastaví. 5. Vzhľadom na dispozitívny procesný úkon žalobcu (späťvzatie odvolania) postupoval odvolací súd podľa zhora citovaného zákonného ustanovenia a odvolacie konanie zastavil. 6. Právoplatnosť napadnutého rozhodnutia nastane, ako keby k podaniu odvolania nedošlo (§ 369 ods. 2 CSP). 7. Žalovanému nepriznal náhradu trov odvolacieho konania, pretože mu žiadne nevznikli (§ 396 ods. 1 v spojení s § 256 ods.1 CSP). 8. Rozhodnutie prijal senát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https://www.kauzis.sk/judikatura/r/ECLI:SK:KSBA:2017:1313206351.2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