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5Co/405/2016 z 12. 11. 2017</w:t>
      </w:r>
    </w:p>
    <w:p>
      <w:r>
        <w:t>Uznesenie Krajského súdu Bratislava z 12. novembra 2017, sp. zn. 5Co/405/2016, ECLI:SK:KSBA:2017:1313206824.2</w:t>
      </w:r>
    </w:p>
    <w:p>
      <w:r>
        <w:t>Súd: Krajský súd Bratislava</w:t>
      </w:r>
    </w:p>
    <w:p>
      <w:r>
        <w:t>Spisová značka: 5Co/405/2016</w:t>
      </w:r>
    </w:p>
    <w:p>
      <w:r>
        <w:t>ECLI: ECLI:SK:KSBA:2017:1313206824.2</w:t>
      </w:r>
    </w:p>
    <w:p>
      <w:r>
        <w:t>Dátum vydania: 12.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5Co/405/2016 Identifikačné číslo súdneho spisu: 1313206824 Dátum vydania rozhodnutia: 13. 11. 2017 Meno a priezvisko sudcu, VSÚ: JUDr. Juraj Považan ECLI: ECLI:SK:KSBA:2017:1313206824.2 Uznesenie Krajský súd v Bratislave v senáte zloženom z predsedu senátu JUDr. Juraja Považana a členov senátu JUDr. Janky Richterovej a JUDr. Milana Chalupku v právnej veci žalobkyne: V. G., D.. XX.XX.XXXX, N. S. N. N., A. Y. XX, zastúpená JUDr. Jankou Kmeťovou, advokátkou v Banskej Bystrici, Prof. Sáru 44, proti žalovanej: Slovenská sporiteľňa, a.s., so sídlom v Bratislave, Tomášikova 48, IČO: 00 151 653, zastúpená Roman Kvasnica a partneri s.r.o., so sídlom v Piešťanoch, Žilinská cesta 130, o zaplatenie 24.845,80 eur s prísl., na základe späťvzatia žaloby žalobkyňou po rozhodnutí o veci rozsudkom Okresného súdu Bratislava III v Bratislave zo dňa 3. februára 2016 č.k. 11C/60/2013-163 takto r o z h o d o l : Odvolací súd späťvzatie žaloby p r i p ú š ť a , rozsudok Okresného súdu Bratislava III zo dňa 3. februára 2016 č.k. 11C/60/2013-163 z r u š u j e a konanie z a s t a v u j e . Žalovanej nepriznáva nárok na náhradu trov konania. o d ô v o d n e n i e : 1/Napadnutým rozsudkom súd prvej inštancie uložil žalovanej povinnosť zaplatiť žalobkyni 42.592,80 eur spolu s úrokom z omeškania, ako aj náhradu trov konania v rozsahu 100%. 2/Žalobkyňa podaním zo dňa 2. novembra 2017 (po vyhlásení rozsudku súdu prvej inštancie a podaní odvolania voči tomuto) zobrala svoju žalobu v celom rozsahu späť, z dôvodu mimosúdneho vysporiadania veci. 3/Žalovaná podaním zo 6. novembra 2017 vyslovila súhlas so späťvzatím žaloby. 4/Podľa § 470 ods. 1 Civilného sporového poriadku (ďalej CSP) ak nie je ustanovené inak, platí tento zákon aj na konania začaté predo dňom nadobudnutia jeho účinnosti. 5/Podľa § 470 ods. 2 CSP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6/Dňom 1.7.2016 nadobudol účinnosť Civilný sporový poriadok, kde sa v zmysle § 470 ods. 1 tohto zákona uplatňuje zásade jeho okamžitej aplikability, podľa ktorej tento zákon platí aj na konania začaté predo dňom nadobudnutia jeho účinnosti. 7/Podľa § 370 ods. 1 CSP ak je žaloba vzatá späť po rozhodnutí súdu prvej inštancie, ale skôr, ako rozhodnutie nadobudlo právoplatnosť, odvolací súd rozhodne o pripustení späťvzatia. 8/Podľa § 370 ods. 2 CSP súd späťvzatie žaloby nepripustí, ak s tým protistrana z vážnych dôvodov nesúhlasí. Ak späťvzatie žaloby pripustí, odvolací súd zruší rozhodnutie súdu prvej inštancie a konanie zastaví. 9/Vzhľadom na vyššie uvedené za súhlasu žalovanej odvolací súd rozhodol podľa § 370 ods. 1, 2 CSP tak, že späťvzatie žaloby žalobkyňou pripustil, rozhodnutie súdu prvej inštancie zrušil a konanie o jej žalobe zastavil. 10/O nároku na náhradu trov konania odvolací súd rozhodol podľa § 396 ods. 1 CSP, § 256 ods. 1 CSP, podľa ktorého ak strana procesne zavinila zastavenie konania, súd prizná náhradu trov protistrane. Odvolaciemu súdu nie je obsah mimosúdnej dohody strán známy, neostalo potom než konštatovať, že k zastaveniu konania došlo v dôsledku procesného zavinenia žalobkyne spočívajúceho v tom, že žalobu vzala v celom rozsahu späť bez preukázania dôvodu späťvzatia spočívajúceho v správaní žalovanej. Z procesného hľadiska teda platí, že zastavenie konania zavinila žalobkyňa, ktorú by zaťažila povinnosť na náhradu trov konania žalovanej. Túto náhradu jej ale odvolací súd neuložil v dôsledku toho, že žalovaná náhradu trov konania neuplatnila, tejto náhrady sa vzdala. 11/Toto rozhodnutie senátu odvolacieho súdu bolo prijaté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https://www.kauzis.sk/judikatura/r/ECLI:SK:KSBA:2017:1313206824.2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