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2Cob/214/2016 z 3. 10. 2017</w:t>
      </w:r>
    </w:p>
    <w:p>
      <w:r>
        <w:t>Opravné uznesenie Krajského súdu Bratislava z 3. októbra 2017, sp. zn. 2Cob/214/2016, ECLI:SK:KSBA:2017:1314220085.2</w:t>
      </w:r>
    </w:p>
    <w:p>
      <w:r>
        <w:t>Súd: Krajský súd Bratislava</w:t>
      </w:r>
    </w:p>
    <w:p>
      <w:r>
        <w:t>Spisová značka: 2Cob/214/2016</w:t>
      </w:r>
    </w:p>
    <w:p>
      <w:r>
        <w:t>ECLI: ECLI:SK:KSBA:2017:1314220085.2</w:t>
      </w:r>
    </w:p>
    <w:p>
      <w:r>
        <w:t>Dátum vydania: 3. 10. 2017</w:t>
      </w:r>
    </w:p>
    <w:p>
      <w:r>
        <w:t>Forma: Opravné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2Cob/214/2016 Identifikačné číslo súdneho spisu: 1314220085 Dátum vydania rozhodnutia: 04. 10. 2017 Meno a priezvisko sudcu, VSÚ: JUDr. Ľubica Břoušková ECLI: ECLI:SK:KSBA:2017:1314220085.2 Opravné uznesenie Krajský súd v Bratislave v senáte zloženom z predsedníčky senátu JUDr. Ľubice Břouškovej a sudkýň JUDr. Oľgy Bahníkovej a JUDr. Ľubice Kriškovej v právnej veci žalobcu: Zoznam, s.r.o., so sídlom Viedenská cesta 3-7, Bratislava, IČO: 36 029 076, proti žalovanému: AVADA TRADE FUSION, s.r.o., so sídlom Klincová 35, 821 08 Bratislava, IČO: 47 192 275, o zaplatenie 15.306,01 eur s príslušenstvom, takto r o z h o d o l : Odvolací súd o p r a v u j e záhlavie uznesenia Krajského súdu v Bratislave č.k. 2Cob/214/2016-96 zo dňa 13.06.2017 v časti označenia žalovaného, ktoré má správne znieť: ,,AVADA TRADE FUSION, s.r.o., so sídlom Klincová 35, 821 08 Bratislava, IČO: 47 192 275“ o d ô v o d n e n i e : 1. Krajský súd v Bratislave vydal dňa 13.06.2017 uznesenie č.k 2Cob/214/2016-96, ktorým rozsudok Okresného súdu Bratislava III č.k. 25Cb/232/2015-72 zo dňa 22.02.2016 zrušil a vec vrátil súdu prvej inštancie na ďalšie konanie. 2. Na základe podania súdu prvej inštancie zo dňa 02.10.2017 tunajší súd zistil, že v predmetnom uznesení odvolacieho súdu došlo k chybe, keď v záhlaví uznesenia odvolací súd uviedol nesprávne označenie žalovaného: Focus Media s.r.o., Blatnícka 3/1641, Bratislava, IČO: 36 275 972, zast. G. N., R. Z.. XX. K. XXXX/XX, XXX XX R.. Zo súdneho spisu vyplýva, že pôvodný žalovaný Focus Media s.r.o, bol vymazaný z obchodného registra, s právnym nástupcom spoločnosťou AVADA TRADE FUSION, s.r.o.. Z uvedeného dôvodu prišlo ku zmene žalovaného, ktorý má správne znieť: ,,AVADA TRADE FUSION, s.r.o., so sídlom Klincová 35, 821 08 Bratislava, IČO: 47 192 275“. 3. Podľa ust. § 224 Civilného sporového poriadku súd kedykoľvek aj bez návrhu opraví v rozhodnutí chyby v písaní a počítaní, ako aj iné zrejmé nesprávnosti. O oprave súd vydá opravné uznesenie, ktoré doručí subjektom konania. 4. Vzhľadom na to, že pri písomnom vyhotovení uznesenia odvolacieho súdu došlo k chybe v písaní v názve žalovaného, odvolací súd túto zrejmú nesprávnosť opravil tak, ako je uvedené vo výroku tohto uznesenia. Poučenie: Proti tomuto uzneseniu nie je prípustné odvolanie.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https://www.kauzis.sk/judikatura/r/ECLI:SK:KSBA:2017:1314220085.2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