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14Co/423/2016 z 26. 7. 2017</w:t>
      </w:r>
    </w:p>
    <w:p>
      <w:r>
        <w:t>Uznesenie Krajského súdu Bratislava z 26. júla 2017, sp. zn. 14Co/423/2016, ECLI:SK:KSBA:2017:1315215310.1</w:t>
      </w:r>
    </w:p>
    <w:p>
      <w:r>
        <w:t>Súd: Krajský súd Bratislava</w:t>
      </w:r>
    </w:p>
    <w:p>
      <w:r>
        <w:t>Spisová značka: 14Co/423/2016</w:t>
      </w:r>
    </w:p>
    <w:p>
      <w:r>
        <w:t>ECLI: ECLI:SK:KSBA:2017:1315215310.1</w:t>
      </w:r>
    </w:p>
    <w:p>
      <w:r>
        <w:t>Dátum vydania: 26. 7. 2017</w:t>
      </w:r>
    </w:p>
    <w:p>
      <w:r>
        <w:t>Forma: Uznesenie</w:t>
      </w:r>
    </w:p>
    <w:p>
      <w:pPr>
        <w:pStyle w:val="Heading2"/>
      </w:pPr>
      <w:r>
        <w:t>Text rozhodnutia</w:t>
      </w:r>
    </w:p>
    <w:p>
      <w:r>
        <w:t>Súd: Krajský súd Bratislava Spisová značka: 14Co/423/2016 Identifikačné číslo súdneho spisu: 1315215310 Dátum vydania rozhodnutia: 27. 07. 2017 Meno a priezvisko sudcu, VSÚ: JUDr. Katarína Javorčíková ECLI: ECLI:SK:KSBA:2017:1315215310.1 Uznesenie Krajský súd v Bratislave v senáte zloženom z predsedníčky senátu JUDr. Kataríny Javorčíkovej a členov senátu JUDr. Dariny Kuchtovej a Mgr. Barbory Bartekovej v právnej veci žalobkyne: F. L., bytom B. č. 9, M. L. nad F., zastúpená: advokátska kancelária Bartošík Šváby s.r.o., so sídlom Plynárenská č. 7/A, Bratislava, IČO : 35929049, proti žalovanému: Slovenská sporiteľňa, a.s., so sídlom Tomášikova č. 48, Bratislava, IČO: 00151653, zastúpený: advokátska kancelária JUDr. Roman KVASNICA, advokát, s.r.o., so sídlom Sad A. Kmeťa č. 24, Piešťany, IČO : 36866598, o zaplatenie 1 625,40 eur s príslušenstvom, a o späťvzatí žaloby po vydaní rozsudku Okresného súdu Bratislava III v Bratislave č. k. 11C/471/2015-112 zo dňa 26.1.2016, takto r o z h o d o l : Odvolací súd späťvzatie žaloby p r i p ú š ť a, rozsudok Okresného súdu Bratislava III v Bratislave č. k. 11C/471/2015-112 zo dňa 26.1.2016 z r u š u j e , a konanie vo veci z a s t a v u j e . Strany sporu nemajú nárok na náhradu trov konania. o d ô v o d n e n i e : 1. Žalobou doručenou súdu dňa 15.07.2015, sa žalobkyňa domáhala zaviazať žalovaného zaplatiť jej sumu 1 625,410 eur s príslušenstvom. Rozsudkom č. k. 11C/471/2015-112 zo dňa 26.1.2016 súd žalobe vyhovel a priznal žalobkyni istinu v celej žalovanej výške s úrokmi z omeškania, ktoré čiastočne znížil, a s náhradou trov konania. Rozsudok napadli odvolaním obe strany sporu. Žalovaný prostredníctvom právneho zástupcu podaním doručeným súdu 31.3.2016, ktorým napadol rozsudok v rozsahu výrokovej časti. Žalobkyňa prostredníctvom právneho zástupcu podaním doručeným súdu dňa 4.4.2016, čiastočne do výšky priznaných úrokov z omeškania. Dňa 23.11.2016 doručili strany sporu súdu spoločné podanie z 21.11.2016, ktorým žalobkyňa vzala žalobu späť z dôvodu uzavretia dohody o urovnaní so žalovaným zo dňa 18.11.2016. Žalovaný v podaní vyslovil so späťvzatím žaloby súhlas a s tým, že si neuplatňuje náhradu trov konania. V prílohe predložili aj dohodu o urovnaní. 2. Podľa § 370 ods. 1 Civilného sporového poriadku (ďalej len CSP) ak je žaloba vzatá späť po rozhodnutí súdu prvej inštancie, ale skôr, ako rozhodnutie nadobudlo právoplatnosť, odvolací súd rozhodne o pripustení späťvzatia. Podľa § 370 ods. 2 CSP súd späťvzatie nepripustí, ak s tým protistrana z vážnych dôvodov nesúhlasí. Ak späťvzatie žaloby pripustí, zruší rozhodnutie súdu prvej inštancie a konanie zastaví. 3. Odvolací súd vyhodnotil, že boli plnené všetky zákonné podmienky na pripustenie späťvzatia žaloby veci, ku ktorému došlo na základe vzájomnej dohody strán sporu. Preto vo veci pripustil vo veci späťvzatie žaloby, zrušil rozsudok súdu prvej inštancie a konanie vo veci zastavil. 4. Podľa § 396 ods. 1 CSP, ustanovenia o trovách konania pred súdom prvej inštancie sa použijú aj na odvolacie konanie. Podľa § 262 ods. 1 CSP, o nároku na náhradu trov konania rozhodne aj bez návrhu súd v rozhodnutí, ktorým sa konanie končí. Podľa § 256 ods. 1 CSP, ak strana procesne zavinila zastavenie konania, súd prizná náhradu trov konania protistrane. Aj keď procesne zastavenie konania vo veci zavinila žalobkyňa, vzhľadom na dohodu o urovnaní odvolací súd nepriznal nárok na náhradu trov konania žiadnej strane sporu. 5. Toto rozhodnutie bolo prijaté pomerom hlasov 3:0 (§ 3 ods. 9 zákona č. 757/2004 Z.z. o súdoch a o zmene a doplnení niektorých zákonov. Poučenie: Proti tomuto rozsudku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 a čoho sa dovolateľ domáha - dovolací návrh (§ 428 CSP).</w:t>
      </w:r>
    </w:p>
    <w:p/>
    <w:p>
      <w:r>
        <w:t>Zdroj: KAUZIS.SK – https://www.kauzis.sk/judikatura/r/ECLI:SK:KSBA:2017:1315215310.1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