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3Cob/110/2017 z 29. 6. 2017</w:t>
      </w:r>
    </w:p>
    <w:p>
      <w:r>
        <w:t>Uznesenie Krajského súdu Bratislava z 29. júna 2017, sp. zn. 3Cob/110/2017, ECLI:SK:KSBA:2017:1316213677.1</w:t>
      </w:r>
    </w:p>
    <w:p>
      <w:r>
        <w:t>Súd: Krajský súd Bratislava</w:t>
      </w:r>
    </w:p>
    <w:p>
      <w:r>
        <w:t>Spisová značka: 3Cob/110/2017</w:t>
      </w:r>
    </w:p>
    <w:p>
      <w:r>
        <w:t>ECLI: ECLI:SK:KSBA:2017:1316213677.1</w:t>
      </w:r>
    </w:p>
    <w:p>
      <w:r>
        <w:t>Dátum vydania: 29. 6.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3Cob/110/2017 Identifikačné číslo súdneho spisu: 1316213677 Dátum vydania rozhodnutia: 30. 06. 2017 Meno a priezvisko sudcu, VSÚ: Mgr. Štefan Zelenák ECLI: ECLI:SK:KSBA:2017:1316213677.1 Uznesenie Krajský súd v Bratislave v senáte zloženom z predsedu senátu Mgr. Štefana Zelenáka a členiek senátu JUDr. Eleny Ondrišovej a JUDr. Miroslavy Janečkovej, v právnej veci žalobcu Rozhlas a televízia Slovenska, Mlynská dolina, Bratislava, IČO: 47 232 480, proti žalovanému Mercury Stav s.r.o., Zátišie 10, Bratislava, IČO: 35 963 531, o zaplatenie 116,52 EUR s príslušenstvom, o odvolaní žalovaného proti rozsudku Okresného súdu Bratislava III v Bratislave č.k. 23Cb 281/2016-26 zo dňa 11.1.2017 a o späťvzatí žaloby, jednohlasne takto r o z h o d o l : Krajský súd v Bratislave späťvzatie žaloby zo dňa 28.7.2016 pripúšťa, rozsudok Okresného súdu Bratislava III č.k. 23Cb 281/2016-26 zo dňa 11.1.2017 zrušuje a konanie zastavuje. Žalobca má nárok na plnú náhradu trov konania. o d ô v o d n e n i e : Napadnutým rozsudkom súd prvej inštancie uložil žalovanému povinnosť zaplatiť žalobcovi sumu vo výške 116,52 EUR, do troch dní od právoplatnosti rozsudku a zároveň je žalovaný povinný nahradiť žalobcovi trovy konania, pričom o výške náhrady trov konania žalobcu rozhodne súd prvej inštancie po právoplatnosti rozhodnutia, ktorým sa konanie končí, samostatným uznesením, ktoré vydá súdny úradník. 2. Proti rozsudku podal v zákonnej lehote odvolanie žalovaný, ktorý uviedol, že dňa 15.11.2016 uhradil sumu 116,52 EUR a žiada o zrušenie napadnutého rozsudku. 3. K odvolaniu žalovaného sa vyjadril žalobca, ktorý oznámil, že okrem povinnosti žalovaného zaplatiť istinu bola žalovanému v druhom výroku rozsudku uložená povinnosť nahradiť žalobcovi trovy konania spočívajúce v zaplatení súdneho poplatku za žalobu vo výške 16,50 EUR, ktoré žiada uhradiť. 4. Písomným podaním doručeným krajskému súdu dňa 27.6.2017 vzal žalobca žalobu späť v celom rozsahu s poukazom na § 370 C.s.p., a keďže žalovaný procesne zavinil zastavenie konania, žalobca navrhuje súdu, aby žalovaného zaviazal na náhradu trov konania, ktoré pozostávajú zo zaplateného súdneho poplatku vo výške 16,50 EUR. 5. Žalovaný sa k späťvzatiu žaloby nevyjadril. 6. Podľa ust. § 370 C.s.p. ods. 1, ak je žaloba vzatá späť po rozhodnutí súdu prvej inštancie, ale skôr, ako rozhodnutie nadobudlo právoplatnosť, odvolací súd rozhodne o pripustení späťvzatia. Podľa ods. 2 súd späťvzatie žaloby nepripustí, ak s tým protistrana z vážnych dôvodov nesúhlasí. Ak späťvzatie žaloby pripustí, odvolací súd zruší rozhodnutie súdu prvej inštancie a konanie zastaví. 7. Vzhľadom na to, že žalobca vzal svoj návrh na začatie konania v celom rozsahu späť v čase, keď už rozhodol súd prvej inštancie, ale jeho rozhodnutie nenadobudlo právoplatnosť, odvolací súd podľa ust. § 370 ods. 1, 2 C.s.p. rozhodol o pripustení späťvzatia, o zrušení rozsudku súdu prvej inštancie a zastavení konania. 8. O nároku na náhradu trov súdneho konania bolo rozhodnuté podľa § 396 ods. 1 C.s.p. v spojení s ust. § 256 ods. 1, § 262 ods. 1 C.s.p.. Bolo zrejmé, že žaloba o zaplatenie sumy 116,52 EUR bola doručená na súd prvej inštancie dňa 11.8.2016. Podľa výpisu z účtu žalovaného nachádzajúceho sa na č.l. 33 spisu, k úhrade tejto uplatnenej pohľadávky na súde zo strany žalovaného došlo dňa 15.11.2016, t.j. po podaní žaloby žalobcom, kedy je zrejmé, že procesné zavinenie na zastavení konania z titulu späťvzatia žaloby žalobcom nesie žalovaný. Na základe uvedeného preto bolo rozhodnuté tak, že žalobca má nárok na plnú náhradu trov súdneho konania, o výške ktorej podľa § 262 ods. 2 C.s.p rozhodne súd prvej inštancie.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1, C.s.p.). Dovolateľ musí byť v dovolacom konaní zastúpený advokátom. Dovolanie a iné podania dovolateľa musia byť spísané advokátom (§ 429 ods. 1,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https://www.kauzis.sk/judikatura/r/ECLI:SK:KSBA:2017:1316213677.1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