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9Co/269/2017 z 29. 11. 2017</w:t>
      </w:r>
    </w:p>
    <w:p>
      <w:r>
        <w:t>Uznesenie Krajského súdu Bratislava z 29. novembra 2017, sp. zn. 9Co/269/2017, ECLI:SK:KSBA:2017:1316216603.2</w:t>
      </w:r>
    </w:p>
    <w:p>
      <w:r>
        <w:t>Súd: Krajský súd Bratislava</w:t>
      </w:r>
    </w:p>
    <w:p>
      <w:r>
        <w:t>Spisová značka: 9Co/269/2017</w:t>
      </w:r>
    </w:p>
    <w:p>
      <w:r>
        <w:t>ECLI: ECLI:SK:KSBA:2017:1316216603.2</w:t>
      </w:r>
    </w:p>
    <w:p>
      <w:r>
        <w:t>Dátum vydania: 29. 11. 2017</w:t>
      </w:r>
    </w:p>
    <w:p>
      <w:r>
        <w:t>Forma: Uznesenie</w:t>
      </w:r>
    </w:p>
    <w:p>
      <w:pPr>
        <w:pStyle w:val="Heading2"/>
      </w:pPr>
      <w:r>
        <w:t>Text rozhodnutia</w:t>
      </w:r>
    </w:p>
    <w:p>
      <w:r>
        <w:t>Súd: Krajský súd Bratislava Spisová značka: 9Co/269/2017 Identifikačné číslo súdneho spisu: 1316216603 Dátum vydania rozhodnutia: 30. 11. 2017 Meno a priezvisko sudcu, VSÚ: JUDr. Zuzana Posluchová ECLI: ECLI:SK:KSBA:2017:1316216603.2 Uznesenie Krajský súd v Bratislave v senáte zloženom z predsedníčky senátu JUDr. Zuzany Posluchovej a členov senátu JUDr. Romana Huszára a JUDr. Magdalény Florekovej v právnej veci žalobcu: 1/ N.. Y. W., B.. XX.X.XXXX, 2/ N.. I. V., L.., B.. XX.X.XXXX, C. X. X. XX, XXX XX S. R., v konaní obaja zast. JUDr. Evou Koleničovou, advokátkou, Paulínska 20, 917 01 Trnava, proti žalovanému: New City Development s.r.o., IČO: 36 365 564, so sídlom Pluhová 2, 831 03 Bratislava, o zaplatenie 6.000,- € s prísl., vedenej na Okresnom súde Bratislava III pod sp. zn. 24C/224/2016, takto r o z h o d o l : Odvolací súd späťvzatie žaloby v časti zaplatenia istiny vo výške 6.000,- €, pripúšťa rozsudok súdu prvej inštancie zo dňa 28. apríla 2017 č. k. 24C/224/2016-31 v časti zaplatenia istiny vo výške 6.000,- € zrušuje a konanie v tejto časti z a s t a v u j e. Žalobcovia 1/, 2/ a 3/ majú právo na náhradu trov konania v rozsahu 100 %. o d ô v o d n e n i e : 1. Súd prvej inštancie rozsudkom zo dňa 28. apríla 2017 uložil žalovanému povinnosť zaplatiť žalobcom sumu 6.000,- € spolu s 5,05%-ným ročným úrokom z omeškania zo sumy 6.000,- € od 6.10.2016 do zaplatenia, to všetko do troch dní od právoplatnosti tohto rozsudku. Určil, že žalobcovia majú nárok na plnú náhradu trov konania. 2. Písomným podaním doručeným súdu prvej inštancie dňa 11.05. 2017 žalobcovia vzali žalobu v časti zaplatenia istiny vo výške 6.000,- €, trov konania vo výške 360,- € a trov právneho zastúpenia vo výške 438,- € späť a žiadali konanie v tejto časti zastaviť, vzhľadom na skutočnosť, že žalovaný dňa 13.04. 2017 uhradil istinu vo výške 6.000,- €, trovy konania vo výške 360,- € a trovy právneho zastúpenia vo výške 438,- €. 3. Žalovaný na výzvu súdu ohľadom súhlasu s čiastočným späťvzatím žaloby nereagoval. 4. Podľa § 370 ods. 1 C.s.p. ak je žaloba vzatá späť po rozhodnutí súdu prvej inštancie, ale skôr, ako rozhodnutie nadobudlo právoplatnosť, odvolací súd rozhodne o pripustení späťvzatia. 5. Podľa § 370 ods. 2 C.s.p. súd späťvzatie žaloby nepripustí, ak s tým protistrana z vážnych dôvodov nesúhlasí. Ak späťvzatie žaloby pripustí, odvolací súd zruší rozhodnutie súdu prvej inštancie a konanie zastaví. 6. Podľa § 370 ods. 3 C.s.p. ak je žaloba vzatá späť sčasti, použijú sa ustanovenia predchádzajúcich odsekov. 7. Podľa § 256 ods. 1 C.s.p. ak strana procesne zavinila zastavenie konania, súd prizná náhradu trov konania protistrane. 8. Keďže rozsudok súdu prvej inštancie doposiaľ nenadobudol právoplatnosť a vzhľadom na dispozitívny úkon žalobcov, ktorí vzali žalobu v časti istiny späť, pričom žalovaný nevyjadril nesúhlas so späťvzatím žaloby, odvolací súd v zmysle ust. § 370 C.s.p. späťvzatie žaloby v časti zaplatenia istiny vo výške 6.000,- € pripustil, rozsudok súdu prvej inštancie v časti zaplatenia istiny vo výške 6.000,- € zrušil a konanie v tejto časti zastavil. 9. O náhrade trov konania rozhodol odvolací súd podľa § 256 ods. 1 C.s.p.. Žalovaný úhradou žalovanej istiny po podaní žaloby na súd procesne zavinil zastavenie konania, preto žalobcom vzniklo právo na náhradu trov konania v rozsahu 100%. O výške náhrady trov konania v zmysle § 262 ods. 2 C.s.p. rozhodne súd prvej inštancie po právoplatnosti rozhodnutia, ktorým sa konanie končí, samostatným uznesením, ktoré vydá súdny úradník, pričom prihliadne na okolnosť, že žalovaný uhradil žalobcom trovy konania vo výške 360,- € a trovy právneho zastúpenia vo výške 438,- €. 10.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https://www.kauzis.sk/judikatura/r/ECLI:SK:KSBA:2017:1316216603.2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