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5Co/609/2013 z 18. 9. 2017</w:t>
      </w:r>
    </w:p>
    <w:p>
      <w:r>
        <w:t>Uznesenie Krajského súdu Bratislava z 18. septembra 2017, sp. zn. 5Co/609/2013, ECLI:SK:KSBA:2017:1409201331.2</w:t>
      </w:r>
    </w:p>
    <w:p>
      <w:r>
        <w:t>Súd: Krajský súd Bratislava</w:t>
      </w:r>
    </w:p>
    <w:p>
      <w:r>
        <w:t>Spisová značka: 5Co/609/2013</w:t>
      </w:r>
    </w:p>
    <w:p>
      <w:r>
        <w:t>ECLI: ECLI:SK:KSBA:2017:1409201331.2</w:t>
      </w:r>
    </w:p>
    <w:p>
      <w:r>
        <w:t>Dátum vydania: 18.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5Co/609/2013 Identifikačné číslo súdneho spisu: 1409201331 Dátum vydania rozhodnutia: 19. 09. 2017 Meno a priezvisko sudcu, VSÚ: JUDr. Juraj Považan ECLI: ECLI:SK:KSBA:2017:1409201331.2 Uznesenie Krajský súd v Bratislave v senáte zloženom z predsedu senátu JUDr. Juraja Považana a sudcov JUDr. Janky Richterovej a JUDr. Milana Chalupku v právnej veci žalobcu: Bytová agentúra rezortu ministerstva obrany, so sídlom v Bratislave, Pri Šajbách 12, IČO: 34 000 666, proti žalovanému: J. J., Q.. XX.XX.XXXX, M.. XX.X.XXXX, Q. U. U., F. X, o určenie povinnosti vypratať byt bez zabezpečenia bytovej náhrady, na odvolanie žalovaného proti rozsudku Okresného súdu Bratislava IV zo dňa 15. februára 2010 č.k. 4C/85/2009-37, takto r o z h o d o l : Odvolací súd napadnutý rozsudok súdu prvej inštancie z r u š u j e a konanie z a s t a v u j e . Žiadna zo strán nemá právo na náhradu trov prvoinštančného a odvolacieho konania. o d ô v o d n e n i e : 1.Napadnutým rozsudkom súd prvej inštancie určil, povinnosť žalovaného vypratať byt nie je ďalej viazaná na zabezpečenie bytovej náhrady. 2. Proti tomuto rozsudku podal v zákonom stanovenej lehote odvolanie žalovaný, ktorý v priebehu odvolacieho konania (po zrušení zmeňujúceho rozsudku odvolacieho súdu zo dňa 3. mája 2011 č. k. 5Co/276/10-55 na základe dovolania žalobcu uznesením dovolacieho súdu zo dňa 18.septembra 2013 č. k. 5 Cdo 6/12-168) dňa XX.X.XXXX zomrel. 3. Podľa § 470 ods. 1 Civilného sporového poriadku ak nie je ustanovené inak, platí tento zákon aj na konania začaté predo dňom nadobudnutia jeho účinnosti. 4. Podľa § 378 ods. 1 CSP na konanie na odvolacom súde sa primerane použijú ustanovenia o konaní pred súdom prvej inštancie, ak tento zákon neustanovuje inak. 5. Podľa § 63 ods. 1 CSP ak strana zomrie počas konania skôr, ako sa konanie právoplatne skončí, súd posúdi podľa povahy sporu, či má konanie zastaviť, alebo či v ňom môže pokračovať. 6. Smrť strany sporu (fyzickej osoby) je právna skutočnosť, s ktorou je spojený zánik právnej subjektivity (§ 7 ods. 2 OZ) i zánik jej procesnej subjektivity (§ 61 CSP) ako jednej z podmienok konania. V prípade úmrtia fyzickej osoby počas súdneho konania preto súd podľa povahy sporu zváži, či bude v konaní pokračovať alebo konanie zastaví. 7. Odvolací súd s ohľadom na povahu sporu, týkajúceho sa výlučne nároku žalovaného na zabezpečenie bytovej náhrady, prisúdenej mu v konaní o privolenie k výpovedi z nájmu služobného bytu, napadnutý rozsudok súdu prvej inštancie zrušil a konanie zastavil podľa § 389 ods. 1 písm. a/ v spojení s § 63 ods. 1 CSP. 8. Berúc do úvahy, že žiadna zo strán procesne nezavinila zastavenie konania, odvolací súd žiadnej z nich nepriznal právo na náhradu trov prvoinštančného i odvolacieho (vrátane dovolacieho) konania (§ 396 ods. 1, § 256 ods. 1 a contrario CSP). 9.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https://www.kauzis.sk/judikatura/r/ECLI:SK:KSBA:2017:1409201331.2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