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15Co/6/2017 z 20. 6. 2017</w:t>
      </w:r>
    </w:p>
    <w:p>
      <w:r>
        <w:t>Uznesenie Krajského súdu Bratislava z 20. júna 2017, sp. zn. 15Co/6/2017, ECLI:SK:KSBA:2017:1415208239.1</w:t>
      </w:r>
    </w:p>
    <w:p>
      <w:r>
        <w:t>Súd: Krajský súd Bratislava</w:t>
      </w:r>
    </w:p>
    <w:p>
      <w:r>
        <w:t>Spisová značka: 15Co/6/2017</w:t>
      </w:r>
    </w:p>
    <w:p>
      <w:r>
        <w:t>ECLI: ECLI:SK:KSBA:2017:1415208239.1</w:t>
      </w:r>
    </w:p>
    <w:p>
      <w:r>
        <w:t>Dátum vydania: 20. 6. 2017</w:t>
      </w:r>
    </w:p>
    <w:p>
      <w:r>
        <w:t>Forma: Uznesenie</w:t>
      </w:r>
    </w:p>
    <w:p>
      <w:r>
        <w:t>Oblasť práva: Občianske právo</w:t>
      </w:r>
    </w:p>
    <w:p>
      <w:pPr>
        <w:pStyle w:val="Heading2"/>
      </w:pPr>
      <w:r>
        <w:t>Text rozhodnutia</w:t>
      </w:r>
    </w:p>
    <w:p>
      <w:r>
        <w:t>Súd: Krajský súd Bratislava Spisová značka: 15Co/6/2017 Identifikačné číslo súdneho spisu: 1415208239 Dátum vydania rozhodnutia: 21. 06. 2017 Meno a priezvisko sudcu, VSÚ: JUDr. Mária Hajdínová ECLI: ECLI:SK:KSBA:2017:1415208239.1 Uznesenie Krajský súd v Bratislave v senáte zloženom z predsedníčky senátu JUDr. Márie Hajdínovej a členov senátu JUDr. Evy Mészárosovej a JUDr. Silvie Walterovej v právnej veci žalobcu: Bratislavská vodárenská spoločnosť, a.s., Bratislava, Prešovská č. 48, IČO: 35 850 370, zastúpený Advokátskou kanceláriou Roštár-Slovák, s.r.o., Bratislava, Révová č. 7, IČO: 36 858 731, za ktorú koná JUDr. Martin Roštár, proti žalovanej: O. V. , narodená dňa XX.X.XXXX, trvale bytom G., F. č. X/A, o zaplatenie 325,68 € s príslušenstvom, na odvolanie žalovanej proti rozsudku Okresného súdu Bratislava IV. zo dňa 1. februára 2017, č.k. 5 C 163/2015-62, o následnom späťvzatí žaloby žalobcom v celom rozsahu takto r o z h o d o l : I. Odvolací súd p r i p ú š ť a späťvzatie žaloby, rozsudok Okresného súdu Bratislava IV. zo dňa 1. februára 2017, č.k. 5 C 163/2015-62, z r u š u j e a konanie z a s t a v u j e . II. Žalobcovi nepriznáva nárok na náhradu trov konania pred súdom prvej inštancie. III. Žalovanej priznáva nárok na náhradu trov odvolacieho konania v rozsahu 100 %. o d ô v o d n e n i e : l. Okresný súd Bratislava IV. rozsudkom zo dňa 1.2.2017, č.k. 5 C 163/2015-62, uložil žalovanej povinnosť zaplatiť žalobcovi sumu 325,68 € s úrokom z omeškania vo výške 8,75 % ročne zo sumy 325,68 € od 28.11.2012 do zaplatenia, všetko do troch dní od právoplatnosti rozsudku; žalobcovi priznal nárok na náhradu trov konania v rozsahu 100 %, všetko do troch dní od právoplatnosti rozsudku. Rozsudok odôvodnil ustanovením § 15 ods. 7 písm. b/, § 16 ods.7 písm. b/, § 17 ods. 3 písm. c/, § 18 ods. 3 písm. c/ zákona č. 442/2002 Z.z. o verejných vodovodoch a verejných kanalizáciách a o zmene a doplnení zákona č. 276/2001 Z.z. o regulácii v sieťových odvetviach v znení neskorších predpisov, § 517 ods. 2 Občianskeho zákonníka, § 3, § 10c nariadenia vlády Slovenskej republiky č. 87/1995 Z.z. ktorým sa vykonávajú niektoré ustanovenia Občianskeho zákonníka. 2. Proti tomuto rozsudku v celom rozsahu podala včas odvolanie žalovaná, v ktorom uviedla, že po doručení platobného rozkazu komunikovala s právnym zástupcom žalobcu, požiadala ho o vyčíslenie pohľadávky, na základe ktorého dňa 16.12.2016 uhradila na účet žalobcu sumu 540,86 €. Žalovaná navrhla konanie zastaviť a prehodnotiť nárok žalobcu na náhradu trov konania vzhľadom na uhradenie pohľadávky ihneď po doručení platobného rozkazu. 3. Žalobca, po výzve odvolacieho súdu, či bola uhradená žalovaná pohľadávka, oznámil odvolaciemu súdu, že žalobu berie v celom rozsahu späť. Navrhol odvolaciemu súdu pripustiť späťvzatie žalobného návrhu, rozsudok súdu prvej inštancie zrušiť, konanie zastaviť a priznať mu náhradu trov konania. 4. Žalovaná svojím podaním zo dňa 15.6.2017 súhlasila so späťvzatím žaloby žalobcom v celom rozsahu. 5. Odvolací súd prejednal vec bez nariadenia pojednávania [§ 470 ods. l, ods. 2, § 385 ods. l zákona č. 160/2015 Z.z. Civilný sporový poriadok (C.s.p.), ktorým bol s účinnosťou od 1.7.2016 zrušený zákon č. 99/1963 Zb. Občiansky súdny poriadok (O.s.p.)], keď pre nariadenie pojednávania neboli splnené zákonné podmienky, a dospel k záveru, že nie sú dané žiadne dôvody, ktoré by odôvodňovali nepripustenie späťvzatia žaloby. 6. Podľa § 370 C.s.p. ak je žaloba vzatá späť po rozhodnutí súdu prvej inštancie, ale skôr, ako rozhodnutie nadobudlo právoplatnosť, odvolací súd rozhodne o pripustení späťvzatia (ods. l). Súd späťvzatie žaloby nepripustí, ak s tým protistrana z vážnych dôvodov nesúhlasí. Ak späťvzatie žaloby pripustí, odvolací súd zruší rozhodnutie súdu prvej inštancie a konanie zastaví (ods. 2). 7. Do dispozície strany sporu, ktorá žalobu podala, patrí aj možnosť žalobu vziať kedykoľvek späť, a to až dovtedy, kým o nej nebolo právoplatne rozhodnuté, teda aj po rozhodnutí súdom prvej inštancie dovtedy, kým nenadobudlo právoplatnosť. 8. V prejednávanej veci po rozhodnutí súdu prvej inštancie napadnutým rozsudkom, skôr, ako rozsudok nadobudol právoplatnosť, žalobca zobral žalobu späť v celom rozsahu; žalovaná so späťvzatím žaloby súhlasila. Za týchto okolností odvolací súd, už bez ďalšieho, späťvzatie žaloby pripustil, zrušil napadnutý rozsudok súdu prvej inštancie a konanie zastavil. 9. Žalobcovi odvolací súd nepriznal právo na náhradu trov konania pred súdom prvej inštancie. Žalobca bol v konaní pred súdom prvej inštancie úspešný, preto by mal podľa § 255 ods. 1 C.s.p., podľa ktorého súd prizná strane náhradu trov konania podľa pomeru jej úspechu vo veci, nárok na náhradu trov konania v celom rozsahu. Ako vyplýva zo spisu, žalobca aj žalovaná zhodne preukázali, že žalovaná na účet žalobcu dňa 16.12.2016 uhradila sumu 540,86 €. Vychádzajúc z platobného rozkazu zo dňa 1.12.2015, ktorý žalovaná prevzala dňa 10.12.2016, suma 540,86 € zahŕňa žalovanú istinu vo výške 325,68 €, úrok z omeškania vo výške 8,75 % ročne zo žalovanej sumy od 28.11.2012 do 16.12.2016 (kedy žalovaná pohľadávku žalobcu uhradila), celkom vo výške 115,54 € ako aj trovy konania pozostávajúce zo zaplateného súdneho poplatku vo výške 19,50 € a trov právneho zastúpenia vo výške 79,90 € tak, ako si ich uplatnil žalobca v návrhu na vydanie platobného rozkazu. Žalovaná žalobcovi trovy konania uhradila vo výške, aká mu bola priznaná platobným rozkazom vydaným súdom prvej inštancie dňa 1.12.2015. Ďalšie trovy žalobcovi, vychádzajúc zo súdneho spisu, nevznikli. O trovách odvolacieho konania odvolací súd rozhodol podľa § 396 ods. 1 a § 256 ods. 1 C.s.p. V čase vyhlásenia rozsudku súdu prvej inštancie dňa 1.2.2017 bola žalovaná pohľadávka žalobcu uhradená, napriek tomu nedošlo k späťvzatiu žaloby zo strany žalobcu. Zastavenie konania v štádiu odvolacieho konania zavinil žalobca, preto súd priznal žalovanej nárok na náhradu trov odvolacieho konania v rozsahu 100 %.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https://www.kauzis.sk/judikatura/r/ECLI:SK:KSBA:2017:1415208239.1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