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11CoP/465/2016 z 13. 7. 2017</w:t>
      </w:r>
    </w:p>
    <w:p>
      <w:r>
        <w:t>Uznesenie Krajského súdu Bratislava z 13. júla 2017, sp. zn. 11CoP/465/2016, ECLI:SK:KSBA:2017:1415208925.2</w:t>
      </w:r>
    </w:p>
    <w:p>
      <w:r>
        <w:t>Súd: Krajský súd Bratislava</w:t>
      </w:r>
    </w:p>
    <w:p>
      <w:r>
        <w:t>Spisová značka: 11CoP/465/2016</w:t>
      </w:r>
    </w:p>
    <w:p>
      <w:r>
        <w:t>ECLI: ECLI:SK:KSBA:2017:1415208925.2</w:t>
      </w:r>
    </w:p>
    <w:p>
      <w:r>
        <w:t>Dátum vydania: 13.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11CoP/465/2016 Identifikačné číslo súdneho spisu: 1415208925 Dátum vydania rozhodnutia: 14. 07. 2017 Meno a priezvisko sudcu, VSÚ: JUDr. Bianka Gelačíková ECLI: ECLI:SK:KSBA:2017:1415208925.2 Uznesenie Krajský súd v Bratislave, v senáte zloženom z predsedníčky senátu JUDr. Bianky Gelačíkovej a členiek senátu Mgr. Patrície Železníkovej a Mgr. Aleny Čakváriovej, vo veci starostlivosti o maloletého Z. Z., nar. XX.XX.XXXX zastúpený kolíznym opatrovníkom Úradom práce sociálnych vecí a rodiny Bratislava, so sídlom Vazovova 7/A, 816 16 Bratislava, dieťa rodičov matka: O. O., nar. XX.XX.XXXX, trvale bytom Z. 6, XXX XX K., zastúpená Mgr. Henrieta Slavkovská, advokát, s.r.o., advokátska kancelária so sídlom Ľ. Štúra 19, 934 01 Levice, otec: O. Z., nar. XX.XX.XXXX, trvale bytom C. XX, XXX XX K., za účasti Okresnej prokuratúry Bratislava IV, so sídlom Hanulova 9/A, 840 11 Bratislava, v konaní o úpravu výkonu rodičovských práv a povinností k maloletému dieťaťu, takto r o z h o d o l : Súd o p r a v u j e záhlavie rozsudku Krajského súdu v Bratislave zo dňa 20.06.2017, č.k. 11CoP/465/2016-159, tak, že priezvisko matky, adresa trvalého pobytu matky, údaj o právnom zastúpení matky má byť správne uvedený: „O. O., trvale bytom Z. 6, XXX XX K., zastúpená Mgr. Henrieta Slavkovská, advokát, s.r.o., advokátska kancelária so sídlom Ľ. Štúra 19, 934 01 Levice“. V ostatných častiach sa rozsudok nemení. o d ô v o d n e n i e : 1. Okresný súd Bratislava IV rozsudkom zo dňa 19.05.2016, č.k. 25P/183/2015-115 zveril maloletého Z. Z., nar. XX.XX.XXXX do striedavej osobnej starostlivosti oboch rodičov s určením podmienok realizácie tejto starostlivosti, zároveň upravil styk rodičov s maloletým počas vianočných sviatkov - upravil výkon striedavej osobnej starostlivosti v tomto období. Určil, že preberanie odovzdávanie maloletého bude prebiehať v bydlisku toho rodiča, ktorému aktuálny výkon osobnej starostlivosti končí. Určil, že maloletého budú zastupovať a spravovať jeho majetok obaja rodičia. Výživné počas trvania striedavej osobnej starostlivosti na maloletého Z. neurčil. Nad maloletým nariadil dohľad, žiadnemu z účastníkov nepriznal súd prvej inštancie právo na náhradu trov konania. 2. Krajský súd v Bratislave ako súd odvolací rozsudkom zo dňa 20.06.2017, č. k. 11CoP/465/2016-159 potvrdil rozsudok súdu prvej inštancie. Žiadnemu z účastníkov nepriznal právo na náhradu trov odvolacieho konania. 3. Podľa § 2 C.m.p., na konania podľa tohto zákona sa použijú ustanovenia zákona č. 160/2015 Z.z. Civilného sporového poriadku (ďalej len „C.s.p.“), ak tento zákon neustanovuje inak. 4. Podľa § 224 C.s.p., súd kedykoľvek aj bez návrhu opraví v rozsudku chyby v písaní a počítaní, ako aj iné zrejmé nesprávnosti. O oprave súd vydá opravné uznesenie, ktoré doručí subjektom konania. 5. S poukazom k tomu, že pri vypracovaní písomného vyhotovenia rozsudku došlo k chybe v písaní a to v priezvisku matky, v adrese trvalého pobytu matky, v údaji o právnom zastúpení matky, Krajský súd v Bratislave v zmysle zákonných citovaných ustanovení uvedené posúdil ako zrejmú nesprávnosť a rozhodol tak, ako je uvedené vo výroku tohto uznesenia. 6. Toto rozhodnutie prijal senát odvolacieho súdu pomerom hlasov 3:0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https://www.kauzis.sk/judikatura/r/ECLI:SK:KSBA:2017:1415208925.2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