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11CoP/30/2017 z 23. 1. 2017</w:t>
      </w:r>
    </w:p>
    <w:p>
      <w:r>
        <w:t>Uznesenie Krajského súdu Bratislava z 23. januára 2017, sp. zn. 11CoP/30/2017, ECLI:SK:KSBA:2017:1416210452.2</w:t>
      </w:r>
    </w:p>
    <w:p>
      <w:r>
        <w:t>Súd: Krajský súd Bratislava</w:t>
      </w:r>
    </w:p>
    <w:p>
      <w:r>
        <w:t>Spisová značka: 11CoP/30/2017</w:t>
      </w:r>
    </w:p>
    <w:p>
      <w:r>
        <w:t>ECLI: ECLI:SK:KSBA:2017:1416210452.2</w:t>
      </w:r>
    </w:p>
    <w:p>
      <w:r>
        <w:t>Dátum vydania: 23.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11CoP/30/2017 Identifikačné číslo súdneho spisu: 1416210452 Dátum vydania rozhodnutia: 24. 01. 2017 Meno a priezvisko sudcu, VSÚ: JUDr. Bianka Gelačíková ECLI: ECLI:SK:KSBA:2017:1416210452.2 Uznesenie Krajský súd v Bratislave v senáte zloženom z predsedníčky JUDr. Bianky Gelačíkovej a sudkýň Mgr. Patrície Železníkovej a JUDr. Miroslavy Štannerovej, v právnej veci starostlivosti súdu o maloleté deti E., G., nar. XX.XX.XXXX, D., nar. XX.XX.XXXX a H., nar. XX.XX.XXXX, zastúpené kolíznym opatrovníkom Úradom práce, sociálnych vecí a rodiny Bratislava so sídlom v Bratislave, Vazovova 7/A, deti rodičov: matky - G.. art. L. E., K.., nar. XX.XX.XXXX, trvale bytom R., I. XX, zastúpená JUDr. Janou Uhrínovou, advokátkou, so sídlom v Bratislave, Bezručova 1, a otca - G.. art. H. E., nar. XX.XX.XXXX, trvale bytom R., Gallayova XX, zastúpený advokátskou kanceláriou Geško, Hulín a partneri s.r.o., so sídlom v Bratislave, Velehradská 33, adresa pre doručovanie Bratislava, Ľubinská 3, na návrh otca o nariadenie neodkladného opatrenia, na odvolanie matky proti uzneseniu Okresného súdu Bratislava IV zo dňa 19.12.2016, č.k. 25P/255/2016-39, takto r o z h o d o l : Uznesenie súdu prvej inštancie sa p o t v r d z u j e. o d ô v o d n e n i e : 1. Súd prvej inštancie odvolaním napadnutým uznesením nariadil neodkladné opatrenie, podľa ktorého je otec oprávnený stretávať sa s maloletými deťmi E., G., nar. XX.XX.XXXX, D., nar. XX.XX.XXXX a H., nar. XX.XX.XXXX, každý párny kalendárny týždeň od soboty od 9,00 hodiny do nedele do 19,00 hodiny, a to až do právoplatného rozhodnutia súd vo veci samej s tým, že otec si maloleté deti prevezme a po ukončení styku ich odovzdá v mieste bydliska maloletých detí a matka bude povinná maloleté deti k styku riadne pripraviť. 2. Súd prvej inštancie vec právne posúdil podľa § 324 ods. 1, § 325 ods. 1, § 329 ods. 1, veta prvá a § 330 ods. 1 Civilného sporového poriadku (ďalej len C.s.p.) a § 2 ods. 1 Civilného mimosporového poriadku (ďalej len C.m.p.) a dospel k záveru, že v konaní bola preukázaná potreba bezodkladnej úpravy pomerov účastníkov a sú dané podmienky pre nariadenie neodkladného opatrenia spočívajúceho v úprave styku otca s maloletými deťmi. Rodičia maloletých detí nežijú v spoločnej domácnosti a deti sa nachádzajú vo faktickej starostlivosti matky, dôsledkom čoho sa otec nemôže podieľať na sústavnej starostlivosti o ne. Podľa vyjadrenia otca v otázke styku vznikajú medzi rodičmi nezhody, a preto je podľa názoru súdu potrebné zasiahnuť do práv účastníkov formou neodkladného opatrenia tak, aby bol do vzájomných vzťahov vnesený určitý režim a pravidelnosť. Otcom navrhovanú frekvenciu styku súd prvej inštancie považuje za primeranú veku detí ako aj tomu, aby mal otec dostatočnú možnosť pripraviť deťom kvalitný a plnohodnotný program. 3. Proti tomuto uzneseniu podala v zákonnej lehote odvolanie matka, v ktorom odvolací súd žiada návrh na nariadenie neodkladného opatrenia zamietnuť ako nedôvodný. Otcovi nikdy nebránila a ani nebráni v stretávaní sa s deťmi. Otec je častokrát pracovne mimo územia SR, z toho dôvodu by bolo praktickejšie, aby sa s deťmi stretával podľa jeho aktuálneho pracovného a časového harmonogramu tak, že jej včas oznámi, že chce stráviť čas s deťmi, čo mu ona umožní, ak to ich školské a mimoškolské aktivity dovolia. Otec momentálne vedie spoločnú domácnosť s aktuálnou partnerkou v D., kde s nimi trávili čas aj deti, ktoré tam aj prespali, avšak po príchode domov boli zmätené, smutné a rozpačité, dokonca staršia dcéra jej rozprávala, že sa v noci u otca bála spať, nakoľko na stenách má benátske masky, ktoré na ňu pôsobia hrôzostrašne. Po tejto návšteve bola nútená navštíviť s deťmi detského psychológa, podľa ktorého všetky tri deti odmietajú súčasnú partnerku otca a vidia v nej príčinu rozchodu rodičov, kontakt s otcom neodmietajú, ale chceli by čas tráviť len s otcom, preferujú jeho návštevy u nich doma. 4. Odvolací súd preskúmal vec, v ktorej nie je viazaný rozsahom a dôvodmi odvolania podľa § 65 a § 66 Zák. č. 161/15 Z.z. C.m.p., bez nariadenia odvolacieho pojednávania podľa § 378 ods. 1 Zák. č. 160/2015 Z.z. C.s.p. a odvolanie matky vyhodnotil ako neopodstatnené. 5. Odvolací súd konštatuje, že v prejednávanej veci súd prvej inštancie podľa príslušných ustanovení C.m.p. a C.s.p. upravil neodkladným opatrením až do právoplatného rozhodnutia vo veci samej styk otca s maloletými deťmi. Zároveň uviedol, že toto neodkladné opatrenie zanikne právoplatnosťou rozhodnutia súdu vo veci samej, ktorým je konanie o úpravu výkonu rodičovských práv a povinností k maloletým deťom na čas do rozvodu (konanie o návrhu matky vedené na Okresnom súde Bratislava IV pod sp. zn. 25P/198/2016). 6. Podľa § 387 ods. 2 C.s.p.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7. Neodkladné opatrenie rovnako ako každé rozhodnutie súdu musí vychádzať z pomerov a okolností, ktoré existujú v čase rozhodovania. Odvolací súd po preskúmaní prejednávanej veci rovnako ako súd prvej inštancie dospel k záveru, že sú dané podmienky na dočasnú úpravy pomerov účastníkov spočívajúcu v úprave styku otca s maloletými deťmi v zmysle jeho návrhu. Otcom navrhovaná úprava styku je v záujme maloletých detí, nakoľko vytvára patričný priestor pre budovanie udržiavanie a upevňovanie ich vzájomných vzťahov. Aj keď rodičia maloletých detí už nežijú v spoločnej domácnosti, je nanajvýš potrebné, aby bol nielen pre otca, ale predovšetkým pre maloleté deti zaistený konkrétny časový priestor pre ich vzájomný kontakt, a to v takom rozsahu, aby mal otec možnosť vytvoriť deťom primeraný a zmysluplný program. Neobstojí obrana matky, že otec má časté pracovné povinnosti v zahraničí, preto by bolo praktickejšie, aby jej včas oznámil, že chce tráviť čas s deťmi a ona mu styk umožní, ak to budú školské a mimoškolské aktivity detí dovoľovať. Je len na otcovi, aby si usporiadal svoje pracovné povinnosti takým spôsobom, aby mohol styk realizovať v rozsahu, ktorý sám navrhuje. Pokiaľ má matka výhrady k pobytu detí v súčasnej domácnosti otca z dôvodu, že deti odmietajú otcovu partnerku a preferujú otcove návštevy v ich domácnosti, tu je potrebné mať na zreteli, že forma návštev otca v domácnosti matky a maloletých detí nie je dostatočná z hľadiska účelu styku rodiča s dieťaťom, ktoré nemá v priamej opatere, kedy je potrebné, aby tento rodič mal možnosť nielen s dieťaťom sa stretnúť, ale mimo spoločnej zábavy mu poskytnúť aj všestrannú opateru po dobu určenú na styk (stravovanie, oddych, hygiena, príprava do školy a pod.). 8. Takáto úprava styku otca s maloletými deťmi je len dočasná a úlohou súdu prvej inštancie bude za účelom meritórneho rozhodnutia vykonať v prebiehajúcom konaní o úpravu výkonu rodičovských práv a povinností k maloletým deťom na čas do rozvodu manželstva rodičov dokazovanie zamerané na všetky aspekty súvisiace s úpravou styku vhodnou z hľadiska veku a oprávnených záujmov maloletých detí. 9. Odvolací súd rozhodnutie súdu prvej inštancie ako vecne správne podľa § 387 ods. 1 C.s.p. potvrdil. 10. Odvolací súd prijal rozhodnutie jednomyseľne pomerom hlasov 3 : 0.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https://www.kauzis.sk/judikatura/r/ECLI:SK:KSBA:2017:1416210452.2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