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3Co/372/2016 z 27. 2. 2017</w:t>
      </w:r>
    </w:p>
    <w:p>
      <w:r>
        <w:t>Uznesenie Krajského súdu Bratislava z 27. februára 2017, sp. zn. 3Co/372/2016, ECLI:SK:KSBA:2017:1502899733.1</w:t>
      </w:r>
    </w:p>
    <w:p>
      <w:r>
        <w:t>Súd: Krajský súd Bratislava</w:t>
      </w:r>
    </w:p>
    <w:p>
      <w:r>
        <w:t>Spisová značka: 3Co/372/2016</w:t>
      </w:r>
    </w:p>
    <w:p>
      <w:r>
        <w:t>ECLI: ECLI:SK:KSBA:2017:1502899733.1</w:t>
      </w:r>
    </w:p>
    <w:p>
      <w:r>
        <w:t>Dátum vydania: 27.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3Co/372/2016 Identifikačné číslo súdneho spisu: 1502899733 Dátum vydania rozhodnutia: 28. 02. 2017 Meno a priezvisko sudcu, VSÚ: JUDr. Roman Bolebruch ECLI: ECLI:SK:KSBA:2017:1502899733.1 Uznesenie Krajský súd v Bratislave v senáte zloženom z predsedu senátu JUDr. Romana Bolebrucha a sudcov JUDr. Alexandry Hanusovej a JUDr. Ing. Maria Dubaňa v právnej veci žalobkyne: K. S., rod. R., nar. XX.X.XXXX, rod. č. XXXXXX/XXXX, trvale bytom Y. J. X/B, E., štátny občan Slovenskej republiky, zastúpenej advokátkou JUDr. Laurou Bíróovou, Klincová 37/B, Bratislava, proti žalovanému: Mgr. G. N., rod. N., nar. X.X.XXXX, rod. č. XXXXXX/XXXX, trvale bytom A. R. XXX/XX, W., Česká republika, štátny občan Českej republiky, zastúpenému JUDr. Roman Kvasnica, advokát, s.r.o., Sad A. Kmeťa 24, Piešťany, o vyporiadanie bezpodielového spoluvlastníctva manželov, na odvolania žalobkyne a žalovaného proti rozsudku Okresného súdu Bratislava V č.k. 52Cbsm/3/2003-1636, zo dňa 25.5.2016 a proti opravnému uzneseniu Okresného súdu Bratislava V č.k. 52Cbsm/3/2003-1661, zo dňa 12.9.2016, takto r o z h o d o l : Odvolací súd napadnutý rozsudok súdu prvej inštancie č.k. 52Cbsm/3/2003-1636, zo dňa 25.5.2016, v spojení s napadnutým opravným uznesením súdu prvej inštancie č.k. 52Cbsm/3/2003-1661, zo dňa 12.9.2016, zrušuje a schvaľuje zmier nasledovného znenia: I. Z vecí patriacich do bezpodielového spoluvlastníctva manželov preberá do svojho výlučného vlastníctva žalobkyňa K. S.: - osobné motorové vozidlo B. F., v.č. G., v.č. motora B-XXXXXX, ev. č. OCM: XX-XX, v zostatkovej hodnote 5.064,06 eura; - 2 x 600 svetlo Broncolor, v zostatkovej hodnote 870,91 eura; - 1 x 1200 svetlo Broncolor, v zostatkovej hodnote 499,94 eura; - blesk zn. Flash SB 28, v zostatkovej hodnote 123,95 eura; - Flash meter Seconic, v zostatkovej hodnote 381,20 eura; - objektív NIKKOR 24 mm, v zostatkovej hodnote 375,06 eura; - objektív NIKKOR 35-70, v zostatkovej hodnote 100,38 eura; - fotoaparát NIKON F4, v zostatkovej hodnote 647,68 eura; - objektív NIKKOR 80-200, v zostatkovej hodnote 764,32 eura; - statív MANFROTO, v zostatkovej hodnote 135,76 eura; - zostatok na účte vedený v Tatra banka, a.s., č.ú: XXXXXXXXXX/XXXX, vo výške 18,05 eura. II. Z vecí patriacich do bezpodielového spoluvlastníctva manželov preberá do svojho výlučného vlastníctva žalovaný Mgr. G. N.: - byt č. XX na XX. p. bytového domu súpisné číslo XXXX, postavenom na parc. reg. „C“ č. XXXX, druh pozemku zastavané plochy a nádvoria o výmere 401 m2 a na parc. reg. C č. XXXX, druh pozemku zastavané plochy a nádvoria o výmere 402 m2, vchod Y. J. X/B a spoluvlastnícky podiel na spoločných častiach a spoločných zariadeniach domu a pozemkoch parc. reg. „C“ č. XXXX a XXXX, vo veľkosti XXXX/XXXXXX, zapísaný na liste vlastníctva č. XXXX pre k.ú. Petržalka, obec Bratislava m.č. Petržalka, okres Bratislava V., vedenom Okresným úradom Bratislava, odborom katastrálnym, v hodnote 75.300 eur; - pozemky reg. „C“ parc. č. XXXX/XX, druh pozemku ostatné plochy o výmere 15 m2, parc. č. XXXX/ X, druh pozemku vinice o výmere 434 m2, parc. č. XXXX/X, druh pozemku záhrady o výmere 490 m2, zapísané na liste vlastníctva č. XXXX pre k.ú. Lamač, obec Bratislava m.č. Lamač, okres Bratislava IV, vedenom Okresným úradom Bratislava, odborom katastrálnym, v hodnote 156.000 eur; - zostatková hodnota osobného motorového vozidla B. C. vo výške 7.388,37 eura; - videokamera CANON, v zostatkovej hodnote 79,90 eura; - zostava fotoaparátu zn. NIKON, v zostatkovej hodnote 410,74 eura; - fotoaparát zn. OLYMPUS, v zostatkovej hodnote 36,88 eura; - objektív zn. NIKOR 24/2, v zostatkovej hodnote 323,84 eura; - chladnička Calex-Samsung, v zostatkovej hodnote 93,67 eura; - práčka Crosley, v zostatkovej hodnote 151,83 eura; - televízor Philips, v zostatkovej hodnote 141,07 eura; - laptop Toshiba, v zostatkovej hodnote 224,79 eura; - tlačiareň zn. HP DeskJet, v zostatkovej hodnote 20,48 eura; - mechanika ZIP zn. IOMEGA, v zostatkovej hodnote 105,42 eura; - HIFI veža zn. Pioneer, v zostatkovej hodnote 29,44 eura; - telefax zn. Brother, v zostatkovej hodnote 26,56 eura; - videorekordér SONY, v zostatkovej hodnote 91,12 eura; - televízor OFT, v zostatkovej hodnote 49,79 eura; - drevený nábytok, v zostatkovej hodnote 20 eur; - zostatok na účte vedený v ČSOB, a.s. Praha, č.ú: XXXXXXXXX/XXXX (10.604,51,- Kč) 460,07 eura; - zostatok na účte vedený v ČSOB, a.s. Praha, č.ú: XXXXXXXXX/XXXX (366,- Kč) 15,88 eura; - zostatok na účte vedený v ČSOB, a.s. Bratislava, č.ú: XXXXXXXX/XXXX (32.696,59,- Sk) 1.085,33 eura; - zostatok na účte vedený v ČSOB, a.s. Bratislava, č.ú.: XXXXXXXX/XXXX (518,62,- Sk) 17,22 eura; - zostatok na účte vedený v ČSOB, a.s. Bratislava, č.ú: XXXXXXXX/XXXX (20.058,41,- Sk) 665,82 eura; - zostatok na účte vedený v UniCredit Bank Czech Republic and Slovakia, a.s., č.ú: XXXXXXXXXX/ XXXX (116,58,- Kč) 5,06 eura; - zostatok na účte vedený v Česká spořitelna, a.s. č.ú: XXXXXXXXX/XXXX (4.155,74,- Kč) 180,29 eura; - zostatok na vkladovom účte vedený v Českomoravská stavební spořitelna, a.s. na základe „Smlouvy o stavebním spoření č. X XXX XXX X XX“ vo výške (718,70,- Kč) 31,18 eura; - uspokojená časť pohľadávky vyplatená P. X. Z. P., E. XX, I., Česká republika, vo výške (290.525,60,- Kč) 12.604,29 eura; - uspokojená časť pohľadávky uplatnenej v konkurze voči Č. Z. C. - C. A. Ú. Z., vo výške (2.839,- Kč) 104,88 eura. III. Z pasív zaťažujúcich majetok BSM preberá žalobkyňa K. S.: - neuhradený zostatok na bežnom účte vedený v Tatra banka, a.s., č.ú.: XXXXXXXXXX/XXXX (pasívum) - 323,91 eura. IV. Na vyrovnanie podielov sa žalovaný Mgr. G. N. zaväzuje zaplatiť žalobkyni K. S. na jej účet v Tatra banka, a.s. Bratislava, IBAN: C. XXXX XXXX XXXX XXXX XXXX, BIC: L., sumu 123.503,25 eura (slovom: jednostodvadsaťtritisíc päťstotri eur a dvadsaťpäť centov) v termíne do 15 dní odo dňa právoplatnosti rozhodnutia. V. Súdny poplatok vo výške 2.646 eura sa žalobkyňa a žalovaný zaväzujú zaplatiť rovným dielom, každý vo výške 1.323 eur do 3 dní odo dňa právoplatnosti rozhodnutia. Trovy konania, s výnimkou trov právneho zastupovania, sa žalobkyňa a žalovaný zaväzujú zaplatiť rovným dielom. VI. Žiadna strana sporu nemá právo na náhradu trov právneho zastupovania, tieto trovy znáša každá strana sporu z vlastného. o d ô v o d n e n i e : 1. Napadnutým rozsudkom č.k. 52Cbsm/3/2003-1636, zo dňa 25.5.2016, v spojení s napadnutým opravným uznesením č.k. 52Cbsm/3/2003-1661, zo dňa 12.9.2016, súd prvej inštancie I. z vecí patriacich do bezpodielového spoluvlastníctva manželov prikázal do vlastníctva žalobkyne: - nehnuteľnosti evidované na liste vlastníctva č. XXXX, katastrálne územie Lamač, obec Bratislava - mestská časť Lamač, okres Bratislava IV, zapísané Okresným úradom Bratislava, katastrálny odbor, a to pozemok parcela registra „C“ evidované na katastrálnej mape pod č. XXXX/X o výmere 490 m2, druh pozemku záhrady, pozemok parcela registra „C“ evidované na katastrálnej mape pod č. XXXX/X o výmere 434 m2, druh pozemku vinice, pozemok parcela registra „C“ evidované na katastrálnej mape pod č. XXXX/XX o výmere 15 m2, druh pozemku ostatné plochy, v hodnote 156.000 eur; - motorové vozidlo B. F., evidečné číslo vozidla W.: XX-XX, výrobné číslo vozidla G., výrobné číslo motora E.-XXXXXX, v zostatkovej hodnote 5.064,06 eura; - 2 x 600 svetlo Broncolor, v zostatkovej hodnote 870,91 eura; - 1 x 1200 svetlo Broncolor, v zostatkovej hodnote 499,94 eur; - blesk flash SB 28, v zostatkovej hodnote 123,95 eura; - flash meter Seconic, v zostatkovej hodnote 381,20 eura; - objektív NIKKOR 24 mm, v zostatkovej hodnote 375,06 eura; - objektív NIKKOR 35 - 75 mm, v zostatkovej hodnote 100,38 eura; - fotoaparát NIKON F4, v zostatkovej hodnote 647,68 eura; - objektív NIKKOR 80 - 200 mm, v zostatkovej hodnote 764,32 eura; - statív MANFROTO, v zostatkovej hodnote 135,76 eura; - zostatok na účte vedený v Tatra banka, a.s., č.ú.: XXXXXXXXXX/XXXX 18,05 eura; teda veci v celkovej hodnote 164.981,31 eura. II. z vecí patriacich do bezpodielového spoluvlastníctva manželov prikázal do vlastníctva žalovaného: - nehnuteľnosť evidovanú na liste vlastníctva č. XXXX, katastrálne územie Petržalka, obec Bratislava - mestská časť Petržalka, okres Bratislava V, zapísané u Správy katastra pre hl. mesto SR Bratislavu, a to byt č. XX na XX. poschodí bytového domu nachádzajúci sa na Y.. J. X/B so súpisným číslom XXXX a spoluvlastnícky podiel na spoločných častiach, spoločných zariadeniach bytového domu a pozemkoch o veľkosti XXXX/XXXXXX, pozemok parcela registra „C“ evidované na katastrálnej mape pod č. XXXX a pozemok parcela registra „C“ evidované na katastrálnej mape pod č.1071, v hodnote 75.300 eur; - motorové vozidlo B. N. C. X.X, evidenčné číslo vozidla W. XX-XX, výrobné číslo vozidla G., výrobné číslo motora Z., v zostatkovej hodnote 7.388,37 eura; - videokamera CANON, v zostatkovej hodnote 79,90 eura; - zostava fotoaparátu NIKON, v zostatkovej hodnote 410,74 eura; - fotoaparát OLYMPUS, v zostatkovej hodnote 36,88 eura; - objektív NIKKOR 24/2, v zostatkovej hodnote 323,84 eura; - chladnička Calex - Samsung, v zostatkovej hodnote 93,67 eura; - práčka Crosley, v zostatkovej hodnote 151,83 eura; - televízor Philips, v zostatkovej hodnote 141,07 eura; - laptop Toshiba, v zostatkovej hodnote 224,79 eura; - tlačiareň HP DeskJet, v zostatkovej hodnote 20,48 eura; - mechanika ZIP zn. IOMEGA, v zostatkovej hodnote 105,42 eura; - HIFI veža zn. Pioneer, v zostatkovej hodnote 29,44 eura; - telefax zn. Brother, v zostatkovej hodnote 26,56 eura; - videorekordér SONY, v zostatkovej hodnote 91,12 eura; - televízor OFT, v zostatkovej hodnote 49,79 eura; - drevený nábytok, v zostatkovej hodnote 20 eur; - zostatok na účte vedený v ČSOB, a.s., Bratislava, č. ú.: XXXXXXXX/XXXX (32.696,59,- Sk) 1.085,33 eura; - zostatok na účte vedený v ČSOB, a.s., Bratislava, č. ú.: XXXXXXXX/XXXX (518,62,- Sk) 17,22 eura; - zostatok na účte vedený v ČSOB, a.s., Bratislava, č. ú.: XXXXXXXX/XXXX (20.058,41,- Sk) 665,82 eura; - zostatok na účte vedený v ČSOB, a.s., Praha, č. ú.: XXXXXXXXX/XXXX (10.604,51,- Kč k 14.4.2003 predstavuje sumu 13.860,09,- Sk) 460,07 eura; - zostatok na účte vedený v Česká spořitelna, a.s., č. ú.: XXXXXXXXX/XXXX (4.155,74,- Kč k 14.4.2003 predstavuje sumu 5.431,55,- Sk) 180,29 eura; - zostatok na účte vedený v UniCredit Bank Czech Republic and Slovakia, a.s., č. ú.: XXXXXXXXXX/ XXXX (116,58,- Kč k 14.4.2003 predstavuje sumu 152,37,- Sk) 5,06 eura; - zostatok na vkladovom účte vedený v Českomoravská stavební spořitelna, a.s. na základe „Smlouvy o stavebním spoření č. X XXX XXX X XX“, (718,70,- Kč k 14.4.2003 predstavuje sumu 939,34,- Sk) 31,18 eura; - uspokojená časť pohľadávky vyplatená P. X. Z. P., E. XX, I., Česká republika (290.525,50,- Kč k 14.4.2003 predstavuje sumu 379.716,82,- Sk) 12.604,29 eura; - uspokojená časť pohľadávky uplatnenej v konkurze voči Českomoravská družstevní spořitelna - spořitelní a úvěrní družstvo (ku dňu 14.4.2003 vo výške 43.405,93,- Kč (1.883,14 eura); vyplatených 2.839,- Kč k 24.8.2015, t.j. 104,88 eura) 104,88 eura; teda veci v celkovej hodnote 99.648,04 eura. III. rozhodol, že z pasív zaťažujúcich majetok BSM preberá žalobkyňa: - neuhradený zostatok na bežnom účte vedený v Tatra banka, a.s., č. ú.: XXXXXXXXXX/XXXX (pasívum) - 323,91 eur. IV. na vyrovnanie podielov uložil žalobkyni vyplatiť žalovanému 32.504,69 eura do 3 mesiacov odo dňa právoplatnosti rozhodnutia. V. žalobkyni a žalovanému uložil povinnosť spoločne a nerozdielne zaplatiť súdny poplatok 7.938,50 eura do 3 dní od právoplatnosti rozhodnutia. VI. rozhodol, že žiaden z účastníkov nemá právo na náhradu trov konania. 2. Proti rozsudku podala odvolanie žalobkyňa a žiadala napadnutý rozsudok zmeniť, resp. zrušiť a vec vrátiť na ďalšie konanie; odvolanie podala aj proti opravnému uzneseniu a žiadala ho zrušiť. 3. Proti rozsudku podal odvolanie žalovaný a žiadal napadnutý rozsudok zrušiť a vec vrátiť na ďalšie konanie; odvolanie podal aj proti opravnému uzneseniu a žiadal ho zrušiť. 4. Podaním zo dňa 27.9.2016 strany sporu v zastúpení právnych zástupcov (ktorí boli splnomocnení aj na uzavretie zmieru - právna zástupkyňa žalobkyne na č.l. 745 a právny zástupca žalovaného na č.l. 608) navrhli schváliť uzavretý zmier v znení totožnom ako vo výroku tohto uznesenia. 5. Podľa § 148 ods. 1 C.s.p. žalobca a žalovaný môžu uzavrieť zmier. O uzavretie zmieru sa má súd vždy pokúsiť. 6. Podľa § 148 ods. 2 C.s.p. súd rozhodne o tom, či uzavretý zmier schvaľuje; neschváli ho, ak je v rozpore so všeobecne záväznými právnymi predpismi. 7. Nakoľko uzavretý zmier nie je v rozpore s § 149 ods. 1 a § 150 Občianskeho zákonníka, odvolací súd v zmysle § 391 ods. 1 C.s.p. a § 148 ods. 1, 2 C.s.p. v spojení s § 378 ods. 1 C.s.p. napadnutý rozsudok súdu prvej inštancie č.k. 52Cbsm/3/2003-1636, zo dňa 25.5.2016, v spojení s napadnutým opravným uznesením súdu prvej inštancie č.k. 52Cbsm/3/2003-1661, zo dňa 12.9.2016, zrušil a schválil zmier spolu s výrokom o náhrade trov konania. 8. Toto rozhodnutie prijal senát Krajského súdu v Bratislave pomerom hlasov 3:0. Poučenie: Proti tomuto uzneseniu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https://www.kauzis.sk/judikatura/r/ECLI:SK:KSBA:2017:1502899733.1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