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Krajského súdu Bratislava sp. zn. 3CoZm/9/2014 z 7. 6. 2017</w:t>
      </w:r>
    </w:p>
    <w:p>
      <w:r>
        <w:t>Opravné uznesenie Krajského súdu Bratislava z 7. júna 2017, sp. zn. 3CoZm/9/2014, ECLI:SK:KSBA:2017:1511206051.2</w:t>
      </w:r>
    </w:p>
    <w:p>
      <w:r>
        <w:t>Súd: Krajský súd Bratislava</w:t>
      </w:r>
    </w:p>
    <w:p>
      <w:r>
        <w:t>Spisová značka: 3CoZm/9/2014</w:t>
      </w:r>
    </w:p>
    <w:p>
      <w:r>
        <w:t>ECLI: ECLI:SK:KSBA:2017:1511206051.2</w:t>
      </w:r>
    </w:p>
    <w:p>
      <w:r>
        <w:t>Dátum vydania: 7. 6. 2017</w:t>
      </w:r>
    </w:p>
    <w:p>
      <w:r>
        <w:t>Forma: Opravné uznesenie</w:t>
      </w:r>
    </w:p>
    <w:p>
      <w:r>
        <w:t>Oblasť práva: Obchodné právo</w:t>
      </w:r>
    </w:p>
    <w:p>
      <w:pPr>
        <w:pStyle w:val="Heading2"/>
      </w:pPr>
      <w:r>
        <w:t>Text rozhodnutia</w:t>
      </w:r>
    </w:p>
    <w:p>
      <w:r>
        <w:t>Súd: Krajský súd Bratislava Spisová značka: 3CoZm/9/2014 Identifikačné číslo súdneho spisu: 1511206051 Dátum vydania rozhodnutia: 08. 06. 2017 Meno a priezvisko sudcu, VSÚ: JUDr. Elena Ondrišová ECLI: ECLI:SK:KSBA:2017:1511206051.2 Opravné uznesenie Krajský súd v Bratislave v právnej veci navrhovateľa UniCredit Bank Czech Republik and Slovakia, a.s., Želetavská 1525/1, Praha 4 - Michle 140 92, IČO: 64 948 242, Česká republika, proti odporcovi 1/ WEGE, s.r.o., Veľké Leváre 923, IČO: 36 543 004, 2/ I.. T. Y., M.. XX.XX.XXXX, F. XXX/XX, M., práv. zast. JUDr. Petrom Havlíkom, advokátom, Podzámská 18, Nitra a 3/ I.. T. Y., M.. XX.XX.XXXX, F. XXX/ XX, M. o zaplatenie 26.330,94 EUR s príslušenstvom na základe zmenky a o odvolaní odporcov 2/ a 3/ proti rozsudku Okresného súdu Bratislava V v Bratislave č.k. 3CbZm/88/2011-108 zo dňa 4.9.2013, jednohlasne takto r o z h o d o l : Krajský súd v Bratislave o p r a v u j e rozsudok odvolacieho súdu č.k. 3CoZm/9/2014/135, zo dňa 13.5.2015 v obchodnom mene navrhovateľa tak, že správne má znieť: UniCredit Bank Czech Republik and Slovakia, a.s., Želetavská 1525/1, Praha 4 - Michle 140 92, IČO: 64 948 242, Česká republika. o d ô v o d n e n i e : Odvolací súd vo výroku uvedeným rozsudkom v časti týkajúcej sa odporcu 2/ potvrdil rozsudok Okresného súdu Bratislava V v Bratislave č.k. 3CbZm/88/2011-108 zo dňa 4.9.2013 a v časti týkajúcej sa odporcu 3/ napadnutý rozsudok zrušil. Pri písaní rozsudku odvolacieho súdu došlo k pochybeniu v označení obchodného mena navrhovateľa, nakoľko tento zanikol zlúčením 6.5.2014 a jeho právnym nástupcom sa stala spoločnosť uvedená vo výroku tohto uznesenia. Pôvodný žalobca bol zastúpený právnym zástupcom avšak toto zastúpenie zaniklo a nové plnomocenstvo predložené súdu nebolo. Podľa § 164 O.s.p. súd kedykoľvek, aj bez návrhu opraví v rozsudku chyby v písaní a počítaní, ako aj iné zrejmé nesprávnosti. O oprave vydá opravné uznesenie, ktoré doručí účastníkom. Pritom môže odložiť vykonateľnosť rozsudku na čas, kým opravné uznesenie nenadobudne právoplatnosť. Na základe citovaného ustanovenia rozhodol odvolací súd tak, ako je uvedené vo výroku tohto uznesenia, nakoľko chyba uvedená v opravovanom uznesení bola len chybou v písaní. Poučenie: Proti tomuto uzneseniu odvolanie nie je prípustné.</w:t>
      </w:r>
    </w:p>
    <w:p/>
    <w:p>
      <w:r>
        <w:t>Zdroj: KAUZIS.SK – https://www.kauzis.sk/judikatura/r/ECLI:SK:KSBA:2017:1511206051.2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