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9Co/63/2017 z 30. 5. 2017</w:t>
      </w:r>
    </w:p>
    <w:p>
      <w:r>
        <w:t>Uznesenie Krajského súdu Bratislava z 30. mája 2017, sp. zn. 9Co/63/2017, ECLI:SK:KSBA:2017:1511219126.3</w:t>
      </w:r>
    </w:p>
    <w:p>
      <w:r>
        <w:t>Súd: Krajský súd Bratislava</w:t>
      </w:r>
    </w:p>
    <w:p>
      <w:r>
        <w:t>Spisová značka: 9Co/63/2017</w:t>
      </w:r>
    </w:p>
    <w:p>
      <w:r>
        <w:t>ECLI: ECLI:SK:KSBA:2017:1511219126.3</w:t>
      </w:r>
    </w:p>
    <w:p>
      <w:r>
        <w:t>Dátum vydania: 30.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9Co/63/2017 Identifikačné číslo súdneho spisu: 1511219126 Dátum vydania rozhodnutia: 31. 05. 2017 Meno a priezvisko sudcu, VSÚ: JUDr. Zuzana Posluchová ECLI: ECLI:SK:KSBA:2017:1511219126.3 Uznesenie Krajský súd v Bratislave v senáte zloženom z predsedníčky senátu JUDr. Zuzany Posluchovej a členov senátu JUDr. Romana Huszára a JUDr. Magdalény Florekovej v právnej veci žalobcu: RECLAIM, a.s., so sídlom Prievozská 2/A, Bratislava, IČO: 46 076 760, zast. Mgr. Martin Babčaník, advokát, so sídlom Alžbetin Dvor 1348, Miloslavov, proti žalovaným: 1/ Y. Y., B.. XX.X.XXXX, X. P.U. XX, X., 2/ Q. T., B.. XX.X.XXXX, X. P. XX, X. a 3/ T. Y., B.. XX.X.XXXX, X. T. XX, X., všetci zastúpení JUDr. Rastislavom Vrancom, advokátom, Mojmírova 13, Slovenský Grob, IČO : 30 792 061, o zaplatenie 8 462,71 € s príslušenstvom, vedenej na Okresnom súde Bratislava V pod sp. zn. 14C/221/2012, takto r o z h o d o l : Odvolací súd späťvzatie žaloby pripúšťa rozsudok súdu prvej inštancie zo dňa 28. apríla 2016 č. k. 14C/221/2012-150 zrušuje a konanie z a s t a v u j e. Žalovaní 1/, 2/ a 3/ majú právo na náhradu trov konania v rozsahu 100 %. o d ô v o d n e n i e : 1. Súd prvej inštancie rozsudkom zo dňa 28. apríla 2016 č. k. 14C/221/2012-150 zamietol žalobu a žalovanému náhradu trov konania nepriznal. 2. Písomným podaním doručeným súdu prvej inštancie dňa 30.6.2016 žalobca vzal žalobu v celom rozsahu späť a žiadal konanie zastaviť, vzhľadom na skutočnosť, že pôvodný žalovaný zomrel. 3. Uznesením zo dňa 6.4.2017 č. k. 9Co 63/2017-172, odvolací súd rozhodol, že pokračuje v konaní namiesto žalovaného neb. Jána Juríka, nar. 7.3.1953, naposledy bytom Vígľašská 17, Bratislava, zomr. 14.2.2016 s jeho právnymi nástupcami - žalovanými 1/ až 3/. 4. V podaní doručenom súdu prvej inštancie dňa 20.4.2017 žalovaní 1/ až 3/ prejavili súhlas so späťvzatím žaloby. 5. Podľa § 370 ods. 1 C.s.p. ak je žaloba vzatá späť po rozhodnutí súdu prvej inštancie, ale skôr, ako rozhodnutie nadobudlo právoplatnosť, odvolací súd rozhodne o pripustení späťvzatia. 6. Podľa § 370 ods. 2 C.s.p. súd späťvzatie žaloby nepripustí, ak s tým protistrana z vážnych dôvodov nesúhlasí. Ak späťvzatie žaloby pripustí, odvolací súd zruší rozhodnutie súdu prvej inštancie a konanie zastaví. 7. Podľa § 256 ods. 1 C.s.p. ak strana procesne zavinila zastavenie konania, súd prizná náhradu trov konania protistrane. 8. Keďže rozsudok súdu prvej inštancie doposiaľ nenadobudol právoplatnosť a vzhľadom na dispozitívny úkon žalobcu, ktorý vzal žalobu v celom rozsahu späť, pričom žalovaní so späťvzatím žaloby súhlasili, odvolací súd v zmysle ust. § 370 C.s.p. späťvzatie žaloby pripustil, rozsudok súdu prvej inštancie zrušil a konanie o veci zastavil. 9. O náhrade trov konania rozhodol odvolací súd podľa § 256 ods. 1 C.s.p.. Žalobca späťvzatím žaloby procesne zavinil zastavenie konania, preto žalovaným vzniklo právo na náhradu trov konania v plnom rozsahu. O výške náhrady trov konania v zmysle § 262 ods. 2 C.s.p. rozhodne súd prvej inštancie po právoplatnosti rozhodnutia, ktorým sa konanie končí, samostatným uznesením, ktoré vydá súdny úradník. 10. Toto rozhodnutie bolo prijaté senátom Krajského súdu v Bratislave pomerom hlasov 3:0 (§ 3 ods. 9 zák. č. 757/2004 Z. z. o súdoch a o zmene a doplnení niektorých zákonov v znení neskorších zákonov, § 393 ods. 2 C.s.p.). Poučenie: Proti tomuto rozhodnutiu odvolanie nie je prípustné.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https://www.kauzis.sk/judikatura/r/ECLI:SK:KSBA:2017:1511219126.3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