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4CoZm/1/2017 z 14. 2. 2017</w:t>
      </w:r>
    </w:p>
    <w:p>
      <w:r>
        <w:t>Uznesenie Krajského súdu Bratislava z 14. februára 2017, sp. zn. 4CoZm/1/2017, ECLI:SK:KSBA:2017:1513245222.2</w:t>
      </w:r>
    </w:p>
    <w:p>
      <w:r>
        <w:t>Súd: Krajský súd Bratislava</w:t>
      </w:r>
    </w:p>
    <w:p>
      <w:r>
        <w:t>Spisová značka: 4CoZm/1/2017</w:t>
      </w:r>
    </w:p>
    <w:p>
      <w:r>
        <w:t>ECLI: ECLI:SK:KSBA:2017:1513245222.2</w:t>
      </w:r>
    </w:p>
    <w:p>
      <w:r>
        <w:t>Dátum vydania: 14. 2. 2017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4CoZm/1/2017 Identifikačné číslo súdneho spisu: 1513245222 Dátum vydania rozhodnutia: 15. 02. 2017 Meno a priezvisko sudcu, VSÚ: JUDr. Elena Kúšová ECLI: ECLI:SK:KSBA:2017:1513245222.2 Uznesenie Krajský súd v Bratislave v senáte zloženom z predsedníčky senátu JUDr. Eleny Kúšovej a členiek senátu JUDr. Tatiany Pastierikovej a JUDr. Dany Šiffalovičovej v právnej veci žalobcu: BENCONT INVESTMENTS, s.r.o., Vajnorská 100/A, 831 04 Bratislava, IČO: 36 432 105, zast.: JUDr. Jozef Boledovič, advokát, Rovinka č. 578, 900 41 Rovinka, proti žalovanému: OTP Banka Slovensko, a.s., Štúrova 5, 813 54 Bratislava, IČO: 31 318 916, zast.: Ružička Csekes s. r. o., Vysoká 2/B, 811 06 Bratislava, IČO: 36 863 360, o zaplatenie 6.043,46 eur s prísl., o odvolaní žalovaného proti rozsudku Okresného súdu Bratislava V č.k. 3 CbZm/72/2014 - 277 zo dňa 22.06.2016 a o späťvzatí žaloby, takto r o z h o d o l : Krajský súd v Bratislave späťvzatie žaloby zo dňa 12.07.2016 pripúšťa, rozsudok Okresného súdu Bratislava V č.k. 3 CbZm/72/2014 - 277 zo dňa 22.06.2016 zrušuje a konanie vedené pred Okresným súdom Bratislava V pod sp. zn. 3 CbZm/72/2014 zastavuje. Žalovaný má právo na plnú náhradu trov konania. o d ô v o d n e n i e : 1. Napadnutým rozsudkom súd prvej inštancie ponechal zmenkový platobný rozkaz v platnosti a žalovaného zaviazal na náhradu trov konania žalobcu. 2. V lehote na podanie odvolania žalobca doručil súdu podanie označené ako „Späťvzatie návrhu“ zo dňa 12.07.2016, v ktorom uviedol, že žalobu berie v celom rozsahu späť z dôvodov na strane žalobcu. Zároveň bolo súdu doručené aj odvolanie žalovaného proti predmetnému rozsudku. Žalovanému bolo späťvzatie návrhu doručené s tým, aby sa v určenej lehote k nemu vyjadril. Na túto výzvu žalovaný nereagoval. 3. Podľa § 370 ods. 1 zák. č. 160/2015 Z.z. Civilného sporového poriadku (ďalej len „CSP“), ak je žaloba vzatá späť po rozhodnutí súdu prvej inštancie, ale skôr, ako rozhodnutie nadobudlo právoplatnosť, odvolací súd rozhodne o pripustení späťvzatia. 4. Podľa § 370 ods. 2 CSP súd späťvzatie žaloby nepripustí, ak s tým protistrana z vážnych dôvodov nesúhlasí. Ak späťvzatie žaloby pripustí, odvolací súd zruší rozhodnutie súdu prvej inštancie a konanie zastaví. 5. Vzhľadom na to, že žalovaný nevyjadril nesúhlas so späťvzatím žaloby, odvolací súd v zmysle citovaných ustanovení pripustil späťvzatie, napadnutý rozsudok zrušil a konanie vedené pred Okresným súdom Bratislava V pod sp. zn. 3 CbZm/72/2014 zastavil. 6. O trovách konania odvolací súd rozhodol podľa § 396 ods. 1 v spojení s § 256 ods. 1 CSP. Zastavenie konania zavinil žalobca, ktorý zobral žalobu späť z dôvodov na jeho strane. Vzhľadom na to žalovaný má právo na plnú náhradu trov konania, o ich výške rozhodne súd prvej inštancie. 7. Podľa § 262 ods. 1 CSP o nároku na náhradu trov konania rozhodne aj bez návrhu súd v rozhodnutí, ktorým sa konanie končí. Podľa § 262 ods. 2 CSP o výške náhrady trov konania rozhodne súd prvej inštancie po právoplatnosti rozhodnutia, ktorým sa konanie končí, samostatným uznesením, ktoré vydá súdny úradník. 8. O vrátení súdneho poplatku podľa § 11 zák. č. 71/1992 Zb. o súdnych poplatkoch a poplatku za výpis z registra trestov rozhodne súd prvej inštancie. 9. Toto uznesenie bolo členmi senátu prijaté pomerom hlasov 3 : 0 (§ 393 ods. 2 posledná veta CSP). Poučenie: Proti rozhodnutiu odvolacieho súdu je prípustné dovolanie, ak to zákon pripúšťa (§ 419 CSP) v lehote dvoch mesiacov od doručenia rozhodnutia odvolacieho súdu oprávnenému subjektu na súde, ktorý rozhodoval v prvej inštancii. Ak bolo vydané opravné uznesenie, lehota plynie znovu od doručenia opravného uznesenia len v rozsahu vykonanej opravy (§ 427 ods. 1 CSP). Dovolateľ musí byť v dovolacom konaní zastúpený advokátom. Dovolanie a iné podania dovolateľa musia byť spísané advokátom (§ 429 ods. 1 CSP). V dovolaní sa popri všeobecných náležitostiach podania uvedie, proti ktorému rozhodnutiu smeruje, v akom rozsahu sa toto rozhodnutie napáda, z akých dôvodov sa rozhodnutie považuje za nesprávne (dovolacie dôvody) a čoho sa dovolateľ domáha (dovolací návrh) (§ 428 CSP).</w:t>
      </w:r>
    </w:p>
    <w:p/>
    <w:p>
      <w:r>
        <w:t>Zdroj: KAUZIS.SK – https://www.kauzis.sk/judikatura/r/ECLI:SK:KSBA:2017:1513245222.2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