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9Co/336/2016 z 16. 2. 2017</w:t>
      </w:r>
    </w:p>
    <w:p>
      <w:r>
        <w:t>Opravné uznesenie Krajského súdu Bratislava z 16. februára 2017, sp. zn. 9Co/336/2016, ECLI:SK:KSBA:2017:1513246174.2</w:t>
      </w:r>
    </w:p>
    <w:p>
      <w:r>
        <w:t>Súd: Krajský súd Bratislava</w:t>
      </w:r>
    </w:p>
    <w:p>
      <w:r>
        <w:t>Spisová značka: 9Co/336/2016</w:t>
      </w:r>
    </w:p>
    <w:p>
      <w:r>
        <w:t>ECLI: ECLI:SK:KSBA:2017:1513246174.2</w:t>
      </w:r>
    </w:p>
    <w:p>
      <w:r>
        <w:t>Dátum vydania: 16. 2.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9Co/336/2016 Identifikačné číslo súdneho spisu: 1513246174 Dátum vydania rozhodnutia: 17. 02. 2017 Meno a priezvisko sudcu, VSÚ: JUDr. Magdaléna Floreková ECLI: ECLI:SK:KSBA:2017:1513246174.2 Opravné uznesenie Krajský súd v Bratislave v senáte zloženom z predsedníčky senátu JUDr. Magdalény Florekovej a členov senátu JUDr. Romana Huszára a JUDr. Zuzany Posluchovej v právnej veci žalobcu: Wüstenrot poisťovňa, a.s., Bratislava, Karadžičova 17, IČO : 31 383 408, zastúpená Mgr. Miroslavom Vilímom, advokátom, Bratislava, Michalská 9, proti žalovanému: S. E., A.. XX. XX. XXXX, W. P. D. XXX, o zaplatenie 74,41 € s príslušenstvom, vedenej na Okresnom súde Bratislava V pod sp. zn. 7C/28/2016, o návrhu na vydanie opravného uznesenia takto r o z h o d o l : Záhlavie uznesenia Krajského súdu v Bratislave zo dňa 31. 10. 2016 č.k. 9Co 336/2016 - 57, 9Co 337/2016 má správne zniesť : „...proti žalovanému : S. E., A.. XX. XX. XXXX, W....“. o d ô v o d n e n i e : 1/ Odvolací súd v odvolacom konaní v hore označenej právnej veci rozhodol svojím uznesením zo dňa 31. 10. 2016 č.k. 9Co 336/2016 - 57, 9Co 337/2016. Pri vypracovaní písomného odôvodnenia uznesenia v jeho záhlaví sa odvolací súd dopustil chyby v písaní, keď neuviedol dátum narodenia žalovaného, na ktoré pochybenie upozornil žalobca návrhom na vykonanie opravy opravným uznesením. 2/ Podľa § 224 CSP súd kedykoľvek aj bez návrhu opraví v rozsudku chyby v písaní a počítaní, ako aj iné zrejmé nesprávnosti. O oprave vydá opravné uznesenie, ktoré doručí subjektom konania. 3/ Podľa § 234 ods. 2 CSP ak nie je ďalej ustanovené inak, použijú sa na uznesenie primerane ustanovenia o rozsudku. 4/ Podľa § 378 ods. 1 CSP na konanie na odvolacom súde sa primerane použijú ustanovenia o konaní pred súdom prvej inštancie, ak tento zákon neustanovuje inak. 5/ Odvolací súd vzniknuté pochybenie týmto opravným uznesením odstránil ( § 224, § 234 ods. 2, v spojení s § 378 ods. 1 CSP ), keďže išlo o chybu odvolacieho súdu v písaní pri vypracovaní písomného vyhotovenia rozhodnutia odvolacieho súdu. 6/ Toto rozhodnutie bolo prijaté senátom Krajského súdu v Bratislave pomerom hlasov 3 : 0 (§ 3 ods. 9 zák. č. 757/2004 Z. z. o súdoch a o zmene a doplnení niektorých zákonov v znení neskorších zákonov, § 393 ods. 2 CSP). Poučenie: P o u č e n i e : Proti tomuto uzneseniu odvolanie nie prípustné. Proti rozhodnutiu odvolacieho súdu je prípustné dovolanie, ak to zákon pripúšťa ( § 419 CSP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CSP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CSP ). Dovolanie môže podať strana, v ktorej neprospech bolo rozhodnutie vydané ( § 424 CSP ). Dovolanie sa podáva v lehote dvoch mesiacov od doručenia rozhodnutia odvolacieho súdu oprávnenému subjektu na súde, ktorý rozhodoval v prvej inštancii ( § 427 ods.1 prvá veta CSP ). Dovolanie je podané včas aj vtedy, ak bolo v lehote podané na príslušnom odvolacom alebo dovolacom súde ( § 427 ods.2 CSP ). Dovolateľ musí byť v dovolacom konaní zastúpený advokátom. Dovolanie a iné podania dovolateľa musia byť spísané advokátom ( § 429 ods. 1 CSP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CSP ). Dovolanie prípustné podľa § 420 možno odôvodniť iba tým, že v konaní došlo k vade uvedenej v tomto ustanovení ( § 431 ods.1 CSP ). Dovolací dôvod sa vymedzí tak, že dovolateľ uvedie, v čom spočíva táto vada ( § 431 ods.2 CSP ). Dovolanie prípustné podľa § 421 možno odôvodniť iba tým, že rozhodnutie spočíva v nesprávnom právnom posúdení veci ( § 432 ods. 1 CSP ). Dovolací dôvod sa vymedzí tak, že dovolateľ uvedie právne posúdenie veci, ktoré pokladá za nesprávne, a uvedie, v čom spočíva nesprávnosť tohto právneho posúdenia ( § 432 ods.2 CSP ).</w:t>
      </w:r>
    </w:p>
    <w:p/>
    <w:p>
      <w:r>
        <w:t>Zdroj: KAUZIS.SK – https://www.kauzis.sk/judikatura/r/ECLI:SK:KSBA:2017:1513246174.2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